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Noto Sans CJK SC" w:hAnsi="Noto Sans CJK SC" w:eastAsia="Noto Sans CJK SC"/>
          <w:b/>
          <w:sz w:val="36"/>
        </w:rPr>
        <w:t>好牧人耶稣（约翰福音10:11-21）</w:t>
      </w:r>
    </w:p>
    <w:p/>
    <w:p>
      <w:pPr>
        <w:spacing w:after="120"/>
        <w:ind w:left="227" w:right="227"/>
      </w:pPr>
      <w:r>
        <w:rPr>
          <w:rFonts w:ascii="Noto Sans CJK SC" w:hAnsi="Noto Sans CJK SC" w:eastAsia="Noto Sans CJK SC"/>
          <w:i/>
          <w:sz w:val="22"/>
        </w:rPr>
        <w:t>“我是好牧人；好牧人为羊舍命。”（约翰福音10:11）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在羊和牧人的比喻中，耶稣以真牧人的身份，向我们显明牧者的生命应当是什么样的。这是圣经中非常美丽的一段，内容极其卓越而丰富。如果我们愿意作为牧者活出丰盛的生命，就需要正确地建立我们与耶稣之间的关系。耶稣是我们真正的牧人，我们是耶稣的小羊。正如羊与牧人之间是依靠和信任的关系一样，如果我们愿意享受牧者生命的喜乐，并为羊群的福祉而活，我们就必须信靠并倚靠耶稣，把祂当作我们真正的牧人。愿我们借着在羊与牧人的比喻中学习好牧人耶稣，成为一个个服侍人的真牧者。</w:t>
      </w:r>
    </w:p>
    <w:p>
      <w:pPr>
        <w:pStyle w:val="Heading2"/>
      </w:pPr>
      <w:r>
        <w:rPr>
          <w:rFonts w:ascii="Noto Sans CJK SC" w:hAnsi="Noto Sans CJK SC" w:eastAsia="Noto Sans CJK SC"/>
          <w:b/>
          <w:sz w:val="26"/>
        </w:rPr>
        <w:t>1. 牧人的素质对羊群的福祉是绝对重要的。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牧人与羊群的比喻是犹太人生活中的重要部分，在旧约中也经常出现。圣经用牧人和羊来描写神与祂百姓之间的关系。神称自己为以色列的牧人（诗篇23:1；80:1；以西结书34:11-31），祂的百姓则是祂草场上的羊（诗篇74:1；以西结书34:31）。以色列被描写为神所牧养的群羊，神的百姓也被称为祂的羊群（诗篇100:3）。犹太人伟大的族长亚伯拉罕、以撒、雅各、摩西和大卫都曾是牧人。因此，在以色列的历史中，牧人和羊群是他们生活的一部分。他们非常熟悉羊与牧人的关系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犹太人很清楚羊是一种怎样的动物，也很了解牧人的角色。羊群的福祉绝对取决于牧人的品格。羊群生活的质量由牧人的素质决定。如果一群羊拥有一位温柔、仁慈、勇敢、无私，并且献身于羊群的牧人，那么这些羊就能得到丰盛的草场、安息和安全的保障，它们会不断满足并兴旺。相反，如果羊群遇到不忠心的雇工牧人，它们就会因饥饿和不断的辛劳而受苦，因营养不良而软弱，同时也会暴露在危险之中，被野兽撕裂、掳走。所以，羊群的福祉绝对取决于牧人的素质。耶稣指出，羊所要享受的丰盛生命，其秘诀在于牧人的素质。耶稣宣告自己是“门”（约翰福音10:9），也是“好牧人”（约翰福音10:11）。借着这两个宣告，耶稣显明祂就是神，也说明了祂在地上事工的性质。耶稣宣告自己是“门”，意思是祂是引导我们进入救恩的唯一一位；同时，耶稣也是引导我们享受丰盛生命的好牧人。</w:t>
      </w:r>
    </w:p>
    <w:p>
      <w:pPr>
        <w:pStyle w:val="Heading2"/>
      </w:pPr>
      <w:r>
        <w:rPr>
          <w:rFonts w:ascii="Noto Sans CJK SC" w:hAnsi="Noto Sans CJK SC" w:eastAsia="Noto Sans CJK SC"/>
          <w:b/>
          <w:sz w:val="26"/>
        </w:rPr>
        <w:t>2. 耶稣是好牧人（约翰福音10:11）。</w:t>
      </w:r>
    </w:p>
    <w:p>
      <w:pPr>
        <w:spacing w:after="120"/>
        <w:ind w:left="227" w:right="227"/>
      </w:pPr>
      <w:r>
        <w:rPr>
          <w:rFonts w:ascii="Noto Sans CJK SC" w:hAnsi="Noto Sans CJK SC" w:eastAsia="Noto Sans CJK SC"/>
          <w:i/>
          <w:sz w:val="22"/>
        </w:rPr>
        <w:t>“我是好牧人；好牧人为羊舍命。”（约翰福音10:11）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在约翰福音中，“我是好牧人”是耶稣第四个“我是”的宣告（6:35；8:12；10:9：我是生命的粮，我是世界的光，我是羊的门）。耶稣宣告“I am”，就是宣告祂自己是神（出埃及记3:14）。耶稣把自己与当时犹太宗教领袖形成对比。祂称那些犹太宗教领袖为雇工，也就是盗贼和强盗。雇工是假牧人；相反，耶稣是好牧人。这里“好”（good）这个词，在各方面都与虚假相反。这个词本质上有善良、美好、公义的意思。耶稣的本性是良善的；良善是神独有的属性（马可福音10:17-18）。因此，好牧人耶稣就是神。耶稣也是群羊的大牧人（希伯来书13:20），也就是牧长。虽然我们也是照顾羊群的牧者（牧师），但我们只是处在牧长照顾之下的小牧者。如果我们愿意作为牧者好好照顾羊群，就需要明白牧人与羊的关系。牧人与羊之间是亲密的关系。牧人知道每一只羊的名字，也知道每一只羊的特点。牧人会按照羊的特性给它们起合适的昵称。比如，有的羊害怕高处，牧人可能叫它“怕高的”；有的羊很会跳，牧人可能叫它“蹦蹦”。牧人不是笼统地呼唤整个羊群，而是按着每只羊的名字呼唤它们。牧人知道每只羊特殊的需要，并为它们给予特别的关怀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犹太牧人养羊并不是为了屠宰。如果不是用于献祭，牧人通常为了羊毛、羊奶和繁殖而养羊。羊对犹太人来说是宝贵的财产。因此，牧人必须冒着危险保护羊群，防止羊群遭受损失。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我们通过察看耶稣作为好牧人为羊所做的事，来学习牧者的生命，并愿意活成真正的牧者。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好牧人为羊舍下自己的生命。“我是好牧人；好牧人为羊舍命。”（约翰福音10:11）好牧人的决定性特征，就是祂为羊舍下自己的生命。这是建立在对羊绝对的责任感之上。牧人的生活非常艰难辛苦。我们常常倾向于认为，牧人只要把羊带到青草地，把羊留在那里，他的工作就结束了。但牧人的生活与我们的想象非常不同。牧人整天都要和羊一起待在草场，因为牧人是羊的保护者。羊视力不好，有时会掉进坑里。描述羊特性的词中有一个叫“倒卧的羊”（cast sheep）。所谓“倒卧的羊”，是指羊仰面倒在地上，自己无法站起来的状态。它虽然挣扎着想起来，却起不来，甚至会因为恐惧和挫败而死去。羊也有走偏路的习性，所以羊需要不断的照顾。有时，为了保护羊群免受猛兽攻击，忠心的牧人会冒着生命危险为羊群争战。如果他在这场争战中失败，他可能会失去自己的生命。当盗贼来的时候，牧人会把自己的生命摆上来保护他的羊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牧人的工作需要不断警醒和持续留意，因为危险从四面八方威胁着羊群。有野兽的危险，也有觊觎羊毛和羊肉的盗贼与强盗的危险。“到了夜晚，牧人不能安睡，带着被风霜侵蚀的疲惫，倚着杖回到羊圈。”牧人每日的生活，是漫长而艰辛劳作的连续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在犹太社会中，牧人对保护羊群负有绝对的责任，甚至要舍命。牧人的责任在律法中已有规定。如果因为牧人的失职，羊受伤、被盗或死亡，他必须赔偿羊群的损失。如果他在自己的工作上没有过错，他也必须证明自己忠于职责（出埃及记22:13）。有时，为了保护羊群免受猛兽攻击，忠心的牧人会冒着生命危险为羊群争战。如果他在这场争战中失败，他可能会失去自己的生命。当盗贼来的时候，牧人会把自己的生命摆上来保护他的羊。牧人为自己的羊承担生命危险，这是他的职责。因此，牧人的忠心也成为他的好名声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后来成为以色列最伟大君王的大卫，曾经是一名牧人。当他还是牧童的时候，他为了自己的羊群冒着生命危险与野兽争战，保护了羊群（撒母耳记上17:34-37）。虽然圣经中有像大卫王这样的例外，但巴勒斯坦的牧人为羊舍命其实非常罕见。当他们为了保护羊而死时，那通常是意外。虽然牧人会为羊冒险，但他并不会主动为羊交出生命。在巴勒斯坦，牧人的死亡意味着羊群的灾难。然而，耶稣却为祂的羊舍下生命。好牧人耶稣的死，反而使祂的羊得着丰盛的生命。这就是人间牧人与好牧人耶稣的差别。我们之所以爱戴、尊敬并愿意为祂而活，正是因为好牧人耶稣为我们舍下自己的生命。我们赞美这位为我们舍命的耶稣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在旧约中，羊是为人而死的。羊被献为祭物，代替人而死。然而如今，好牧人为羊而死。耶稣并不是被人夺去生命。耶稣是为了我们，自愿舍下祂的生命，作许多人的赎价。“正如人子来，不是要受人的服侍，乃是要服侍人，并且要舍命，作多人的赎价。”（马太福音20:28）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耶稣在哪一方面成为好牧人呢？耶稣为我们舍下自己的生命。耶稣为我们舍命这件事，说明了谁才是真牧人。为自己的羊舍命的，才是真牧人。真正的牧人因爱羊群，愿意为它们作出自愿的牺牲。我们之所以爱戴、尊敬并愿意为祂而活，正是因为好牧人耶稣为我们舍下自己的生命。我们赞美这位为我们舍命的耶稣。如果我们愿意以耶稣的爱为基础，活出真牧者的生命，我们就必须把自己献身于照顾羊群的事工。</w:t>
      </w:r>
    </w:p>
    <w:p>
      <w:pPr>
        <w:pStyle w:val="Heading2"/>
      </w:pPr>
      <w:r>
        <w:rPr>
          <w:rFonts w:ascii="Noto Sans CJK SC" w:hAnsi="Noto Sans CJK SC" w:eastAsia="Noto Sans CJK SC"/>
          <w:b/>
          <w:sz w:val="26"/>
        </w:rPr>
        <w:t>3. 雇工不是牧人（约翰福音10:12-13）。</w:t>
      </w:r>
    </w:p>
    <w:p>
      <w:pPr>
        <w:spacing w:after="120"/>
        <w:ind w:left="227" w:right="227"/>
      </w:pPr>
      <w:r>
        <w:rPr>
          <w:rFonts w:ascii="Noto Sans CJK SC" w:hAnsi="Noto Sans CJK SC" w:eastAsia="Noto Sans CJK SC"/>
          <w:i/>
          <w:sz w:val="22"/>
        </w:rPr>
        <w:t>“若是雇工，不是牧人，羊也不是他自己的，他看见狼来，就撇下羊逃走；狼抓住羊，赶散了羊群。”（约翰福音10:12）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耶稣在显明自己是好牧人的身份之后，指出祂核心的工作就是为羊舍命。耶稣作为真牧人，把自己与雇工相对照。耶稣描写了雇工的特征（10:12-13）。雇工（a hireling, a hired hand）指的是只要给钱，就可以为任何人做任何事的人。雇工因为拿工资，所以才看守羊群。因此，当危险来到时，雇工就逃跑。危险临到时，雇工会放弃羊群，把自己的生命放在第一位。羊就成为盗贼和野兽的猎物。在圣经和犹太文献中，不照顾羊、没有责任感的牧人，被称为愚昧的牧人、邪恶的牧人（撒迦利亚书11:15、17）。如果我们不勤勉照顾羊群，我们就像雇工一样。相反，真正的牧人会留下来照顾羊群。关于雇工，最核心的一句话是：“羊不是他自己的。”因为羊不是他的，所以他对羊没有所有权，也没有责任感。然而，好牧人耶稣买赎了羊。因为好牧人为羊而死，舍下了自己的生命，所以羊属于好牧人。祂照顾祂的羊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从本性上说，羊是愚拙的，也很容易陷入危险。圣经常把神的百姓比作羊。“我们都如羊走迷，各人偏行己路。”（以赛亚书53:6）羊没有防卫能力，也有四处游荡的倾向。它们必须被寻找，然后被带回羊圈（路加福音15:3-7）。因此，羊需要牧人来照顾它们（诗篇23）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羊是和平的动物，对牧人也有用处（羊毛、羊奶、繁殖）。正如羊需要牧人的照顾一样，我们也必须绝对信靠并倚靠好牧人耶稣。耶稣爱我们，甚至为我们舍下祂的生命。因此，我们的丰盛和安全都在耶稣里面。相反，雇工不是牧人。他们不会照顾羊。比如在约翰福音第9章，法利赛人在瞎子得看见之后，并没有照顾他；他们不但不照顾他，反而把他赶出会堂，因为他接受耶稣为主。他们根本关心的是自己的宗教、自己的利益和自己的特权。然而，耶稣却亲自来寻找他，并照顾他。如果我们利用羊群，只关心自己的利益（我的成就、名誉、荣耀），我们就会成为剥削羊群利益的假牧人。因此，我们必须成为真正的牧者，甘心为羊群的益处牺牲自己。</w:t>
      </w:r>
    </w:p>
    <w:p>
      <w:pPr>
        <w:pStyle w:val="Heading2"/>
      </w:pPr>
      <w:r>
        <w:rPr>
          <w:rFonts w:ascii="Noto Sans CJK SC" w:hAnsi="Noto Sans CJK SC" w:eastAsia="Noto Sans CJK SC"/>
          <w:b/>
          <w:sz w:val="26"/>
        </w:rPr>
        <w:t>4. 好牧人认识祂的羊（约翰福音10:14-15）。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“我是好牧人；我认识我的羊，我的羊也认识我。”（约翰福音10:14）耶稣作为好牧人，认识祂的羊；耶稣的羊也认识祂。“认识”（know）这个词表示相互的认识，也表示彼此之间亲密的关系。这个词曾被用来表达夫妻之间亲密的关系（创世记4:1、25）。牧人与羊之间的关系，是非常亲密的关系。牧人亲自认识他的羊。因为他非常了解他的羊，所以他知道怎样最好地照顾它们。他知道每一只羊的名字。耶稣也知道祂门徒的名字。耶稣认识西门（约翰福音1:42），并且给西门起了一个新的名字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好牧人耶稣非常了解我们的性情。所有的羊在本质上虽然相同，但每只羊都有自己独特的特征。牧人知道每只羊的软弱之处。当牧人照顾羊群时，他会顾念它们特殊的需要。耶稣也亲自了解每一个门徒，所以祂准确地知道怎样对待他们，也按照每个人的恩赐和气质，把合适的事工交托给他们。如果我们要成为好好照顾羊群的牧者，就必须了解羊群的软弱和性格。我们不能把自己的要求强加在羊身上，而应当按照它们的处境，用合适的方法照顾它们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牧人不会像赶牛一样从羊群后面驱赶羊。牧人是在羊群前面引导它们。牧人在羊群前面除去一切危险，引导它们到安全的地方。因此，牧人把羊群的福祉放在自己的安全之上。如果我们愿意活出真牧者的生命，就必须具备服侍羊群的仆人式领导力。耶稣作为我们的牧人，知道我们的气质，甚至知道我们的缺乏。有时，即使我们不知道自己的需要，耶稣却知道我们的需要。耶稣呼唤我们的名字，引导我们进入祂的草场，使我们活出丰盛的生命。耶稣作为我们真正的牧人，把我们领进祂的羊圈，引导我们到祂的草场。诗篇23篇是对好牧人耶稣如何照顾祂的羊的一段美丽诗意描写。不幸的是，我们常常只在葬礼信息中听到这篇诗篇；而且我们也常常把它过度属灵化，以至于忘记主是实际照顾我们的真牧人。因为我们没有承认主是我们的牧人，所以我们也很少把主对我们的照顾应用在实际生活中。然而，大卫在他一切处境中都承认主是他的牧人。诗篇23篇是大卫在王宫中满足时歌唱主的良善；也是他在严重缺乏和患难中赞美主作他的牧人。大卫告白说：“耶和华是我的牧者。”即使我们的处境艰难，我们也应当像大卫一样，过一种告白“主是我的牧人”的生活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羊在水边，甚至经过幽谷时也不惧怕，因为牧人照顾它们，并满足它们的需要。牧人与羊的关系，是给羊带来丰盛的实际关系。如果我们以主为好牧人而生活，把诗篇23篇与我们的生命联系起来，那么无论我们现在的处境多么艰难，我们都能从心里领悟：“我必不至缺乏……我一生一世必有恩惠慈爱随着我。”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如果概括牧人与羊的关系，牧人因为爱他的羊，就为它们牺牲自己；羊因为知道牧人对它们的爱与牺牲，就信靠牧人，并绝对倚靠他。羊在牧人的照顾之下，拥有并享受丰盛的生命。耶稣与我们的关系，就像牧人与羊的关系一样亲密。我们在好牧人耶稣的照顾之下，在灵里和身体上都能得着满足。</w:t>
      </w:r>
    </w:p>
    <w:p>
      <w:pPr>
        <w:spacing w:line="300" w:lineRule="auto" w:after="120"/>
        <w:ind w:firstLine="420"/>
      </w:pPr>
      <w:r>
        <w:rPr>
          <w:rFonts w:ascii="Noto Sans CJK SC" w:hAnsi="Noto Sans CJK SC" w:eastAsia="Noto Sans CJK SC"/>
          <w:sz w:val="22"/>
        </w:rPr>
        <w:t>如果我们愿意在好牧人耶稣里面享受丰盛的生命，就要聆听主的话语，并经历祂每日的照顾，从而更深认识主作我们的牧人。因此，我们要信靠主，并顺服祂的话语。愿我们享受以主为牧人而生活的丰盛。愿大卫每日的告白也成为我们的告白：“主是我的牧者，我必不至缺乏。”</w:t>
      </w:r>
    </w:p>
    <w:p/>
    <w:p>
      <w:pPr>
        <w:spacing w:after="120"/>
        <w:ind w:left="227" w:right="227"/>
      </w:pPr>
      <w:r>
        <w:rPr>
          <w:rFonts w:ascii="Noto Sans CJK SC" w:hAnsi="Noto Sans CJK SC" w:eastAsia="Noto Sans CJK SC"/>
          <w:i/>
          <w:sz w:val="22"/>
        </w:rPr>
        <w:t>“我来了，是要叫羊得生命，并且得的更丰盛。我是好牧人；好牧人为羊舍命。”（约翰福音10:10-11）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Sans CJK SC" w:hAnsi="Noto Sans CJK SC" w:eastAsia="Noto Sans CJK SC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