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9FCDE59" w14:textId="77777777" w:rsidR="007A3A30" w:rsidRDefault="00000000">
      <w:pPr>
        <w:spacing w:after="80"/>
        <w:jc w:val="center"/>
        <w:rPr>
          <w:lang w:eastAsia="ko-KR"/>
        </w:rPr>
      </w:pPr>
      <w:r>
        <w:rPr>
          <w:rFonts w:ascii="NanumGothic" w:eastAsia="NanumGothic" w:hAnsi="NanumGothic"/>
          <w:b/>
          <w:sz w:val="36"/>
          <w:lang w:eastAsia="ko-KR"/>
        </w:rPr>
        <w:t>선한 목자 되신 예수님</w:t>
      </w:r>
    </w:p>
    <w:p w14:paraId="74EAFCE8" w14:textId="77777777" w:rsidR="007A3A30" w:rsidRDefault="00000000">
      <w:pPr>
        <w:spacing w:after="240"/>
        <w:jc w:val="center"/>
        <w:rPr>
          <w:lang w:eastAsia="ko-KR"/>
        </w:rPr>
      </w:pPr>
      <w:r>
        <w:rPr>
          <w:lang w:eastAsia="ko-KR"/>
        </w:rPr>
        <w:t>본문: 요한복음 10장 1–42절</w:t>
      </w:r>
    </w:p>
    <w:p w14:paraId="75F544CB" w14:textId="77777777" w:rsidR="007A3A30" w:rsidRDefault="00000000">
      <w:pPr>
        <w:keepNext/>
        <w:spacing w:before="200" w:after="100"/>
        <w:rPr>
          <w:lang w:eastAsia="ko-KR"/>
        </w:rPr>
      </w:pPr>
      <w:r>
        <w:rPr>
          <w:rFonts w:ascii="NanumGothic" w:eastAsia="NanumGothic" w:hAnsi="NanumGothic"/>
          <w:b/>
          <w:sz w:val="27"/>
          <w:lang w:eastAsia="ko-KR"/>
        </w:rPr>
        <w:t>서론</w:t>
      </w:r>
    </w:p>
    <w:p w14:paraId="5D5D0AF8" w14:textId="5143DA6C" w:rsidR="007A3A30" w:rsidRDefault="00000000">
      <w:pPr>
        <w:spacing w:after="70" w:line="293" w:lineRule="auto"/>
        <w:ind w:firstLine="397"/>
        <w:jc w:val="both"/>
        <w:rPr>
          <w:lang w:eastAsia="ko-KR"/>
        </w:rPr>
      </w:pPr>
      <w:r>
        <w:rPr>
          <w:lang w:eastAsia="ko-KR"/>
        </w:rPr>
        <w:t xml:space="preserve">우리는 날마다 수많은 문 앞에 서고 수많은 음성을 들으며 살아갑니다. 대학생은 전공과 진로, 성적과 취업을 고민하고, 직장인은 성과와 승진, </w:t>
      </w:r>
      <w:r w:rsidR="00031198">
        <w:rPr>
          <w:rFonts w:hint="eastAsia"/>
          <w:lang w:eastAsia="ko-KR"/>
        </w:rPr>
        <w:t xml:space="preserve">가족이 있는 사람들은 </w:t>
      </w:r>
      <w:r>
        <w:rPr>
          <w:lang w:eastAsia="ko-KR"/>
        </w:rPr>
        <w:t xml:space="preserve">가정과 경제 문제를 걱정합니다. 세상은 좋은 성적, 안정된 직장, 많은 돈과 사람들의 인정이 우리를 행복하게 해 줄 것이라고 말합니다. 그러나 그 문을 통과해도 마음의 불안과 공허함은 쉽게 사라지지 않습니다. 오히려 더 높은 성과와 더 많은 소유를 </w:t>
      </w:r>
      <w:proofErr w:type="spellStart"/>
      <w:r>
        <w:rPr>
          <w:lang w:eastAsia="ko-KR"/>
        </w:rPr>
        <w:t>요구받으며</w:t>
      </w:r>
      <w:proofErr w:type="spellEnd"/>
      <w:r>
        <w:rPr>
          <w:lang w:eastAsia="ko-KR"/>
        </w:rPr>
        <w:t xml:space="preserve"> 지칠 때가 많습니다.</w:t>
      </w:r>
    </w:p>
    <w:p w14:paraId="557AA33C" w14:textId="77777777" w:rsidR="007A3A30" w:rsidRDefault="00000000">
      <w:pPr>
        <w:spacing w:after="70" w:line="293" w:lineRule="auto"/>
        <w:ind w:firstLine="397"/>
        <w:jc w:val="both"/>
        <w:rPr>
          <w:lang w:eastAsia="ko-KR"/>
        </w:rPr>
      </w:pPr>
      <w:r>
        <w:rPr>
          <w:lang w:eastAsia="ko-KR"/>
        </w:rPr>
        <w:t>요한복음 10장에서 예수님은 우리가 누구를 따라 살아야 하는지를 분명히 말씀하십니다. 예수님은 생명으로 들어가는 문이시며, 양들을 위해 목숨을 버리신 선한 목자이시고, 자기 양을 이름으로 부르며 앞서 가시는 분입니다. 오늘 말씀을 통해 나는 어떤 문으로 들어가고 있는지, 누구를 나의 목자로 삼고 있는지, 그리고 누구의 음성을 따라 살아가고 있는지를 돌아보기 원합니다.</w:t>
      </w:r>
    </w:p>
    <w:p w14:paraId="5CD51826" w14:textId="77777777" w:rsidR="007A3A30" w:rsidRDefault="00000000">
      <w:pPr>
        <w:keepNext/>
        <w:spacing w:before="200" w:after="100"/>
        <w:rPr>
          <w:lang w:eastAsia="ko-KR"/>
        </w:rPr>
      </w:pPr>
      <w:r>
        <w:rPr>
          <w:rFonts w:ascii="NanumGothic" w:eastAsia="NanumGothic" w:hAnsi="NanumGothic"/>
          <w:b/>
          <w:sz w:val="27"/>
          <w:lang w:eastAsia="ko-KR"/>
        </w:rPr>
        <w:t>1. 예수님은 생명으로 인도하는 유일한 문이십니다(9–10절)</w:t>
      </w:r>
    </w:p>
    <w:p w14:paraId="760C6476" w14:textId="77777777" w:rsidR="007A3A30" w:rsidRDefault="00000000">
      <w:pPr>
        <w:spacing w:before="60" w:after="120" w:line="283" w:lineRule="auto"/>
        <w:ind w:left="397" w:right="283"/>
        <w:rPr>
          <w:lang w:eastAsia="ko-KR"/>
        </w:rPr>
      </w:pPr>
      <w:r>
        <w:rPr>
          <w:b/>
          <w:sz w:val="20"/>
          <w:lang w:eastAsia="ko-KR"/>
        </w:rPr>
        <w:t>“내가 문이니 누구든지 나로 말미암아 들어가면 구원을 받고 또는 들어가며 나오며 꼴을 얻으리라.”(요 10:9)</w:t>
      </w:r>
    </w:p>
    <w:p w14:paraId="5476E9F8" w14:textId="2F501F8B" w:rsidR="007A3A30" w:rsidRDefault="00000000">
      <w:pPr>
        <w:spacing w:after="70" w:line="293" w:lineRule="auto"/>
        <w:ind w:firstLine="397"/>
        <w:jc w:val="both"/>
        <w:rPr>
          <w:lang w:eastAsia="ko-KR"/>
        </w:rPr>
      </w:pPr>
      <w:r>
        <w:rPr>
          <w:lang w:eastAsia="ko-KR"/>
        </w:rPr>
        <w:t>9절에서 예수님은 자신을 “그 문”이라고 말씀하십니다. 예수님은 우리가 하나님께 나아가는 구원의 문이시며, 참된 생명과 기쁨과 만족을 주시는 분입니다. 그래서 10절에서 “내가 온 것은 양으로 생명을 얻게 하고 더 풍성히 얻게 하려는 것이라”고 말씀하셨습니다. 여기서 풍성한 삶은 모든 일이 세상적으로 잘되고 아무 어려움도 없는 삶을 뜻하지 않습니다. 하나님을 알고 그분과 교제하며, 하나님의 생명</w:t>
      </w:r>
      <w:r w:rsidR="00107F4D">
        <w:rPr>
          <w:rFonts w:hint="eastAsia"/>
          <w:lang w:eastAsia="ko-KR"/>
        </w:rPr>
        <w:t xml:space="preserve"> (다스림)</w:t>
      </w:r>
      <w:r>
        <w:rPr>
          <w:lang w:eastAsia="ko-KR"/>
        </w:rPr>
        <w:t>이 우리의 생각과 말과 관계 속에 나타나는 삶을 말합니다.</w:t>
      </w:r>
    </w:p>
    <w:p w14:paraId="05AA233C" w14:textId="77777777" w:rsidR="007763BC" w:rsidRPr="007F1A63" w:rsidRDefault="007763BC" w:rsidP="007F1A63">
      <w:pPr>
        <w:spacing w:after="70" w:line="293" w:lineRule="auto"/>
        <w:ind w:firstLine="397"/>
        <w:jc w:val="both"/>
        <w:rPr>
          <w:lang w:eastAsia="ko-KR"/>
        </w:rPr>
      </w:pPr>
      <w:r w:rsidRPr="007F1A63">
        <w:rPr>
          <w:lang w:eastAsia="ko-KR"/>
        </w:rPr>
        <w:t>“</w:t>
      </w:r>
      <w:r w:rsidRPr="007F1A63">
        <w:rPr>
          <w:rFonts w:hint="eastAsia"/>
          <w:lang w:eastAsia="ko-KR"/>
        </w:rPr>
        <w:t>구원받는다</w:t>
      </w:r>
      <w:r w:rsidRPr="007F1A63">
        <w:rPr>
          <w:lang w:eastAsia="ko-KR"/>
        </w:rPr>
        <w:t>”</w:t>
      </w:r>
      <w:r w:rsidRPr="007F1A63">
        <w:rPr>
          <w:rFonts w:hint="eastAsia"/>
          <w:lang w:eastAsia="ko-KR"/>
        </w:rPr>
        <w:t>는</w:t>
      </w:r>
      <w:r w:rsidRPr="007F1A63">
        <w:rPr>
          <w:lang w:eastAsia="ko-KR"/>
        </w:rPr>
        <w:t xml:space="preserve"> </w:t>
      </w:r>
      <w:r w:rsidRPr="007F1A63">
        <w:rPr>
          <w:rFonts w:hint="eastAsia"/>
          <w:lang w:eastAsia="ko-KR"/>
        </w:rPr>
        <w:t>것은</w:t>
      </w:r>
      <w:r w:rsidRPr="007F1A63">
        <w:rPr>
          <w:lang w:eastAsia="ko-KR"/>
        </w:rPr>
        <w:t xml:space="preserve"> </w:t>
      </w:r>
      <w:r w:rsidRPr="007F1A63">
        <w:rPr>
          <w:rFonts w:hint="eastAsia"/>
          <w:lang w:eastAsia="ko-KR"/>
        </w:rPr>
        <w:t>큰</w:t>
      </w:r>
      <w:r w:rsidRPr="007F1A63">
        <w:rPr>
          <w:lang w:eastAsia="ko-KR"/>
        </w:rPr>
        <w:t xml:space="preserve"> </w:t>
      </w:r>
      <w:r w:rsidRPr="007F1A63">
        <w:rPr>
          <w:rFonts w:hint="eastAsia"/>
          <w:lang w:eastAsia="ko-KR"/>
        </w:rPr>
        <w:t>위험과</w:t>
      </w:r>
      <w:r w:rsidRPr="007F1A63">
        <w:rPr>
          <w:lang w:eastAsia="ko-KR"/>
        </w:rPr>
        <w:t xml:space="preserve"> </w:t>
      </w:r>
      <w:r w:rsidRPr="007F1A63">
        <w:rPr>
          <w:rFonts w:hint="eastAsia"/>
          <w:lang w:eastAsia="ko-KR"/>
        </w:rPr>
        <w:t>멸망에서</w:t>
      </w:r>
      <w:r w:rsidRPr="007F1A63">
        <w:rPr>
          <w:lang w:eastAsia="ko-KR"/>
        </w:rPr>
        <w:t xml:space="preserve"> </w:t>
      </w:r>
      <w:proofErr w:type="spellStart"/>
      <w:r w:rsidRPr="007F1A63">
        <w:rPr>
          <w:rFonts w:hint="eastAsia"/>
          <w:lang w:eastAsia="ko-KR"/>
        </w:rPr>
        <w:t>건짐받는다는</w:t>
      </w:r>
      <w:proofErr w:type="spellEnd"/>
      <w:r w:rsidRPr="007F1A63">
        <w:rPr>
          <w:lang w:eastAsia="ko-KR"/>
        </w:rPr>
        <w:t xml:space="preserve"> </w:t>
      </w:r>
      <w:r w:rsidRPr="007F1A63">
        <w:rPr>
          <w:rFonts w:hint="eastAsia"/>
          <w:lang w:eastAsia="ko-KR"/>
        </w:rPr>
        <w:t>뜻입니다</w:t>
      </w:r>
      <w:r w:rsidRPr="007F1A63">
        <w:rPr>
          <w:lang w:eastAsia="ko-KR"/>
        </w:rPr>
        <w:t xml:space="preserve">. </w:t>
      </w:r>
      <w:r w:rsidRPr="007F1A63">
        <w:rPr>
          <w:rFonts w:hint="eastAsia"/>
          <w:lang w:eastAsia="ko-KR"/>
        </w:rPr>
        <w:t>어디에서</w:t>
      </w:r>
      <w:r w:rsidRPr="007F1A63">
        <w:rPr>
          <w:lang w:eastAsia="ko-KR"/>
        </w:rPr>
        <w:t xml:space="preserve"> </w:t>
      </w:r>
      <w:r w:rsidRPr="007F1A63">
        <w:rPr>
          <w:rFonts w:hint="eastAsia"/>
          <w:lang w:eastAsia="ko-KR"/>
        </w:rPr>
        <w:t>구원받습니까</w:t>
      </w:r>
      <w:r w:rsidRPr="007F1A63">
        <w:rPr>
          <w:lang w:eastAsia="ko-KR"/>
        </w:rPr>
        <w:t>? 8</w:t>
      </w:r>
      <w:r w:rsidRPr="007F1A63">
        <w:rPr>
          <w:rFonts w:hint="eastAsia"/>
          <w:lang w:eastAsia="ko-KR"/>
        </w:rPr>
        <w:t>절과</w:t>
      </w:r>
      <w:r w:rsidRPr="007F1A63">
        <w:rPr>
          <w:lang w:eastAsia="ko-KR"/>
        </w:rPr>
        <w:t xml:space="preserve"> 10</w:t>
      </w:r>
      <w:r w:rsidRPr="007F1A63">
        <w:rPr>
          <w:rFonts w:hint="eastAsia"/>
          <w:lang w:eastAsia="ko-KR"/>
        </w:rPr>
        <w:t>절에</w:t>
      </w:r>
      <w:r w:rsidRPr="007F1A63">
        <w:rPr>
          <w:lang w:eastAsia="ko-KR"/>
        </w:rPr>
        <w:t xml:space="preserve"> </w:t>
      </w:r>
      <w:r w:rsidRPr="007F1A63">
        <w:rPr>
          <w:rFonts w:hint="eastAsia"/>
          <w:lang w:eastAsia="ko-KR"/>
        </w:rPr>
        <w:t>나오는</w:t>
      </w:r>
      <w:r w:rsidRPr="007F1A63">
        <w:rPr>
          <w:lang w:eastAsia="ko-KR"/>
        </w:rPr>
        <w:t xml:space="preserve"> </w:t>
      </w:r>
      <w:r w:rsidRPr="007F1A63">
        <w:rPr>
          <w:rFonts w:hint="eastAsia"/>
          <w:lang w:eastAsia="ko-KR"/>
        </w:rPr>
        <w:t>도둑과</w:t>
      </w:r>
      <w:r w:rsidRPr="007F1A63">
        <w:rPr>
          <w:lang w:eastAsia="ko-KR"/>
        </w:rPr>
        <w:t xml:space="preserve"> </w:t>
      </w:r>
      <w:r w:rsidRPr="007F1A63">
        <w:rPr>
          <w:rFonts w:hint="eastAsia"/>
          <w:lang w:eastAsia="ko-KR"/>
        </w:rPr>
        <w:t>강도로부터</w:t>
      </w:r>
      <w:r w:rsidRPr="007F1A63">
        <w:rPr>
          <w:lang w:eastAsia="ko-KR"/>
        </w:rPr>
        <w:t xml:space="preserve"> </w:t>
      </w:r>
      <w:r w:rsidRPr="007F1A63">
        <w:rPr>
          <w:rFonts w:hint="eastAsia"/>
          <w:lang w:eastAsia="ko-KR"/>
        </w:rPr>
        <w:t>구원받는</w:t>
      </w:r>
      <w:r w:rsidRPr="007F1A63">
        <w:rPr>
          <w:lang w:eastAsia="ko-KR"/>
        </w:rPr>
        <w:t xml:space="preserve"> </w:t>
      </w:r>
      <w:r w:rsidRPr="007F1A63">
        <w:rPr>
          <w:rFonts w:hint="eastAsia"/>
          <w:lang w:eastAsia="ko-KR"/>
        </w:rPr>
        <w:t>것을</w:t>
      </w:r>
      <w:r w:rsidRPr="007F1A63">
        <w:rPr>
          <w:lang w:eastAsia="ko-KR"/>
        </w:rPr>
        <w:t xml:space="preserve"> </w:t>
      </w:r>
      <w:r w:rsidRPr="007F1A63">
        <w:rPr>
          <w:rFonts w:hint="eastAsia"/>
          <w:lang w:eastAsia="ko-KR"/>
        </w:rPr>
        <w:t>말합니다</w:t>
      </w:r>
      <w:r w:rsidRPr="007F1A63">
        <w:rPr>
          <w:lang w:eastAsia="ko-KR"/>
        </w:rPr>
        <w:t xml:space="preserve">. </w:t>
      </w:r>
      <w:r w:rsidRPr="007F1A63">
        <w:rPr>
          <w:rFonts w:hint="eastAsia"/>
          <w:lang w:eastAsia="ko-KR"/>
        </w:rPr>
        <w:t>이들은</w:t>
      </w:r>
      <w:r w:rsidRPr="007F1A63">
        <w:rPr>
          <w:lang w:eastAsia="ko-KR"/>
        </w:rPr>
        <w:t xml:space="preserve"> </w:t>
      </w:r>
      <w:r w:rsidRPr="007F1A63">
        <w:rPr>
          <w:rFonts w:hint="eastAsia"/>
          <w:lang w:eastAsia="ko-KR"/>
        </w:rPr>
        <w:t>양을</w:t>
      </w:r>
      <w:r w:rsidRPr="007F1A63">
        <w:rPr>
          <w:lang w:eastAsia="ko-KR"/>
        </w:rPr>
        <w:t xml:space="preserve"> </w:t>
      </w:r>
      <w:r w:rsidRPr="007F1A63">
        <w:rPr>
          <w:rFonts w:hint="eastAsia"/>
          <w:lang w:eastAsia="ko-KR"/>
        </w:rPr>
        <w:t>돌보는</w:t>
      </w:r>
      <w:r w:rsidRPr="007F1A63">
        <w:rPr>
          <w:lang w:eastAsia="ko-KR"/>
        </w:rPr>
        <w:t xml:space="preserve"> </w:t>
      </w:r>
      <w:r w:rsidRPr="007F1A63">
        <w:rPr>
          <w:rFonts w:hint="eastAsia"/>
          <w:lang w:eastAsia="ko-KR"/>
        </w:rPr>
        <w:t>것처럼</w:t>
      </w:r>
      <w:r w:rsidRPr="007F1A63">
        <w:rPr>
          <w:lang w:eastAsia="ko-KR"/>
        </w:rPr>
        <w:t xml:space="preserve"> </w:t>
      </w:r>
      <w:r w:rsidRPr="007F1A63">
        <w:rPr>
          <w:rFonts w:hint="eastAsia"/>
          <w:lang w:eastAsia="ko-KR"/>
        </w:rPr>
        <w:t>보이지만</w:t>
      </w:r>
      <w:r w:rsidRPr="007F1A63">
        <w:rPr>
          <w:lang w:eastAsia="ko-KR"/>
        </w:rPr>
        <w:t xml:space="preserve">, </w:t>
      </w:r>
      <w:r w:rsidRPr="007F1A63">
        <w:rPr>
          <w:rFonts w:hint="eastAsia"/>
          <w:lang w:eastAsia="ko-KR"/>
        </w:rPr>
        <w:t>실제로는</w:t>
      </w:r>
      <w:r w:rsidRPr="007F1A63">
        <w:rPr>
          <w:lang w:eastAsia="ko-KR"/>
        </w:rPr>
        <w:t xml:space="preserve"> </w:t>
      </w:r>
      <w:r w:rsidRPr="007F1A63">
        <w:rPr>
          <w:rFonts w:hint="eastAsia"/>
          <w:lang w:eastAsia="ko-KR"/>
        </w:rPr>
        <w:t>도둑질하고</w:t>
      </w:r>
      <w:r w:rsidRPr="007F1A63">
        <w:rPr>
          <w:lang w:eastAsia="ko-KR"/>
        </w:rPr>
        <w:t xml:space="preserve"> </w:t>
      </w:r>
      <w:r w:rsidRPr="007F1A63">
        <w:rPr>
          <w:rFonts w:hint="eastAsia"/>
          <w:lang w:eastAsia="ko-KR"/>
        </w:rPr>
        <w:t>죽이고</w:t>
      </w:r>
      <w:r w:rsidRPr="007F1A63">
        <w:rPr>
          <w:lang w:eastAsia="ko-KR"/>
        </w:rPr>
        <w:t xml:space="preserve"> </w:t>
      </w:r>
      <w:r w:rsidRPr="007F1A63">
        <w:rPr>
          <w:rFonts w:hint="eastAsia"/>
          <w:lang w:eastAsia="ko-KR"/>
        </w:rPr>
        <w:t>멸망시키려</w:t>
      </w:r>
      <w:r w:rsidRPr="007F1A63">
        <w:rPr>
          <w:lang w:eastAsia="ko-KR"/>
        </w:rPr>
        <w:t xml:space="preserve"> </w:t>
      </w:r>
      <w:r w:rsidRPr="007F1A63">
        <w:rPr>
          <w:rFonts w:hint="eastAsia"/>
          <w:lang w:eastAsia="ko-KR"/>
        </w:rPr>
        <w:t>합니다</w:t>
      </w:r>
      <w:r w:rsidRPr="007F1A63">
        <w:rPr>
          <w:lang w:eastAsia="ko-KR"/>
        </w:rPr>
        <w:t xml:space="preserve">. </w:t>
      </w:r>
      <w:r w:rsidRPr="007F1A63">
        <w:rPr>
          <w:rFonts w:hint="eastAsia"/>
          <w:lang w:eastAsia="ko-KR"/>
        </w:rPr>
        <w:t>오늘날에도</w:t>
      </w:r>
      <w:r w:rsidRPr="007F1A63">
        <w:rPr>
          <w:lang w:eastAsia="ko-KR"/>
        </w:rPr>
        <w:t xml:space="preserve"> </w:t>
      </w:r>
      <w:r w:rsidRPr="007F1A63">
        <w:rPr>
          <w:rFonts w:hint="eastAsia"/>
          <w:lang w:eastAsia="ko-KR"/>
        </w:rPr>
        <w:t>우리에게</w:t>
      </w:r>
      <w:r w:rsidRPr="007F1A63">
        <w:rPr>
          <w:lang w:eastAsia="ko-KR"/>
        </w:rPr>
        <w:t xml:space="preserve"> </w:t>
      </w:r>
      <w:r w:rsidRPr="007F1A63">
        <w:rPr>
          <w:rFonts w:hint="eastAsia"/>
          <w:lang w:eastAsia="ko-KR"/>
        </w:rPr>
        <w:t>생명과</w:t>
      </w:r>
      <w:r w:rsidRPr="007F1A63">
        <w:rPr>
          <w:lang w:eastAsia="ko-KR"/>
        </w:rPr>
        <w:t xml:space="preserve"> </w:t>
      </w:r>
      <w:r w:rsidRPr="007F1A63">
        <w:rPr>
          <w:rFonts w:hint="eastAsia"/>
          <w:lang w:eastAsia="ko-KR"/>
        </w:rPr>
        <w:t>만족을</w:t>
      </w:r>
      <w:r w:rsidRPr="007F1A63">
        <w:rPr>
          <w:lang w:eastAsia="ko-KR"/>
        </w:rPr>
        <w:t xml:space="preserve"> </w:t>
      </w:r>
      <w:r w:rsidRPr="007F1A63">
        <w:rPr>
          <w:rFonts w:hint="eastAsia"/>
          <w:lang w:eastAsia="ko-KR"/>
        </w:rPr>
        <w:t>약속하면서</w:t>
      </w:r>
      <w:r w:rsidRPr="007F1A63">
        <w:rPr>
          <w:lang w:eastAsia="ko-KR"/>
        </w:rPr>
        <w:t xml:space="preserve"> </w:t>
      </w:r>
      <w:r w:rsidRPr="007F1A63">
        <w:rPr>
          <w:rFonts w:hint="eastAsia"/>
          <w:lang w:eastAsia="ko-KR"/>
        </w:rPr>
        <w:t>오히려</w:t>
      </w:r>
      <w:r w:rsidRPr="007F1A63">
        <w:rPr>
          <w:lang w:eastAsia="ko-KR"/>
        </w:rPr>
        <w:t xml:space="preserve"> </w:t>
      </w:r>
      <w:r w:rsidRPr="007F1A63">
        <w:rPr>
          <w:rFonts w:hint="eastAsia"/>
          <w:lang w:eastAsia="ko-KR"/>
        </w:rPr>
        <w:t>우리의</w:t>
      </w:r>
      <w:r w:rsidRPr="007F1A63">
        <w:rPr>
          <w:lang w:eastAsia="ko-KR"/>
        </w:rPr>
        <w:t xml:space="preserve"> </w:t>
      </w:r>
      <w:r w:rsidRPr="007F1A63">
        <w:rPr>
          <w:rFonts w:hint="eastAsia"/>
          <w:lang w:eastAsia="ko-KR"/>
        </w:rPr>
        <w:t>생명을</w:t>
      </w:r>
      <w:r w:rsidRPr="007F1A63">
        <w:rPr>
          <w:lang w:eastAsia="ko-KR"/>
        </w:rPr>
        <w:t xml:space="preserve"> </w:t>
      </w:r>
      <w:r w:rsidRPr="007F1A63">
        <w:rPr>
          <w:rFonts w:hint="eastAsia"/>
          <w:lang w:eastAsia="ko-KR"/>
        </w:rPr>
        <w:t>빼앗는</w:t>
      </w:r>
      <w:r w:rsidRPr="007F1A63">
        <w:rPr>
          <w:lang w:eastAsia="ko-KR"/>
        </w:rPr>
        <w:t xml:space="preserve"> </w:t>
      </w:r>
      <w:r w:rsidRPr="007F1A63">
        <w:rPr>
          <w:rFonts w:hint="eastAsia"/>
          <w:lang w:eastAsia="ko-KR"/>
        </w:rPr>
        <w:t>것들이</w:t>
      </w:r>
      <w:r w:rsidRPr="007F1A63">
        <w:rPr>
          <w:lang w:eastAsia="ko-KR"/>
        </w:rPr>
        <w:t xml:space="preserve"> </w:t>
      </w:r>
      <w:r w:rsidRPr="007F1A63">
        <w:rPr>
          <w:rFonts w:hint="eastAsia"/>
          <w:lang w:eastAsia="ko-KR"/>
        </w:rPr>
        <w:t>많습니다</w:t>
      </w:r>
      <w:r w:rsidRPr="007F1A63">
        <w:rPr>
          <w:lang w:eastAsia="ko-KR"/>
        </w:rPr>
        <w:t xml:space="preserve">. </w:t>
      </w:r>
      <w:r w:rsidRPr="007F1A63">
        <w:rPr>
          <w:rFonts w:hint="eastAsia"/>
          <w:lang w:eastAsia="ko-KR"/>
        </w:rPr>
        <w:t>돈과</w:t>
      </w:r>
      <w:r w:rsidRPr="007F1A63">
        <w:rPr>
          <w:lang w:eastAsia="ko-KR"/>
        </w:rPr>
        <w:t xml:space="preserve"> </w:t>
      </w:r>
      <w:r w:rsidRPr="007F1A63">
        <w:rPr>
          <w:rFonts w:hint="eastAsia"/>
          <w:lang w:eastAsia="ko-KR"/>
        </w:rPr>
        <w:t>소비</w:t>
      </w:r>
      <w:r w:rsidRPr="007F1A63">
        <w:rPr>
          <w:lang w:eastAsia="ko-KR"/>
        </w:rPr>
        <w:t xml:space="preserve">, </w:t>
      </w:r>
      <w:r w:rsidRPr="007F1A63">
        <w:rPr>
          <w:rFonts w:hint="eastAsia"/>
          <w:lang w:eastAsia="ko-KR"/>
        </w:rPr>
        <w:t>미디어를</w:t>
      </w:r>
      <w:r w:rsidRPr="007F1A63">
        <w:rPr>
          <w:lang w:eastAsia="ko-KR"/>
        </w:rPr>
        <w:t xml:space="preserve"> </w:t>
      </w:r>
      <w:r w:rsidRPr="007F1A63">
        <w:rPr>
          <w:rFonts w:hint="eastAsia"/>
          <w:lang w:eastAsia="ko-KR"/>
        </w:rPr>
        <w:t>통한</w:t>
      </w:r>
      <w:r w:rsidRPr="007F1A63">
        <w:rPr>
          <w:lang w:eastAsia="ko-KR"/>
        </w:rPr>
        <w:t xml:space="preserve"> </w:t>
      </w:r>
      <w:r w:rsidRPr="007F1A63">
        <w:rPr>
          <w:rFonts w:hint="eastAsia"/>
          <w:lang w:eastAsia="ko-KR"/>
        </w:rPr>
        <w:t>쾌락의</w:t>
      </w:r>
      <w:r w:rsidRPr="007F1A63">
        <w:rPr>
          <w:lang w:eastAsia="ko-KR"/>
        </w:rPr>
        <w:t xml:space="preserve"> </w:t>
      </w:r>
      <w:r w:rsidRPr="007F1A63">
        <w:rPr>
          <w:rFonts w:hint="eastAsia"/>
          <w:lang w:eastAsia="ko-KR"/>
        </w:rPr>
        <w:t>욕구가</w:t>
      </w:r>
      <w:r w:rsidRPr="007F1A63">
        <w:rPr>
          <w:lang w:eastAsia="ko-KR"/>
        </w:rPr>
        <w:t xml:space="preserve"> </w:t>
      </w:r>
      <w:r w:rsidRPr="007F1A63">
        <w:rPr>
          <w:rFonts w:hint="eastAsia"/>
          <w:lang w:eastAsia="ko-KR"/>
        </w:rPr>
        <w:t>우리의</w:t>
      </w:r>
      <w:r w:rsidRPr="007F1A63">
        <w:rPr>
          <w:lang w:eastAsia="ko-KR"/>
        </w:rPr>
        <w:t xml:space="preserve"> </w:t>
      </w:r>
      <w:r w:rsidRPr="007F1A63">
        <w:rPr>
          <w:rFonts w:hint="eastAsia"/>
          <w:lang w:eastAsia="ko-KR"/>
        </w:rPr>
        <w:t>주인이</w:t>
      </w:r>
      <w:r w:rsidRPr="007F1A63">
        <w:rPr>
          <w:lang w:eastAsia="ko-KR"/>
        </w:rPr>
        <w:t xml:space="preserve"> </w:t>
      </w:r>
      <w:r w:rsidRPr="007F1A63">
        <w:rPr>
          <w:rFonts w:hint="eastAsia"/>
          <w:lang w:eastAsia="ko-KR"/>
        </w:rPr>
        <w:t>되면</w:t>
      </w:r>
      <w:r w:rsidRPr="007F1A63">
        <w:rPr>
          <w:lang w:eastAsia="ko-KR"/>
        </w:rPr>
        <w:t xml:space="preserve"> </w:t>
      </w:r>
      <w:r w:rsidRPr="007F1A63">
        <w:rPr>
          <w:rFonts w:hint="eastAsia"/>
          <w:lang w:eastAsia="ko-KR"/>
        </w:rPr>
        <w:t>귀한</w:t>
      </w:r>
      <w:r w:rsidRPr="007F1A63">
        <w:rPr>
          <w:lang w:eastAsia="ko-KR"/>
        </w:rPr>
        <w:t xml:space="preserve"> </w:t>
      </w:r>
      <w:r w:rsidRPr="007F1A63">
        <w:rPr>
          <w:rFonts w:hint="eastAsia"/>
          <w:lang w:eastAsia="ko-KR"/>
        </w:rPr>
        <w:t>시간과</w:t>
      </w:r>
      <w:r w:rsidRPr="007F1A63">
        <w:rPr>
          <w:lang w:eastAsia="ko-KR"/>
        </w:rPr>
        <w:t xml:space="preserve"> </w:t>
      </w:r>
      <w:r w:rsidRPr="007F1A63">
        <w:rPr>
          <w:rFonts w:hint="eastAsia"/>
          <w:lang w:eastAsia="ko-KR"/>
        </w:rPr>
        <w:t>마음을</w:t>
      </w:r>
      <w:r w:rsidRPr="007F1A63">
        <w:rPr>
          <w:lang w:eastAsia="ko-KR"/>
        </w:rPr>
        <w:t xml:space="preserve"> </w:t>
      </w:r>
      <w:r w:rsidRPr="007F1A63">
        <w:rPr>
          <w:rFonts w:hint="eastAsia"/>
          <w:lang w:eastAsia="ko-KR"/>
        </w:rPr>
        <w:t>빼앗기고</w:t>
      </w:r>
      <w:r w:rsidRPr="007F1A63">
        <w:rPr>
          <w:lang w:eastAsia="ko-KR"/>
        </w:rPr>
        <w:t xml:space="preserve"> </w:t>
      </w:r>
      <w:r w:rsidRPr="007F1A63">
        <w:rPr>
          <w:rFonts w:hint="eastAsia"/>
          <w:lang w:eastAsia="ko-KR"/>
        </w:rPr>
        <w:t>삶의</w:t>
      </w:r>
      <w:r w:rsidRPr="007F1A63">
        <w:rPr>
          <w:lang w:eastAsia="ko-KR"/>
        </w:rPr>
        <w:t xml:space="preserve"> </w:t>
      </w:r>
      <w:r w:rsidRPr="007F1A63">
        <w:rPr>
          <w:rFonts w:hint="eastAsia"/>
          <w:lang w:eastAsia="ko-KR"/>
        </w:rPr>
        <w:t>목적과</w:t>
      </w:r>
      <w:r w:rsidRPr="007F1A63">
        <w:rPr>
          <w:lang w:eastAsia="ko-KR"/>
        </w:rPr>
        <w:t xml:space="preserve"> </w:t>
      </w:r>
      <w:r w:rsidRPr="007F1A63">
        <w:rPr>
          <w:rFonts w:hint="eastAsia"/>
          <w:lang w:eastAsia="ko-KR"/>
        </w:rPr>
        <w:t>방향을</w:t>
      </w:r>
      <w:r w:rsidRPr="007F1A63">
        <w:rPr>
          <w:lang w:eastAsia="ko-KR"/>
        </w:rPr>
        <w:t xml:space="preserve"> </w:t>
      </w:r>
      <w:r w:rsidRPr="007F1A63">
        <w:rPr>
          <w:rFonts w:hint="eastAsia"/>
          <w:lang w:eastAsia="ko-KR"/>
        </w:rPr>
        <w:t>잃게</w:t>
      </w:r>
      <w:r w:rsidRPr="007F1A63">
        <w:rPr>
          <w:lang w:eastAsia="ko-KR"/>
        </w:rPr>
        <w:t xml:space="preserve"> </w:t>
      </w:r>
      <w:r w:rsidRPr="007F1A63">
        <w:rPr>
          <w:rFonts w:hint="eastAsia"/>
          <w:lang w:eastAsia="ko-KR"/>
        </w:rPr>
        <w:t>됩니다</w:t>
      </w:r>
      <w:r w:rsidRPr="007F1A63">
        <w:rPr>
          <w:lang w:eastAsia="ko-KR"/>
        </w:rPr>
        <w:t xml:space="preserve">. </w:t>
      </w:r>
      <w:r w:rsidRPr="007F1A63">
        <w:rPr>
          <w:rFonts w:hint="eastAsia"/>
          <w:lang w:eastAsia="ko-KR"/>
        </w:rPr>
        <w:t>이런</w:t>
      </w:r>
      <w:r w:rsidRPr="007F1A63">
        <w:rPr>
          <w:lang w:eastAsia="ko-KR"/>
        </w:rPr>
        <w:t xml:space="preserve"> </w:t>
      </w:r>
      <w:r w:rsidRPr="007F1A63">
        <w:rPr>
          <w:rFonts w:hint="eastAsia"/>
          <w:lang w:eastAsia="ko-KR"/>
        </w:rPr>
        <w:t>것들이</w:t>
      </w:r>
      <w:r w:rsidRPr="007F1A63">
        <w:rPr>
          <w:lang w:eastAsia="ko-KR"/>
        </w:rPr>
        <w:t xml:space="preserve"> </w:t>
      </w:r>
      <w:r w:rsidRPr="007F1A63">
        <w:rPr>
          <w:rFonts w:hint="eastAsia"/>
          <w:lang w:eastAsia="ko-KR"/>
        </w:rPr>
        <w:t>참된</w:t>
      </w:r>
      <w:r w:rsidRPr="007F1A63">
        <w:rPr>
          <w:lang w:eastAsia="ko-KR"/>
        </w:rPr>
        <w:t xml:space="preserve"> </w:t>
      </w:r>
      <w:r w:rsidRPr="007F1A63">
        <w:rPr>
          <w:rFonts w:hint="eastAsia"/>
          <w:lang w:eastAsia="ko-KR"/>
        </w:rPr>
        <w:t>기쁨과</w:t>
      </w:r>
      <w:r w:rsidRPr="007F1A63">
        <w:rPr>
          <w:lang w:eastAsia="ko-KR"/>
        </w:rPr>
        <w:t xml:space="preserve"> </w:t>
      </w:r>
      <w:r w:rsidRPr="007F1A63">
        <w:rPr>
          <w:rFonts w:hint="eastAsia"/>
          <w:lang w:eastAsia="ko-KR"/>
        </w:rPr>
        <w:t>만족을</w:t>
      </w:r>
      <w:r w:rsidRPr="007F1A63">
        <w:rPr>
          <w:lang w:eastAsia="ko-KR"/>
        </w:rPr>
        <w:t xml:space="preserve"> </w:t>
      </w:r>
      <w:r w:rsidRPr="007F1A63">
        <w:rPr>
          <w:rFonts w:hint="eastAsia"/>
          <w:lang w:eastAsia="ko-KR"/>
        </w:rPr>
        <w:t>줄</w:t>
      </w:r>
      <w:r w:rsidRPr="007F1A63">
        <w:rPr>
          <w:lang w:eastAsia="ko-KR"/>
        </w:rPr>
        <w:t xml:space="preserve"> </w:t>
      </w:r>
      <w:r w:rsidRPr="007F1A63">
        <w:rPr>
          <w:rFonts w:hint="eastAsia"/>
          <w:lang w:eastAsia="ko-KR"/>
        </w:rPr>
        <w:t>것이라고</w:t>
      </w:r>
      <w:r w:rsidRPr="007F1A63">
        <w:rPr>
          <w:lang w:eastAsia="ko-KR"/>
        </w:rPr>
        <w:t xml:space="preserve"> </w:t>
      </w:r>
      <w:r w:rsidRPr="007F1A63">
        <w:rPr>
          <w:rFonts w:hint="eastAsia"/>
          <w:lang w:eastAsia="ko-KR"/>
        </w:rPr>
        <w:t>믿고</w:t>
      </w:r>
      <w:r w:rsidRPr="007F1A63">
        <w:rPr>
          <w:lang w:eastAsia="ko-KR"/>
        </w:rPr>
        <w:t xml:space="preserve"> </w:t>
      </w:r>
      <w:r w:rsidRPr="007F1A63">
        <w:rPr>
          <w:rFonts w:hint="eastAsia"/>
          <w:lang w:eastAsia="ko-KR"/>
        </w:rPr>
        <w:t>따라가면</w:t>
      </w:r>
      <w:r w:rsidRPr="007F1A63">
        <w:rPr>
          <w:lang w:eastAsia="ko-KR"/>
        </w:rPr>
        <w:t xml:space="preserve">, </w:t>
      </w:r>
      <w:r w:rsidRPr="007F1A63">
        <w:rPr>
          <w:rFonts w:hint="eastAsia"/>
          <w:lang w:eastAsia="ko-KR"/>
        </w:rPr>
        <w:t>결국</w:t>
      </w:r>
      <w:r w:rsidRPr="007F1A63">
        <w:rPr>
          <w:lang w:eastAsia="ko-KR"/>
        </w:rPr>
        <w:t xml:space="preserve"> </w:t>
      </w:r>
      <w:r w:rsidRPr="007F1A63">
        <w:rPr>
          <w:rFonts w:hint="eastAsia"/>
          <w:lang w:eastAsia="ko-KR"/>
        </w:rPr>
        <w:t>우리의</w:t>
      </w:r>
      <w:r w:rsidRPr="007F1A63">
        <w:rPr>
          <w:lang w:eastAsia="ko-KR"/>
        </w:rPr>
        <w:t xml:space="preserve"> </w:t>
      </w:r>
      <w:r w:rsidRPr="007F1A63">
        <w:rPr>
          <w:rFonts w:hint="eastAsia"/>
          <w:lang w:eastAsia="ko-KR"/>
        </w:rPr>
        <w:t>인생을</w:t>
      </w:r>
      <w:r w:rsidRPr="007F1A63">
        <w:rPr>
          <w:lang w:eastAsia="ko-KR"/>
        </w:rPr>
        <w:t xml:space="preserve"> </w:t>
      </w:r>
      <w:proofErr w:type="spellStart"/>
      <w:r w:rsidRPr="007F1A63">
        <w:rPr>
          <w:rFonts w:hint="eastAsia"/>
          <w:lang w:eastAsia="ko-KR"/>
        </w:rPr>
        <w:t>도둑질당하게</w:t>
      </w:r>
      <w:proofErr w:type="spellEnd"/>
      <w:r w:rsidRPr="007F1A63">
        <w:rPr>
          <w:lang w:eastAsia="ko-KR"/>
        </w:rPr>
        <w:t xml:space="preserve"> </w:t>
      </w:r>
      <w:r w:rsidRPr="007F1A63">
        <w:rPr>
          <w:rFonts w:hint="eastAsia"/>
          <w:lang w:eastAsia="ko-KR"/>
        </w:rPr>
        <w:t>됩니다</w:t>
      </w:r>
      <w:r w:rsidRPr="007F1A63">
        <w:rPr>
          <w:lang w:eastAsia="ko-KR"/>
        </w:rPr>
        <w:t xml:space="preserve">. </w:t>
      </w:r>
      <w:r w:rsidRPr="007F1A63">
        <w:rPr>
          <w:rFonts w:hint="eastAsia"/>
          <w:lang w:eastAsia="ko-KR"/>
        </w:rPr>
        <w:t>그러나</w:t>
      </w:r>
      <w:r w:rsidRPr="007F1A63">
        <w:rPr>
          <w:lang w:eastAsia="ko-KR"/>
        </w:rPr>
        <w:t xml:space="preserve"> </w:t>
      </w:r>
      <w:r w:rsidRPr="007F1A63">
        <w:rPr>
          <w:rFonts w:hint="eastAsia"/>
          <w:lang w:eastAsia="ko-KR"/>
        </w:rPr>
        <w:t>예수님이</w:t>
      </w:r>
      <w:r w:rsidRPr="007F1A63">
        <w:rPr>
          <w:lang w:eastAsia="ko-KR"/>
        </w:rPr>
        <w:t xml:space="preserve"> </w:t>
      </w:r>
      <w:r w:rsidRPr="007F1A63">
        <w:rPr>
          <w:rFonts w:hint="eastAsia"/>
          <w:lang w:eastAsia="ko-KR"/>
        </w:rPr>
        <w:t>인도하시는</w:t>
      </w:r>
      <w:r w:rsidRPr="007F1A63">
        <w:rPr>
          <w:lang w:eastAsia="ko-KR"/>
        </w:rPr>
        <w:t xml:space="preserve"> </w:t>
      </w:r>
      <w:r w:rsidRPr="007F1A63">
        <w:rPr>
          <w:rFonts w:hint="eastAsia"/>
          <w:lang w:eastAsia="ko-KR"/>
        </w:rPr>
        <w:t>길로</w:t>
      </w:r>
      <w:r w:rsidRPr="007F1A63">
        <w:rPr>
          <w:lang w:eastAsia="ko-KR"/>
        </w:rPr>
        <w:t xml:space="preserve"> </w:t>
      </w:r>
      <w:r w:rsidRPr="007F1A63">
        <w:rPr>
          <w:rFonts w:hint="eastAsia"/>
          <w:lang w:eastAsia="ko-KR"/>
        </w:rPr>
        <w:t>들어가</w:t>
      </w:r>
      <w:r w:rsidRPr="007F1A63">
        <w:rPr>
          <w:lang w:eastAsia="ko-KR"/>
        </w:rPr>
        <w:t xml:space="preserve"> </w:t>
      </w:r>
      <w:r w:rsidRPr="007F1A63">
        <w:rPr>
          <w:rFonts w:hint="eastAsia"/>
          <w:lang w:eastAsia="ko-KR"/>
        </w:rPr>
        <w:t>그분과</w:t>
      </w:r>
      <w:r w:rsidRPr="007F1A63">
        <w:rPr>
          <w:lang w:eastAsia="ko-KR"/>
        </w:rPr>
        <w:t xml:space="preserve"> </w:t>
      </w:r>
      <w:r w:rsidRPr="007F1A63">
        <w:rPr>
          <w:rFonts w:hint="eastAsia"/>
          <w:lang w:eastAsia="ko-KR"/>
        </w:rPr>
        <w:t>교제하며</w:t>
      </w:r>
      <w:r w:rsidRPr="007F1A63">
        <w:rPr>
          <w:lang w:eastAsia="ko-KR"/>
        </w:rPr>
        <w:t xml:space="preserve">, </w:t>
      </w:r>
      <w:r w:rsidRPr="007F1A63">
        <w:rPr>
          <w:rFonts w:hint="eastAsia"/>
          <w:lang w:eastAsia="ko-KR"/>
        </w:rPr>
        <w:t>그</w:t>
      </w:r>
      <w:r w:rsidRPr="007F1A63">
        <w:rPr>
          <w:lang w:eastAsia="ko-KR"/>
        </w:rPr>
        <w:t xml:space="preserve"> </w:t>
      </w:r>
      <w:r w:rsidRPr="007F1A63">
        <w:rPr>
          <w:rFonts w:hint="eastAsia"/>
          <w:lang w:eastAsia="ko-KR"/>
        </w:rPr>
        <w:t>음성을</w:t>
      </w:r>
      <w:r w:rsidRPr="007F1A63">
        <w:rPr>
          <w:lang w:eastAsia="ko-KR"/>
        </w:rPr>
        <w:t xml:space="preserve"> </w:t>
      </w:r>
      <w:r w:rsidRPr="007F1A63">
        <w:rPr>
          <w:rFonts w:hint="eastAsia"/>
          <w:lang w:eastAsia="ko-KR"/>
        </w:rPr>
        <w:t>듣고</w:t>
      </w:r>
      <w:r w:rsidRPr="007F1A63">
        <w:rPr>
          <w:lang w:eastAsia="ko-KR"/>
        </w:rPr>
        <w:t xml:space="preserve"> </w:t>
      </w:r>
      <w:r w:rsidRPr="007F1A63">
        <w:rPr>
          <w:rFonts w:hint="eastAsia"/>
          <w:lang w:eastAsia="ko-KR"/>
        </w:rPr>
        <w:t>따를</w:t>
      </w:r>
      <w:r w:rsidRPr="007F1A63">
        <w:rPr>
          <w:lang w:eastAsia="ko-KR"/>
        </w:rPr>
        <w:t xml:space="preserve"> </w:t>
      </w:r>
      <w:r w:rsidRPr="007F1A63">
        <w:rPr>
          <w:rFonts w:hint="eastAsia"/>
          <w:lang w:eastAsia="ko-KR"/>
        </w:rPr>
        <w:t>때</w:t>
      </w:r>
      <w:r w:rsidRPr="007F1A63">
        <w:rPr>
          <w:lang w:eastAsia="ko-KR"/>
        </w:rPr>
        <w:t xml:space="preserve"> </w:t>
      </w:r>
      <w:r w:rsidRPr="007F1A63">
        <w:rPr>
          <w:rFonts w:hint="eastAsia"/>
          <w:lang w:eastAsia="ko-KR"/>
        </w:rPr>
        <w:t>우리는</w:t>
      </w:r>
      <w:r w:rsidRPr="007F1A63">
        <w:rPr>
          <w:lang w:eastAsia="ko-KR"/>
        </w:rPr>
        <w:t xml:space="preserve"> </w:t>
      </w:r>
      <w:r w:rsidRPr="007F1A63">
        <w:rPr>
          <w:rFonts w:hint="eastAsia"/>
          <w:lang w:eastAsia="ko-KR"/>
        </w:rPr>
        <w:t>날마다</w:t>
      </w:r>
      <w:r w:rsidRPr="007F1A63">
        <w:rPr>
          <w:lang w:eastAsia="ko-KR"/>
        </w:rPr>
        <w:t xml:space="preserve"> </w:t>
      </w:r>
      <w:r w:rsidRPr="007F1A63">
        <w:rPr>
          <w:rFonts w:hint="eastAsia"/>
          <w:lang w:eastAsia="ko-KR"/>
        </w:rPr>
        <w:t>구원을</w:t>
      </w:r>
      <w:r w:rsidRPr="007F1A63">
        <w:rPr>
          <w:lang w:eastAsia="ko-KR"/>
        </w:rPr>
        <w:t xml:space="preserve"> </w:t>
      </w:r>
      <w:r w:rsidRPr="007F1A63">
        <w:rPr>
          <w:rFonts w:hint="eastAsia"/>
          <w:lang w:eastAsia="ko-KR"/>
        </w:rPr>
        <w:t>경험하게</w:t>
      </w:r>
      <w:r w:rsidRPr="007F1A63">
        <w:rPr>
          <w:lang w:eastAsia="ko-KR"/>
        </w:rPr>
        <w:t xml:space="preserve"> </w:t>
      </w:r>
      <w:r w:rsidRPr="007F1A63">
        <w:rPr>
          <w:rFonts w:hint="eastAsia"/>
          <w:lang w:eastAsia="ko-KR"/>
        </w:rPr>
        <w:t>됩니다</w:t>
      </w:r>
      <w:r w:rsidRPr="007F1A63">
        <w:rPr>
          <w:lang w:eastAsia="ko-KR"/>
        </w:rPr>
        <w:t>.</w:t>
      </w:r>
    </w:p>
    <w:p w14:paraId="6B166E7D" w14:textId="77777777" w:rsidR="007763BC" w:rsidRPr="007F1A63" w:rsidRDefault="007763BC" w:rsidP="007F1A63">
      <w:pPr>
        <w:spacing w:after="70" w:line="293" w:lineRule="auto"/>
        <w:ind w:firstLine="397"/>
        <w:jc w:val="both"/>
        <w:rPr>
          <w:lang w:eastAsia="ko-KR"/>
        </w:rPr>
      </w:pPr>
      <w:r w:rsidRPr="007F1A63">
        <w:rPr>
          <w:rFonts w:hint="eastAsia"/>
          <w:lang w:eastAsia="ko-KR"/>
        </w:rPr>
        <w:t>우리는</w:t>
      </w:r>
      <w:r w:rsidRPr="007F1A63">
        <w:rPr>
          <w:lang w:eastAsia="ko-KR"/>
        </w:rPr>
        <w:t xml:space="preserve"> </w:t>
      </w:r>
      <w:r w:rsidRPr="007F1A63">
        <w:rPr>
          <w:rFonts w:hint="eastAsia"/>
          <w:lang w:eastAsia="ko-KR"/>
        </w:rPr>
        <w:t>직장이나</w:t>
      </w:r>
      <w:r w:rsidRPr="007F1A63">
        <w:rPr>
          <w:lang w:eastAsia="ko-KR"/>
        </w:rPr>
        <w:t xml:space="preserve"> </w:t>
      </w:r>
      <w:r w:rsidRPr="007F1A63">
        <w:rPr>
          <w:rFonts w:hint="eastAsia"/>
          <w:lang w:eastAsia="ko-KR"/>
        </w:rPr>
        <w:t>학교에서</w:t>
      </w:r>
      <w:r w:rsidRPr="007F1A63">
        <w:rPr>
          <w:lang w:eastAsia="ko-KR"/>
        </w:rPr>
        <w:t xml:space="preserve"> </w:t>
      </w:r>
      <w:r w:rsidRPr="007F1A63">
        <w:rPr>
          <w:rFonts w:hint="eastAsia"/>
          <w:lang w:eastAsia="ko-KR"/>
        </w:rPr>
        <w:t>성과를</w:t>
      </w:r>
      <w:r w:rsidRPr="007F1A63">
        <w:rPr>
          <w:lang w:eastAsia="ko-KR"/>
        </w:rPr>
        <w:t xml:space="preserve"> </w:t>
      </w:r>
      <w:r w:rsidRPr="007F1A63">
        <w:rPr>
          <w:rFonts w:hint="eastAsia"/>
          <w:lang w:eastAsia="ko-KR"/>
        </w:rPr>
        <w:t>통하여</w:t>
      </w:r>
      <w:r w:rsidRPr="007F1A63">
        <w:rPr>
          <w:lang w:eastAsia="ko-KR"/>
        </w:rPr>
        <w:t xml:space="preserve"> </w:t>
      </w:r>
      <w:r w:rsidRPr="007F1A63">
        <w:rPr>
          <w:rFonts w:hint="eastAsia"/>
          <w:lang w:eastAsia="ko-KR"/>
        </w:rPr>
        <w:t>자신의</w:t>
      </w:r>
      <w:r w:rsidRPr="007F1A63">
        <w:rPr>
          <w:lang w:eastAsia="ko-KR"/>
        </w:rPr>
        <w:t xml:space="preserve"> </w:t>
      </w:r>
      <w:r w:rsidRPr="007F1A63">
        <w:rPr>
          <w:rFonts w:hint="eastAsia"/>
          <w:lang w:eastAsia="ko-KR"/>
        </w:rPr>
        <w:t>가치를</w:t>
      </w:r>
      <w:r w:rsidRPr="007F1A63">
        <w:rPr>
          <w:lang w:eastAsia="ko-KR"/>
        </w:rPr>
        <w:t xml:space="preserve"> </w:t>
      </w:r>
      <w:r w:rsidRPr="007F1A63">
        <w:rPr>
          <w:rFonts w:hint="eastAsia"/>
          <w:lang w:eastAsia="ko-KR"/>
        </w:rPr>
        <w:t>증명하려</w:t>
      </w:r>
      <w:r w:rsidRPr="007F1A63">
        <w:rPr>
          <w:lang w:eastAsia="ko-KR"/>
        </w:rPr>
        <w:t xml:space="preserve"> </w:t>
      </w:r>
      <w:r w:rsidRPr="007F1A63">
        <w:rPr>
          <w:rFonts w:hint="eastAsia"/>
          <w:lang w:eastAsia="ko-KR"/>
        </w:rPr>
        <w:t>하지만</w:t>
      </w:r>
      <w:r w:rsidRPr="007F1A63">
        <w:rPr>
          <w:lang w:eastAsia="ko-KR"/>
        </w:rPr>
        <w:t xml:space="preserve">, </w:t>
      </w:r>
      <w:r w:rsidRPr="007F1A63">
        <w:rPr>
          <w:rFonts w:hint="eastAsia"/>
          <w:lang w:eastAsia="ko-KR"/>
        </w:rPr>
        <w:t>우리의</w:t>
      </w:r>
      <w:r w:rsidRPr="007F1A63">
        <w:rPr>
          <w:lang w:eastAsia="ko-KR"/>
        </w:rPr>
        <w:t xml:space="preserve"> </w:t>
      </w:r>
      <w:r w:rsidRPr="007F1A63">
        <w:rPr>
          <w:rFonts w:hint="eastAsia"/>
          <w:lang w:eastAsia="ko-KR"/>
        </w:rPr>
        <w:t>참된</w:t>
      </w:r>
      <w:r w:rsidRPr="007F1A63">
        <w:rPr>
          <w:lang w:eastAsia="ko-KR"/>
        </w:rPr>
        <w:t xml:space="preserve"> </w:t>
      </w:r>
      <w:r w:rsidRPr="007F1A63">
        <w:rPr>
          <w:rFonts w:hint="eastAsia"/>
          <w:lang w:eastAsia="ko-KR"/>
        </w:rPr>
        <w:t>가치는</w:t>
      </w:r>
      <w:r w:rsidRPr="007F1A63">
        <w:rPr>
          <w:lang w:eastAsia="ko-KR"/>
        </w:rPr>
        <w:t xml:space="preserve"> </w:t>
      </w:r>
      <w:r w:rsidRPr="007F1A63">
        <w:rPr>
          <w:rFonts w:hint="eastAsia"/>
          <w:lang w:eastAsia="ko-KR"/>
        </w:rPr>
        <w:t>성취에</w:t>
      </w:r>
      <w:r w:rsidRPr="007F1A63">
        <w:rPr>
          <w:lang w:eastAsia="ko-KR"/>
        </w:rPr>
        <w:t xml:space="preserve"> </w:t>
      </w:r>
      <w:r w:rsidRPr="007F1A63">
        <w:rPr>
          <w:rFonts w:hint="eastAsia"/>
          <w:lang w:eastAsia="ko-KR"/>
        </w:rPr>
        <w:t>있지</w:t>
      </w:r>
      <w:r w:rsidRPr="007F1A63">
        <w:rPr>
          <w:lang w:eastAsia="ko-KR"/>
        </w:rPr>
        <w:t xml:space="preserve"> </w:t>
      </w:r>
      <w:r w:rsidRPr="007F1A63">
        <w:rPr>
          <w:rFonts w:hint="eastAsia"/>
          <w:lang w:eastAsia="ko-KR"/>
        </w:rPr>
        <w:t>않습니다</w:t>
      </w:r>
      <w:r w:rsidRPr="007F1A63">
        <w:rPr>
          <w:lang w:eastAsia="ko-KR"/>
        </w:rPr>
        <w:t xml:space="preserve">. </w:t>
      </w:r>
      <w:r w:rsidRPr="007F1A63">
        <w:rPr>
          <w:rFonts w:hint="eastAsia"/>
          <w:lang w:eastAsia="ko-KR"/>
        </w:rPr>
        <w:t>예수님의</w:t>
      </w:r>
      <w:r w:rsidRPr="007F1A63">
        <w:rPr>
          <w:lang w:eastAsia="ko-KR"/>
        </w:rPr>
        <w:t xml:space="preserve"> </w:t>
      </w:r>
      <w:r w:rsidRPr="007F1A63">
        <w:rPr>
          <w:rFonts w:hint="eastAsia"/>
          <w:lang w:eastAsia="ko-KR"/>
        </w:rPr>
        <w:t>말씀을</w:t>
      </w:r>
      <w:r w:rsidRPr="007F1A63">
        <w:rPr>
          <w:lang w:eastAsia="ko-KR"/>
        </w:rPr>
        <w:t xml:space="preserve"> </w:t>
      </w:r>
      <w:r w:rsidRPr="007F1A63">
        <w:rPr>
          <w:rFonts w:hint="eastAsia"/>
          <w:lang w:eastAsia="ko-KR"/>
        </w:rPr>
        <w:t>따라</w:t>
      </w:r>
      <w:r w:rsidRPr="007F1A63">
        <w:rPr>
          <w:lang w:eastAsia="ko-KR"/>
        </w:rPr>
        <w:t xml:space="preserve"> </w:t>
      </w:r>
      <w:r w:rsidRPr="007F1A63">
        <w:rPr>
          <w:rFonts w:hint="eastAsia"/>
          <w:lang w:eastAsia="ko-KR"/>
        </w:rPr>
        <w:t>살아갈</w:t>
      </w:r>
      <w:r w:rsidRPr="007F1A63">
        <w:rPr>
          <w:lang w:eastAsia="ko-KR"/>
        </w:rPr>
        <w:t xml:space="preserve"> </w:t>
      </w:r>
      <w:r w:rsidRPr="007F1A63">
        <w:rPr>
          <w:rFonts w:hint="eastAsia"/>
          <w:lang w:eastAsia="ko-KR"/>
        </w:rPr>
        <w:t>때</w:t>
      </w:r>
      <w:r w:rsidRPr="007F1A63">
        <w:rPr>
          <w:lang w:eastAsia="ko-KR"/>
        </w:rPr>
        <w:t xml:space="preserve"> </w:t>
      </w:r>
      <w:r w:rsidRPr="007F1A63">
        <w:rPr>
          <w:rFonts w:hint="eastAsia"/>
          <w:lang w:eastAsia="ko-KR"/>
        </w:rPr>
        <w:t>비교와</w:t>
      </w:r>
      <w:r w:rsidRPr="007F1A63">
        <w:rPr>
          <w:lang w:eastAsia="ko-KR"/>
        </w:rPr>
        <w:t xml:space="preserve"> </w:t>
      </w:r>
      <w:r w:rsidRPr="007F1A63">
        <w:rPr>
          <w:rFonts w:hint="eastAsia"/>
          <w:lang w:eastAsia="ko-KR"/>
        </w:rPr>
        <w:t>압박</w:t>
      </w:r>
      <w:r w:rsidRPr="007F1A63">
        <w:rPr>
          <w:lang w:eastAsia="ko-KR"/>
        </w:rPr>
        <w:t xml:space="preserve">, </w:t>
      </w:r>
      <w:r w:rsidRPr="007F1A63">
        <w:rPr>
          <w:rFonts w:hint="eastAsia"/>
          <w:lang w:eastAsia="ko-KR"/>
        </w:rPr>
        <w:t>소유와</w:t>
      </w:r>
      <w:r w:rsidRPr="007F1A63">
        <w:rPr>
          <w:lang w:eastAsia="ko-KR"/>
        </w:rPr>
        <w:t xml:space="preserve"> </w:t>
      </w:r>
      <w:r w:rsidRPr="007F1A63">
        <w:rPr>
          <w:rFonts w:hint="eastAsia"/>
          <w:lang w:eastAsia="ko-KR"/>
        </w:rPr>
        <w:t>소비의</w:t>
      </w:r>
      <w:r w:rsidRPr="007F1A63">
        <w:rPr>
          <w:lang w:eastAsia="ko-KR"/>
        </w:rPr>
        <w:t xml:space="preserve"> </w:t>
      </w:r>
      <w:r w:rsidRPr="007F1A63">
        <w:rPr>
          <w:rFonts w:hint="eastAsia"/>
          <w:lang w:eastAsia="ko-KR"/>
        </w:rPr>
        <w:t>욕망</w:t>
      </w:r>
      <w:r w:rsidRPr="007F1A63">
        <w:rPr>
          <w:lang w:eastAsia="ko-KR"/>
        </w:rPr>
        <w:t xml:space="preserve">, </w:t>
      </w:r>
      <w:r w:rsidRPr="007F1A63">
        <w:rPr>
          <w:rFonts w:hint="eastAsia"/>
          <w:lang w:eastAsia="ko-KR"/>
        </w:rPr>
        <w:t>쾌락과</w:t>
      </w:r>
      <w:r w:rsidRPr="007F1A63">
        <w:rPr>
          <w:lang w:eastAsia="ko-KR"/>
        </w:rPr>
        <w:t xml:space="preserve"> </w:t>
      </w:r>
      <w:r w:rsidRPr="007F1A63">
        <w:rPr>
          <w:rFonts w:hint="eastAsia"/>
          <w:lang w:eastAsia="ko-KR"/>
        </w:rPr>
        <w:t>돈의</w:t>
      </w:r>
      <w:r w:rsidRPr="007F1A63">
        <w:rPr>
          <w:lang w:eastAsia="ko-KR"/>
        </w:rPr>
        <w:t xml:space="preserve"> </w:t>
      </w:r>
      <w:r w:rsidRPr="007F1A63">
        <w:rPr>
          <w:rFonts w:hint="eastAsia"/>
          <w:lang w:eastAsia="ko-KR"/>
        </w:rPr>
        <w:t>지배에서</w:t>
      </w:r>
      <w:r w:rsidRPr="007F1A63">
        <w:rPr>
          <w:lang w:eastAsia="ko-KR"/>
        </w:rPr>
        <w:t xml:space="preserve"> </w:t>
      </w:r>
      <w:r w:rsidRPr="007F1A63">
        <w:rPr>
          <w:rFonts w:hint="eastAsia"/>
          <w:lang w:eastAsia="ko-KR"/>
        </w:rPr>
        <w:t>자유롭게</w:t>
      </w:r>
      <w:r w:rsidRPr="007F1A63">
        <w:rPr>
          <w:lang w:eastAsia="ko-KR"/>
        </w:rPr>
        <w:t xml:space="preserve"> </w:t>
      </w:r>
      <w:r w:rsidRPr="007F1A63">
        <w:rPr>
          <w:rFonts w:hint="eastAsia"/>
          <w:lang w:eastAsia="ko-KR"/>
        </w:rPr>
        <w:t>됩니다</w:t>
      </w:r>
      <w:r w:rsidRPr="007F1A63">
        <w:rPr>
          <w:lang w:eastAsia="ko-KR"/>
        </w:rPr>
        <w:t xml:space="preserve">. </w:t>
      </w:r>
      <w:r w:rsidRPr="007F1A63">
        <w:rPr>
          <w:rFonts w:hint="eastAsia"/>
          <w:lang w:eastAsia="ko-KR"/>
        </w:rPr>
        <w:t>또한</w:t>
      </w:r>
      <w:r w:rsidRPr="007F1A63">
        <w:rPr>
          <w:lang w:eastAsia="ko-KR"/>
        </w:rPr>
        <w:t xml:space="preserve"> </w:t>
      </w:r>
      <w:r w:rsidRPr="007F1A63">
        <w:rPr>
          <w:rFonts w:hint="eastAsia"/>
          <w:lang w:eastAsia="ko-KR"/>
        </w:rPr>
        <w:t>미래와</w:t>
      </w:r>
      <w:r w:rsidRPr="007F1A63">
        <w:rPr>
          <w:lang w:eastAsia="ko-KR"/>
        </w:rPr>
        <w:t xml:space="preserve"> </w:t>
      </w:r>
      <w:r w:rsidRPr="007F1A63">
        <w:rPr>
          <w:rFonts w:hint="eastAsia"/>
          <w:lang w:eastAsia="ko-KR"/>
        </w:rPr>
        <w:t>건강</w:t>
      </w:r>
      <w:r w:rsidRPr="007F1A63">
        <w:rPr>
          <w:lang w:eastAsia="ko-KR"/>
        </w:rPr>
        <w:t xml:space="preserve">, </w:t>
      </w:r>
      <w:r w:rsidRPr="007F1A63">
        <w:rPr>
          <w:rFonts w:hint="eastAsia"/>
          <w:lang w:eastAsia="ko-KR"/>
        </w:rPr>
        <w:t>자녀와</w:t>
      </w:r>
      <w:r w:rsidRPr="007F1A63">
        <w:rPr>
          <w:lang w:eastAsia="ko-KR"/>
        </w:rPr>
        <w:t xml:space="preserve"> </w:t>
      </w:r>
      <w:r w:rsidRPr="007F1A63">
        <w:rPr>
          <w:rFonts w:hint="eastAsia"/>
          <w:lang w:eastAsia="ko-KR"/>
        </w:rPr>
        <w:t>노후에</w:t>
      </w:r>
      <w:r w:rsidRPr="007F1A63">
        <w:rPr>
          <w:lang w:eastAsia="ko-KR"/>
        </w:rPr>
        <w:t xml:space="preserve"> </w:t>
      </w:r>
      <w:r w:rsidRPr="007F1A63">
        <w:rPr>
          <w:rFonts w:hint="eastAsia"/>
          <w:lang w:eastAsia="ko-KR"/>
        </w:rPr>
        <w:t>대한</w:t>
      </w:r>
      <w:r w:rsidRPr="007F1A63">
        <w:rPr>
          <w:lang w:eastAsia="ko-KR"/>
        </w:rPr>
        <w:t xml:space="preserve"> </w:t>
      </w:r>
      <w:r w:rsidRPr="007F1A63">
        <w:rPr>
          <w:rFonts w:hint="eastAsia"/>
          <w:lang w:eastAsia="ko-KR"/>
        </w:rPr>
        <w:t>불안</w:t>
      </w:r>
      <w:r w:rsidRPr="007F1A63">
        <w:rPr>
          <w:lang w:eastAsia="ko-KR"/>
        </w:rPr>
        <w:t xml:space="preserve"> </w:t>
      </w:r>
      <w:r w:rsidRPr="007F1A63">
        <w:rPr>
          <w:rFonts w:hint="eastAsia"/>
          <w:lang w:eastAsia="ko-KR"/>
        </w:rPr>
        <w:t>속에서도</w:t>
      </w:r>
      <w:r w:rsidRPr="007F1A63">
        <w:rPr>
          <w:lang w:eastAsia="ko-KR"/>
        </w:rPr>
        <w:t xml:space="preserve"> </w:t>
      </w:r>
      <w:r w:rsidRPr="007F1A63">
        <w:rPr>
          <w:rFonts w:hint="eastAsia"/>
          <w:lang w:eastAsia="ko-KR"/>
        </w:rPr>
        <w:t>선한</w:t>
      </w:r>
      <w:r w:rsidRPr="007F1A63">
        <w:rPr>
          <w:lang w:eastAsia="ko-KR"/>
        </w:rPr>
        <w:t xml:space="preserve"> </w:t>
      </w:r>
      <w:proofErr w:type="spellStart"/>
      <w:r w:rsidRPr="007F1A63">
        <w:rPr>
          <w:rFonts w:hint="eastAsia"/>
          <w:lang w:eastAsia="ko-KR"/>
        </w:rPr>
        <w:t>목자이신</w:t>
      </w:r>
      <w:proofErr w:type="spellEnd"/>
      <w:r w:rsidRPr="007F1A63">
        <w:rPr>
          <w:lang w:eastAsia="ko-KR"/>
        </w:rPr>
        <w:t xml:space="preserve"> </w:t>
      </w:r>
      <w:r w:rsidRPr="007F1A63">
        <w:rPr>
          <w:rFonts w:hint="eastAsia"/>
          <w:lang w:eastAsia="ko-KR"/>
        </w:rPr>
        <w:t>예수님을</w:t>
      </w:r>
      <w:r w:rsidRPr="007F1A63">
        <w:rPr>
          <w:lang w:eastAsia="ko-KR"/>
        </w:rPr>
        <w:t xml:space="preserve"> </w:t>
      </w:r>
      <w:r w:rsidRPr="007F1A63">
        <w:rPr>
          <w:rFonts w:hint="eastAsia"/>
          <w:lang w:eastAsia="ko-KR"/>
        </w:rPr>
        <w:t>신뢰할</w:t>
      </w:r>
      <w:r w:rsidRPr="007F1A63">
        <w:rPr>
          <w:lang w:eastAsia="ko-KR"/>
        </w:rPr>
        <w:t xml:space="preserve"> </w:t>
      </w:r>
      <w:r w:rsidRPr="007F1A63">
        <w:rPr>
          <w:rFonts w:hint="eastAsia"/>
          <w:lang w:eastAsia="ko-KR"/>
        </w:rPr>
        <w:t>때</w:t>
      </w:r>
      <w:r w:rsidRPr="007F1A63">
        <w:rPr>
          <w:lang w:eastAsia="ko-KR"/>
        </w:rPr>
        <w:t xml:space="preserve"> </w:t>
      </w:r>
      <w:r w:rsidRPr="007F1A63">
        <w:rPr>
          <w:rFonts w:hint="eastAsia"/>
          <w:lang w:eastAsia="ko-KR"/>
        </w:rPr>
        <w:t>염려가</w:t>
      </w:r>
      <w:r w:rsidRPr="007F1A63">
        <w:rPr>
          <w:lang w:eastAsia="ko-KR"/>
        </w:rPr>
        <w:t xml:space="preserve"> </w:t>
      </w:r>
      <w:r w:rsidRPr="007F1A63">
        <w:rPr>
          <w:rFonts w:hint="eastAsia"/>
          <w:lang w:eastAsia="ko-KR"/>
        </w:rPr>
        <w:t>더</w:t>
      </w:r>
      <w:r w:rsidRPr="007F1A63">
        <w:rPr>
          <w:lang w:eastAsia="ko-KR"/>
        </w:rPr>
        <w:t xml:space="preserve"> </w:t>
      </w:r>
      <w:r w:rsidRPr="007F1A63">
        <w:rPr>
          <w:rFonts w:hint="eastAsia"/>
          <w:lang w:eastAsia="ko-KR"/>
        </w:rPr>
        <w:t>이상</w:t>
      </w:r>
      <w:r w:rsidRPr="007F1A63">
        <w:rPr>
          <w:lang w:eastAsia="ko-KR"/>
        </w:rPr>
        <w:t xml:space="preserve"> </w:t>
      </w:r>
      <w:r w:rsidRPr="007F1A63">
        <w:rPr>
          <w:rFonts w:hint="eastAsia"/>
          <w:lang w:eastAsia="ko-KR"/>
        </w:rPr>
        <w:t>우리를</w:t>
      </w:r>
      <w:r w:rsidRPr="007F1A63">
        <w:rPr>
          <w:lang w:eastAsia="ko-KR"/>
        </w:rPr>
        <w:t xml:space="preserve"> </w:t>
      </w:r>
      <w:r w:rsidRPr="007F1A63">
        <w:rPr>
          <w:rFonts w:hint="eastAsia"/>
          <w:lang w:eastAsia="ko-KR"/>
        </w:rPr>
        <w:t>지배하지</w:t>
      </w:r>
      <w:r w:rsidRPr="007F1A63">
        <w:rPr>
          <w:lang w:eastAsia="ko-KR"/>
        </w:rPr>
        <w:t xml:space="preserve"> </w:t>
      </w:r>
      <w:r w:rsidRPr="007F1A63">
        <w:rPr>
          <w:rFonts w:hint="eastAsia"/>
          <w:lang w:eastAsia="ko-KR"/>
        </w:rPr>
        <w:t>못합니다</w:t>
      </w:r>
      <w:r w:rsidRPr="007F1A63">
        <w:rPr>
          <w:lang w:eastAsia="ko-KR"/>
        </w:rPr>
        <w:t xml:space="preserve">. </w:t>
      </w:r>
      <w:r w:rsidRPr="007F1A63">
        <w:rPr>
          <w:rFonts w:hint="eastAsia"/>
          <w:lang w:eastAsia="ko-KR"/>
        </w:rPr>
        <w:t>우리는</w:t>
      </w:r>
      <w:r w:rsidRPr="007F1A63">
        <w:rPr>
          <w:lang w:eastAsia="ko-KR"/>
        </w:rPr>
        <w:t xml:space="preserve"> </w:t>
      </w:r>
      <w:r w:rsidRPr="007F1A63">
        <w:rPr>
          <w:rFonts w:hint="eastAsia"/>
          <w:lang w:eastAsia="ko-KR"/>
        </w:rPr>
        <w:t>죄와</w:t>
      </w:r>
      <w:r w:rsidRPr="007F1A63">
        <w:rPr>
          <w:lang w:eastAsia="ko-KR"/>
        </w:rPr>
        <w:t xml:space="preserve"> </w:t>
      </w:r>
      <w:r w:rsidRPr="007F1A63">
        <w:rPr>
          <w:rFonts w:hint="eastAsia"/>
          <w:lang w:eastAsia="ko-KR"/>
        </w:rPr>
        <w:t>중독</w:t>
      </w:r>
      <w:r w:rsidRPr="007F1A63">
        <w:rPr>
          <w:lang w:eastAsia="ko-KR"/>
        </w:rPr>
        <w:t xml:space="preserve">, </w:t>
      </w:r>
      <w:r w:rsidRPr="007F1A63">
        <w:rPr>
          <w:rFonts w:hint="eastAsia"/>
          <w:lang w:eastAsia="ko-KR"/>
        </w:rPr>
        <w:t>자기중심성뿐</w:t>
      </w:r>
      <w:r w:rsidRPr="007F1A63">
        <w:rPr>
          <w:lang w:eastAsia="ko-KR"/>
        </w:rPr>
        <w:t xml:space="preserve"> </w:t>
      </w:r>
      <w:r w:rsidRPr="007F1A63">
        <w:rPr>
          <w:rFonts w:hint="eastAsia"/>
          <w:lang w:eastAsia="ko-KR"/>
        </w:rPr>
        <w:t>아니라</w:t>
      </w:r>
      <w:r w:rsidRPr="007F1A63">
        <w:rPr>
          <w:lang w:eastAsia="ko-KR"/>
        </w:rPr>
        <w:t xml:space="preserve"> </w:t>
      </w:r>
      <w:r w:rsidRPr="007F1A63">
        <w:rPr>
          <w:rFonts w:hint="eastAsia"/>
          <w:lang w:eastAsia="ko-KR"/>
        </w:rPr>
        <w:t>고립된</w:t>
      </w:r>
      <w:r w:rsidRPr="007F1A63">
        <w:rPr>
          <w:lang w:eastAsia="ko-KR"/>
        </w:rPr>
        <w:t xml:space="preserve"> </w:t>
      </w:r>
      <w:r w:rsidRPr="007F1A63">
        <w:rPr>
          <w:rFonts w:hint="eastAsia"/>
          <w:lang w:eastAsia="ko-KR"/>
        </w:rPr>
        <w:t>삶에서도</w:t>
      </w:r>
      <w:r w:rsidRPr="007F1A63">
        <w:rPr>
          <w:lang w:eastAsia="ko-KR"/>
        </w:rPr>
        <w:t xml:space="preserve"> </w:t>
      </w:r>
      <w:r w:rsidRPr="007F1A63">
        <w:rPr>
          <w:rFonts w:hint="eastAsia"/>
          <w:lang w:eastAsia="ko-KR"/>
        </w:rPr>
        <w:t>구원받아야</w:t>
      </w:r>
      <w:r w:rsidRPr="007F1A63">
        <w:rPr>
          <w:lang w:eastAsia="ko-KR"/>
        </w:rPr>
        <w:t xml:space="preserve"> </w:t>
      </w:r>
      <w:r w:rsidRPr="007F1A63">
        <w:rPr>
          <w:rFonts w:hint="eastAsia"/>
          <w:lang w:eastAsia="ko-KR"/>
        </w:rPr>
        <w:t>합니다</w:t>
      </w:r>
      <w:r w:rsidRPr="007F1A63">
        <w:rPr>
          <w:lang w:eastAsia="ko-KR"/>
        </w:rPr>
        <w:t xml:space="preserve">. </w:t>
      </w:r>
      <w:r w:rsidRPr="007F1A63">
        <w:rPr>
          <w:rFonts w:hint="eastAsia"/>
          <w:lang w:eastAsia="ko-KR"/>
        </w:rPr>
        <w:t>예수님은</w:t>
      </w:r>
      <w:r w:rsidRPr="007F1A63">
        <w:rPr>
          <w:lang w:eastAsia="ko-KR"/>
        </w:rPr>
        <w:t xml:space="preserve"> </w:t>
      </w:r>
      <w:r w:rsidRPr="007F1A63">
        <w:rPr>
          <w:rFonts w:hint="eastAsia"/>
          <w:lang w:eastAsia="ko-KR"/>
        </w:rPr>
        <w:t>우리를</w:t>
      </w:r>
      <w:r w:rsidRPr="007F1A63">
        <w:rPr>
          <w:lang w:eastAsia="ko-KR"/>
        </w:rPr>
        <w:t xml:space="preserve"> </w:t>
      </w:r>
      <w:r w:rsidRPr="007F1A63">
        <w:rPr>
          <w:rFonts w:hint="eastAsia"/>
          <w:lang w:eastAsia="ko-KR"/>
        </w:rPr>
        <w:t>용서하시고</w:t>
      </w:r>
      <w:r w:rsidRPr="007F1A63">
        <w:rPr>
          <w:lang w:eastAsia="ko-KR"/>
        </w:rPr>
        <w:t xml:space="preserve"> </w:t>
      </w:r>
      <w:r w:rsidRPr="007F1A63">
        <w:rPr>
          <w:rFonts w:hint="eastAsia"/>
          <w:lang w:eastAsia="ko-KR"/>
        </w:rPr>
        <w:t>새로운</w:t>
      </w:r>
      <w:r w:rsidRPr="007F1A63">
        <w:rPr>
          <w:lang w:eastAsia="ko-KR"/>
        </w:rPr>
        <w:t xml:space="preserve"> </w:t>
      </w:r>
      <w:r w:rsidRPr="007F1A63">
        <w:rPr>
          <w:rFonts w:hint="eastAsia"/>
          <w:lang w:eastAsia="ko-KR"/>
        </w:rPr>
        <w:t>삶으로</w:t>
      </w:r>
      <w:r w:rsidRPr="007F1A63">
        <w:rPr>
          <w:lang w:eastAsia="ko-KR"/>
        </w:rPr>
        <w:t xml:space="preserve"> </w:t>
      </w:r>
      <w:r w:rsidRPr="007F1A63">
        <w:rPr>
          <w:rFonts w:hint="eastAsia"/>
          <w:lang w:eastAsia="ko-KR"/>
        </w:rPr>
        <w:t>인도하시며</w:t>
      </w:r>
      <w:r w:rsidRPr="007F1A63">
        <w:rPr>
          <w:lang w:eastAsia="ko-KR"/>
        </w:rPr>
        <w:t xml:space="preserve">, </w:t>
      </w:r>
      <w:r w:rsidRPr="007F1A63">
        <w:rPr>
          <w:rFonts w:hint="eastAsia"/>
          <w:lang w:eastAsia="ko-KR"/>
        </w:rPr>
        <w:t>혼자가</w:t>
      </w:r>
      <w:r w:rsidRPr="007F1A63">
        <w:rPr>
          <w:lang w:eastAsia="ko-KR"/>
        </w:rPr>
        <w:t xml:space="preserve"> </w:t>
      </w:r>
      <w:r w:rsidRPr="007F1A63">
        <w:rPr>
          <w:rFonts w:hint="eastAsia"/>
          <w:lang w:eastAsia="ko-KR"/>
        </w:rPr>
        <w:t>아니라</w:t>
      </w:r>
      <w:r w:rsidRPr="007F1A63">
        <w:rPr>
          <w:lang w:eastAsia="ko-KR"/>
        </w:rPr>
        <w:t xml:space="preserve"> </w:t>
      </w:r>
      <w:r w:rsidRPr="007F1A63">
        <w:rPr>
          <w:rFonts w:hint="eastAsia"/>
          <w:lang w:eastAsia="ko-KR"/>
        </w:rPr>
        <w:t>교회</w:t>
      </w:r>
      <w:r w:rsidRPr="007F1A63">
        <w:rPr>
          <w:lang w:eastAsia="ko-KR"/>
        </w:rPr>
        <w:t xml:space="preserve"> </w:t>
      </w:r>
      <w:r w:rsidRPr="007F1A63">
        <w:rPr>
          <w:rFonts w:hint="eastAsia"/>
          <w:lang w:eastAsia="ko-KR"/>
        </w:rPr>
        <w:t>공동체</w:t>
      </w:r>
      <w:r w:rsidRPr="007F1A63">
        <w:rPr>
          <w:lang w:eastAsia="ko-KR"/>
        </w:rPr>
        <w:t xml:space="preserve"> </w:t>
      </w:r>
      <w:r w:rsidRPr="007F1A63">
        <w:rPr>
          <w:rFonts w:hint="eastAsia"/>
          <w:lang w:eastAsia="ko-KR"/>
        </w:rPr>
        <w:t>안에서</w:t>
      </w:r>
      <w:r w:rsidRPr="007F1A63">
        <w:rPr>
          <w:lang w:eastAsia="ko-KR"/>
        </w:rPr>
        <w:t xml:space="preserve"> </w:t>
      </w:r>
      <w:r w:rsidRPr="007F1A63">
        <w:rPr>
          <w:rFonts w:hint="eastAsia"/>
          <w:lang w:eastAsia="ko-KR"/>
        </w:rPr>
        <w:t>살아가게</w:t>
      </w:r>
      <w:r w:rsidRPr="007F1A63">
        <w:rPr>
          <w:lang w:eastAsia="ko-KR"/>
        </w:rPr>
        <w:t xml:space="preserve"> </w:t>
      </w:r>
      <w:r w:rsidRPr="007F1A63">
        <w:rPr>
          <w:rFonts w:hint="eastAsia"/>
          <w:lang w:eastAsia="ko-KR"/>
        </w:rPr>
        <w:t>하십니다</w:t>
      </w:r>
      <w:r w:rsidRPr="007F1A63">
        <w:rPr>
          <w:lang w:eastAsia="ko-KR"/>
        </w:rPr>
        <w:t xml:space="preserve">. </w:t>
      </w:r>
      <w:r w:rsidRPr="007F1A63">
        <w:rPr>
          <w:rFonts w:hint="eastAsia"/>
          <w:lang w:eastAsia="ko-KR"/>
        </w:rPr>
        <w:t>교회는</w:t>
      </w:r>
      <w:r w:rsidRPr="007F1A63">
        <w:rPr>
          <w:lang w:eastAsia="ko-KR"/>
        </w:rPr>
        <w:t xml:space="preserve"> </w:t>
      </w:r>
      <w:r w:rsidRPr="007F1A63">
        <w:rPr>
          <w:rFonts w:hint="eastAsia"/>
          <w:lang w:eastAsia="ko-KR"/>
        </w:rPr>
        <w:t>예수님께서</w:t>
      </w:r>
      <w:r w:rsidRPr="007F1A63">
        <w:rPr>
          <w:lang w:eastAsia="ko-KR"/>
        </w:rPr>
        <w:t xml:space="preserve"> </w:t>
      </w:r>
      <w:r w:rsidRPr="007F1A63">
        <w:rPr>
          <w:rFonts w:hint="eastAsia"/>
          <w:lang w:eastAsia="ko-KR"/>
        </w:rPr>
        <w:t>자신의</w:t>
      </w:r>
      <w:r w:rsidRPr="007F1A63">
        <w:rPr>
          <w:lang w:eastAsia="ko-KR"/>
        </w:rPr>
        <w:t xml:space="preserve"> </w:t>
      </w:r>
      <w:r w:rsidRPr="007F1A63">
        <w:rPr>
          <w:rFonts w:hint="eastAsia"/>
          <w:lang w:eastAsia="ko-KR"/>
        </w:rPr>
        <w:t>피로</w:t>
      </w:r>
      <w:r w:rsidRPr="007F1A63">
        <w:rPr>
          <w:lang w:eastAsia="ko-KR"/>
        </w:rPr>
        <w:t xml:space="preserve"> </w:t>
      </w:r>
      <w:r w:rsidRPr="007F1A63">
        <w:rPr>
          <w:rFonts w:hint="eastAsia"/>
          <w:lang w:eastAsia="ko-KR"/>
        </w:rPr>
        <w:t>사신</w:t>
      </w:r>
      <w:r w:rsidRPr="007F1A63">
        <w:rPr>
          <w:lang w:eastAsia="ko-KR"/>
        </w:rPr>
        <w:t xml:space="preserve"> </w:t>
      </w:r>
      <w:r w:rsidRPr="007F1A63">
        <w:rPr>
          <w:rFonts w:hint="eastAsia"/>
          <w:lang w:eastAsia="ko-KR"/>
        </w:rPr>
        <w:t>소중한</w:t>
      </w:r>
      <w:r w:rsidRPr="007F1A63">
        <w:rPr>
          <w:lang w:eastAsia="ko-KR"/>
        </w:rPr>
        <w:t xml:space="preserve"> </w:t>
      </w:r>
      <w:r w:rsidRPr="007F1A63">
        <w:rPr>
          <w:rFonts w:hint="eastAsia"/>
          <w:lang w:eastAsia="ko-KR"/>
        </w:rPr>
        <w:t>공동체입니다</w:t>
      </w:r>
      <w:r w:rsidRPr="007F1A63">
        <w:rPr>
          <w:lang w:eastAsia="ko-KR"/>
        </w:rPr>
        <w:t xml:space="preserve">. </w:t>
      </w:r>
      <w:r w:rsidRPr="007F1A63">
        <w:rPr>
          <w:rFonts w:hint="eastAsia"/>
          <w:lang w:eastAsia="ko-KR"/>
        </w:rPr>
        <w:t>우리는</w:t>
      </w:r>
      <w:r w:rsidRPr="007F1A63">
        <w:rPr>
          <w:lang w:eastAsia="ko-KR"/>
        </w:rPr>
        <w:t xml:space="preserve"> </w:t>
      </w:r>
      <w:r w:rsidRPr="007F1A63">
        <w:rPr>
          <w:rFonts w:hint="eastAsia"/>
          <w:lang w:eastAsia="ko-KR"/>
        </w:rPr>
        <w:t>그</w:t>
      </w:r>
      <w:r w:rsidRPr="007F1A63">
        <w:rPr>
          <w:lang w:eastAsia="ko-KR"/>
        </w:rPr>
        <w:t xml:space="preserve"> </w:t>
      </w:r>
      <w:r w:rsidRPr="007F1A63">
        <w:rPr>
          <w:rFonts w:hint="eastAsia"/>
          <w:lang w:eastAsia="ko-KR"/>
        </w:rPr>
        <w:t>안에서</w:t>
      </w:r>
      <w:r w:rsidRPr="007F1A63">
        <w:rPr>
          <w:lang w:eastAsia="ko-KR"/>
        </w:rPr>
        <w:t xml:space="preserve"> </w:t>
      </w:r>
      <w:r w:rsidRPr="007F1A63">
        <w:rPr>
          <w:rFonts w:hint="eastAsia"/>
          <w:lang w:eastAsia="ko-KR"/>
        </w:rPr>
        <w:t>서로</w:t>
      </w:r>
      <w:r w:rsidRPr="007F1A63">
        <w:rPr>
          <w:lang w:eastAsia="ko-KR"/>
        </w:rPr>
        <w:t xml:space="preserve"> </w:t>
      </w:r>
      <w:r w:rsidRPr="007F1A63">
        <w:rPr>
          <w:rFonts w:hint="eastAsia"/>
          <w:lang w:eastAsia="ko-KR"/>
        </w:rPr>
        <w:t>사랑하고</w:t>
      </w:r>
      <w:r w:rsidRPr="007F1A63">
        <w:rPr>
          <w:lang w:eastAsia="ko-KR"/>
        </w:rPr>
        <w:t xml:space="preserve"> </w:t>
      </w:r>
      <w:r w:rsidRPr="007F1A63">
        <w:rPr>
          <w:rFonts w:hint="eastAsia"/>
          <w:lang w:eastAsia="ko-KR"/>
        </w:rPr>
        <w:t>섬기며</w:t>
      </w:r>
      <w:r w:rsidRPr="007F1A63">
        <w:rPr>
          <w:lang w:eastAsia="ko-KR"/>
        </w:rPr>
        <w:t xml:space="preserve"> </w:t>
      </w:r>
      <w:r w:rsidRPr="007F1A63">
        <w:rPr>
          <w:rFonts w:hint="eastAsia"/>
          <w:lang w:eastAsia="ko-KR"/>
        </w:rPr>
        <w:t>함께</w:t>
      </w:r>
      <w:r w:rsidRPr="007F1A63">
        <w:rPr>
          <w:lang w:eastAsia="ko-KR"/>
        </w:rPr>
        <w:t xml:space="preserve"> </w:t>
      </w:r>
      <w:r w:rsidRPr="007F1A63">
        <w:rPr>
          <w:rFonts w:hint="eastAsia"/>
          <w:lang w:eastAsia="ko-KR"/>
        </w:rPr>
        <w:t>믿음이</w:t>
      </w:r>
      <w:r w:rsidRPr="007F1A63">
        <w:rPr>
          <w:lang w:eastAsia="ko-KR"/>
        </w:rPr>
        <w:t xml:space="preserve"> </w:t>
      </w:r>
      <w:r w:rsidRPr="007F1A63">
        <w:rPr>
          <w:rFonts w:hint="eastAsia"/>
          <w:lang w:eastAsia="ko-KR"/>
        </w:rPr>
        <w:t>자라가야</w:t>
      </w:r>
      <w:r w:rsidRPr="007F1A63">
        <w:rPr>
          <w:lang w:eastAsia="ko-KR"/>
        </w:rPr>
        <w:t xml:space="preserve"> </w:t>
      </w:r>
      <w:r w:rsidRPr="007F1A63">
        <w:rPr>
          <w:rFonts w:hint="eastAsia"/>
          <w:lang w:eastAsia="ko-KR"/>
        </w:rPr>
        <w:t>합니다</w:t>
      </w:r>
      <w:r w:rsidRPr="007F1A63">
        <w:rPr>
          <w:lang w:eastAsia="ko-KR"/>
        </w:rPr>
        <w:t>.</w:t>
      </w:r>
    </w:p>
    <w:p w14:paraId="74E1C0E5" w14:textId="19C09232" w:rsidR="00107F4D" w:rsidRPr="007F1A63" w:rsidRDefault="00107F4D" w:rsidP="007F1A63">
      <w:pPr>
        <w:spacing w:after="70" w:line="293" w:lineRule="auto"/>
        <w:ind w:firstLine="397"/>
        <w:jc w:val="both"/>
        <w:rPr>
          <w:lang w:eastAsia="ko-KR"/>
        </w:rPr>
      </w:pPr>
    </w:p>
    <w:p w14:paraId="5AD3AEA2" w14:textId="60EAC0BC" w:rsidR="007A3A30" w:rsidRDefault="00000000">
      <w:pPr>
        <w:spacing w:after="70" w:line="293" w:lineRule="auto"/>
        <w:ind w:firstLine="397"/>
        <w:jc w:val="both"/>
        <w:rPr>
          <w:lang w:eastAsia="ko-KR"/>
        </w:rPr>
      </w:pPr>
      <w:r>
        <w:rPr>
          <w:lang w:eastAsia="ko-KR"/>
        </w:rPr>
        <w:lastRenderedPageBreak/>
        <w:t>예수님으로 말미암아 들어간다는 것은 단지 교회에 출석하거나 기독교 지식을 갖는 것</w:t>
      </w:r>
      <w:r w:rsidR="007F1A63">
        <w:rPr>
          <w:rFonts w:hint="eastAsia"/>
          <w:lang w:eastAsia="ko-KR"/>
        </w:rPr>
        <w:t xml:space="preserve"> </w:t>
      </w:r>
      <w:r>
        <w:rPr>
          <w:lang w:eastAsia="ko-KR"/>
        </w:rPr>
        <w:t>만을 뜻하지 않습니다. 예수님을 나의 주인으로 인정하고, 그분의 말씀과 인도하심 안에서 살아가는 것입니다. 그러면 우리는 사탄과 욕망의 지배에서 벗어나 하나님의 다스림을 받으며, 들어가며 나오며 꼴을 얻는 자유와 안전을 누리게 됩니다. 현실의 모든 문제가 즉시 사라진다는 뜻은 아니지만, 그 문제들이 더 이상 우리 인생의 주인이 되지 못합니다.</w:t>
      </w:r>
    </w:p>
    <w:p w14:paraId="05DF6707" w14:textId="22D50342" w:rsidR="007A3A30" w:rsidRDefault="00000000">
      <w:pPr>
        <w:spacing w:after="70" w:line="293" w:lineRule="auto"/>
        <w:ind w:firstLine="397"/>
        <w:jc w:val="both"/>
        <w:rPr>
          <w:lang w:eastAsia="ko-KR"/>
        </w:rPr>
      </w:pPr>
      <w:r>
        <w:rPr>
          <w:lang w:eastAsia="ko-KR"/>
        </w:rPr>
        <w:t xml:space="preserve">이스라엘 백성은 </w:t>
      </w:r>
      <w:r w:rsidR="007C4231">
        <w:rPr>
          <w:rFonts w:hint="eastAsia"/>
          <w:lang w:eastAsia="ko-KR"/>
        </w:rPr>
        <w:t>출애굽이나 가나안 정복 전쟁</w:t>
      </w:r>
      <w:r w:rsidR="007F1A63">
        <w:rPr>
          <w:rFonts w:hint="eastAsia"/>
          <w:lang w:eastAsia="ko-KR"/>
        </w:rPr>
        <w:t xml:space="preserve"> </w:t>
      </w:r>
      <w:r w:rsidR="007C4231">
        <w:rPr>
          <w:rFonts w:hint="eastAsia"/>
          <w:lang w:eastAsia="ko-KR"/>
        </w:rPr>
        <w:t xml:space="preserve">등의 </w:t>
      </w:r>
      <w:r>
        <w:rPr>
          <w:lang w:eastAsia="ko-KR"/>
        </w:rPr>
        <w:t xml:space="preserve">역사를 지식으로 알고 있었지만, 사사기 시대에 하나님을 </w:t>
      </w:r>
      <w:r w:rsidR="007C4231">
        <w:rPr>
          <w:rFonts w:hint="eastAsia"/>
          <w:lang w:eastAsia="ko-KR"/>
        </w:rPr>
        <w:t>알지 못하여 우상을 숭배하여 하나님과 상관없이 살았습니다</w:t>
      </w:r>
      <w:r>
        <w:rPr>
          <w:lang w:eastAsia="ko-KR"/>
        </w:rPr>
        <w:t xml:space="preserve"> 그 결과 가나안의 우상과 욕망을 따라가며 하나님께서 주신 땅에서도 풍성한 생명을 누리지 못했습니다. 우리도 말씀을 알고 있으면서 실제 선택에서는 세상의 가치관을 따를 수 있습니다. 하나님을 아는 것은 정보를 많이 아는 것이 아니라, 매일의 삶에서 그분을 의지하고 순종하는 것입니다.</w:t>
      </w:r>
    </w:p>
    <w:p w14:paraId="668039C7" w14:textId="4622E256" w:rsidR="007A3A30" w:rsidRDefault="00000000">
      <w:pPr>
        <w:spacing w:before="80" w:after="80" w:line="293" w:lineRule="auto"/>
        <w:ind w:left="227" w:right="113"/>
        <w:jc w:val="both"/>
        <w:rPr>
          <w:lang w:eastAsia="ko-KR"/>
        </w:rPr>
      </w:pPr>
      <w:r>
        <w:rPr>
          <w:rFonts w:ascii="NanumGothic" w:eastAsia="NanumGothic" w:hAnsi="NanumGothic"/>
          <w:b/>
          <w:lang w:eastAsia="ko-KR"/>
        </w:rPr>
        <w:t xml:space="preserve">실제 적용:  </w:t>
      </w:r>
      <w:r>
        <w:rPr>
          <w:lang w:eastAsia="ko-KR"/>
        </w:rPr>
        <w:t>내가 “이것만 얻으면 행복하고 안전할 것이다”</w:t>
      </w:r>
      <w:proofErr w:type="spellStart"/>
      <w:r>
        <w:rPr>
          <w:lang w:eastAsia="ko-KR"/>
        </w:rPr>
        <w:t>라고</w:t>
      </w:r>
      <w:proofErr w:type="spellEnd"/>
      <w:r>
        <w:rPr>
          <w:lang w:eastAsia="ko-KR"/>
        </w:rPr>
        <w:t xml:space="preserve"> 생각하는 것이 무엇인지 적어 보십시오. </w:t>
      </w:r>
      <w:r w:rsidR="00107F4D">
        <w:rPr>
          <w:rFonts w:hint="eastAsia"/>
          <w:lang w:eastAsia="ko-KR"/>
        </w:rPr>
        <w:t xml:space="preserve"> 내가 매일 들며 날며 들어가는 문은 어디입니까? </w:t>
      </w:r>
      <w:r>
        <w:rPr>
          <w:lang w:eastAsia="ko-KR"/>
        </w:rPr>
        <w:t xml:space="preserve">돈, 연애, 결혼, 영주권, </w:t>
      </w:r>
      <w:r w:rsidR="00107F4D">
        <w:rPr>
          <w:rFonts w:hint="eastAsia"/>
          <w:lang w:eastAsia="ko-KR"/>
        </w:rPr>
        <w:t>건강,</w:t>
      </w:r>
      <w:r>
        <w:rPr>
          <w:lang w:eastAsia="ko-KR"/>
        </w:rPr>
        <w:t xml:space="preserve"> </w:t>
      </w:r>
      <w:r w:rsidR="00107F4D">
        <w:rPr>
          <w:rFonts w:hint="eastAsia"/>
          <w:lang w:eastAsia="ko-KR"/>
        </w:rPr>
        <w:t>가족이 잘되는 것</w:t>
      </w:r>
      <w:r>
        <w:rPr>
          <w:lang w:eastAsia="ko-KR"/>
        </w:rPr>
        <w:t xml:space="preserve">이 예수님을 대신하는 문이 되고 있지는 </w:t>
      </w:r>
      <w:proofErr w:type="spellStart"/>
      <w:r>
        <w:rPr>
          <w:lang w:eastAsia="ko-KR"/>
        </w:rPr>
        <w:t>않은지</w:t>
      </w:r>
      <w:proofErr w:type="spellEnd"/>
      <w:r>
        <w:rPr>
          <w:lang w:eastAsia="ko-KR"/>
        </w:rPr>
        <w:t xml:space="preserve"> 살펴야 합니다. </w:t>
      </w:r>
      <w:r w:rsidR="00107F4D">
        <w:rPr>
          <w:rFonts w:hint="eastAsia"/>
          <w:lang w:eastAsia="ko-KR"/>
        </w:rPr>
        <w:t xml:space="preserve">항상 </w:t>
      </w:r>
      <w:r>
        <w:rPr>
          <w:lang w:eastAsia="ko-KR"/>
        </w:rPr>
        <w:t>중요한 결정을 할 때는 “이 선택이 나를 예수님께 더 가까이 가게 하는가?”</w:t>
      </w:r>
      <w:proofErr w:type="spellStart"/>
      <w:r>
        <w:rPr>
          <w:lang w:eastAsia="ko-KR"/>
        </w:rPr>
        <w:t>를</w:t>
      </w:r>
      <w:proofErr w:type="spellEnd"/>
      <w:r>
        <w:rPr>
          <w:lang w:eastAsia="ko-KR"/>
        </w:rPr>
        <w:t xml:space="preserve"> 물어보십시오. 하루의 일정과 </w:t>
      </w:r>
      <w:r w:rsidR="00107F4D">
        <w:rPr>
          <w:rFonts w:hint="eastAsia"/>
          <w:lang w:eastAsia="ko-KR"/>
        </w:rPr>
        <w:t>물질 사용 (카드사용)</w:t>
      </w:r>
      <w:r>
        <w:rPr>
          <w:lang w:eastAsia="ko-KR"/>
        </w:rPr>
        <w:t>, 진로와 관계를 예수님께 묻고 결정하는 것이 그 문으로 들어가는 실제적인 삶입니다.</w:t>
      </w:r>
    </w:p>
    <w:p w14:paraId="60357702" w14:textId="77777777" w:rsidR="007A3A30" w:rsidRDefault="00000000">
      <w:pPr>
        <w:keepNext/>
        <w:spacing w:before="200" w:after="100"/>
        <w:rPr>
          <w:lang w:eastAsia="ko-KR"/>
        </w:rPr>
      </w:pPr>
      <w:r>
        <w:rPr>
          <w:rFonts w:ascii="NanumGothic" w:eastAsia="NanumGothic" w:hAnsi="NanumGothic"/>
          <w:b/>
          <w:sz w:val="27"/>
          <w:lang w:eastAsia="ko-KR"/>
        </w:rPr>
        <w:t>2. 예수님은 양들을 위해 목숨을 버리신 선한 목자이십니다(11–18절)</w:t>
      </w:r>
    </w:p>
    <w:p w14:paraId="7E238142" w14:textId="77777777" w:rsidR="007A3A30" w:rsidRDefault="00000000">
      <w:pPr>
        <w:spacing w:before="60" w:after="120" w:line="283" w:lineRule="auto"/>
        <w:ind w:left="397" w:right="283"/>
        <w:rPr>
          <w:lang w:eastAsia="ko-KR"/>
        </w:rPr>
      </w:pPr>
      <w:r>
        <w:rPr>
          <w:b/>
          <w:sz w:val="20"/>
          <w:lang w:eastAsia="ko-KR"/>
        </w:rPr>
        <w:t xml:space="preserve">“나는 선한 목자라 선한 목자는 양들을 위하여 목숨을 </w:t>
      </w:r>
      <w:proofErr w:type="spellStart"/>
      <w:r>
        <w:rPr>
          <w:b/>
          <w:sz w:val="20"/>
          <w:lang w:eastAsia="ko-KR"/>
        </w:rPr>
        <w:t>버리거니와</w:t>
      </w:r>
      <w:proofErr w:type="spellEnd"/>
      <w:r>
        <w:rPr>
          <w:b/>
          <w:sz w:val="20"/>
          <w:lang w:eastAsia="ko-KR"/>
        </w:rPr>
        <w:t>.”(요 10:11)</w:t>
      </w:r>
    </w:p>
    <w:p w14:paraId="3322B2A5" w14:textId="5C389D3A" w:rsidR="007A3A30" w:rsidRDefault="00000000">
      <w:pPr>
        <w:spacing w:after="70" w:line="293" w:lineRule="auto"/>
        <w:ind w:firstLine="397"/>
        <w:jc w:val="both"/>
        <w:rPr>
          <w:lang w:eastAsia="ko-KR"/>
        </w:rPr>
      </w:pPr>
      <w:r>
        <w:rPr>
          <w:lang w:eastAsia="ko-KR"/>
        </w:rPr>
        <w:t xml:space="preserve">양은 이사야 53장 6절의 말씀처럼 각기 제 길로 가기 쉽습니다. 멀리 보지 못하고 방향 감각이 약하며, 스스로를 지킬 만한 힘도 없습니다. 그래서 양은 살기 위해 목자의 보호와 인도를 받아야 합니다. 사실 우리 인간도 그렇습니다. 우리는 한 치 앞을 알지 못하고, </w:t>
      </w:r>
      <w:r w:rsidR="00197447">
        <w:rPr>
          <w:rFonts w:hint="eastAsia"/>
          <w:lang w:eastAsia="ko-KR"/>
        </w:rPr>
        <w:t xml:space="preserve">내일 우리에게 무슨 일이 일어날지를 모릅니다. </w:t>
      </w:r>
      <w:r>
        <w:rPr>
          <w:lang w:eastAsia="ko-KR"/>
        </w:rPr>
        <w:t xml:space="preserve">무엇이 우리를 살리고 무엇이 우리를 해치는지 잘못 판단할 때가 많습니다. 우리를 파괴하는 욕망과 유혹이 다가와도 좋은 것처럼 받아들이며 마음을 </w:t>
      </w:r>
      <w:proofErr w:type="spellStart"/>
      <w:r>
        <w:rPr>
          <w:lang w:eastAsia="ko-KR"/>
        </w:rPr>
        <w:t>내어주기도</w:t>
      </w:r>
      <w:proofErr w:type="spellEnd"/>
      <w:r>
        <w:rPr>
          <w:lang w:eastAsia="ko-KR"/>
        </w:rPr>
        <w:t xml:space="preserve"> 합니다.</w:t>
      </w:r>
    </w:p>
    <w:p w14:paraId="552C2C8C" w14:textId="77777777" w:rsidR="007A3A30" w:rsidRDefault="00000000">
      <w:pPr>
        <w:spacing w:after="70" w:line="293" w:lineRule="auto"/>
        <w:ind w:firstLine="397"/>
        <w:jc w:val="both"/>
        <w:rPr>
          <w:lang w:eastAsia="ko-KR"/>
        </w:rPr>
      </w:pPr>
      <w:r>
        <w:rPr>
          <w:lang w:eastAsia="ko-KR"/>
        </w:rPr>
        <w:t>그러한 우리를 위해 예수님께서 선한 목자로 오셨습니다. 삯꾼은 위험이 오면 양을 버리고 도망가지만, 예수님은 양을 살리기 위해 자신의 목숨을 스스로 버리셨습니다. 우리의 모든 죄를 담당하시고 십자가에서 죽으셨으며 다시 살아나셨습니다. 창조주 하나님께서 죄인인 나를 구원하기 위해 생명을 아끼지 않으셨다는 사실보다 더 큰 사랑의 증거는 없습니다. 예수님은 우리를 이용하시는 분이 아니라 자신을 내어 주어 우리를 살리시는 목자이십니다.</w:t>
      </w:r>
    </w:p>
    <w:p w14:paraId="1AB5D113" w14:textId="17027A10" w:rsidR="007A3A30" w:rsidRDefault="00000000">
      <w:pPr>
        <w:spacing w:after="70" w:line="293" w:lineRule="auto"/>
        <w:ind w:firstLine="397"/>
        <w:jc w:val="both"/>
        <w:rPr>
          <w:lang w:eastAsia="ko-KR"/>
        </w:rPr>
      </w:pPr>
      <w:r>
        <w:rPr>
          <w:lang w:eastAsia="ko-KR"/>
        </w:rPr>
        <w:t>세상은 끊임없이 우리의 가치를 성적, 직업, 수입, 외모와 성과로 평가합니다. 그래서 우리는 좋은 결과를 내어 자신의 가치를 증명하려 합니다. 그러나 예수님은 우리가 성공했기 때문에 사랑하신 것이 아닙니다. 우리의 약함과 죄를 다 아시면서도 목숨을 주셨습니다. 그러므로 시험이나 취업에서 실패했다고 해서 내가 실패한 인간이 되는 것은 아닙니다. 사람들의 평가가 우리의 최종적인 이름이 아니라, 선한 목자께서 알고 사랑하시</w:t>
      </w:r>
      <w:r w:rsidR="007C4231">
        <w:rPr>
          <w:rFonts w:hint="eastAsia"/>
          <w:lang w:eastAsia="ko-KR"/>
        </w:rPr>
        <w:t xml:space="preserve">고 자기 목숨을 주실 만큼 사랑하시는 </w:t>
      </w:r>
      <w:r>
        <w:rPr>
          <w:lang w:eastAsia="ko-KR"/>
        </w:rPr>
        <w:t>는 하나님의 자녀라는 사실이 우리의 가장 깊은 정체성입니다.</w:t>
      </w:r>
    </w:p>
    <w:p w14:paraId="4C22940D" w14:textId="2D29FF94" w:rsidR="007A3A30" w:rsidRDefault="00000000">
      <w:pPr>
        <w:spacing w:after="70" w:line="293" w:lineRule="auto"/>
        <w:ind w:firstLine="397"/>
        <w:jc w:val="both"/>
        <w:rPr>
          <w:lang w:eastAsia="ko-KR"/>
        </w:rPr>
      </w:pPr>
      <w:r>
        <w:rPr>
          <w:lang w:eastAsia="ko-KR"/>
        </w:rPr>
        <w:t>예수님께서 값으로 우리를 사셨다면 이제 우리의 몸과 시간과 물질도 우리 마음대로만 사용할 수 없습니다. 바울은 “너희는 너희 자신의 것이 아니라 값으로 산 것이 되었으니”</w:t>
      </w:r>
      <w:proofErr w:type="spellStart"/>
      <w:r>
        <w:rPr>
          <w:lang w:eastAsia="ko-KR"/>
        </w:rPr>
        <w:t>라고</w:t>
      </w:r>
      <w:proofErr w:type="spellEnd"/>
      <w:r>
        <w:rPr>
          <w:lang w:eastAsia="ko-KR"/>
        </w:rPr>
        <w:t xml:space="preserve"> 말합니다. 이것은 억압이 아니라, 우리를 죽이는 </w:t>
      </w:r>
      <w:r w:rsidR="007C4231">
        <w:rPr>
          <w:rFonts w:hint="eastAsia"/>
          <w:lang w:eastAsia="ko-KR"/>
        </w:rPr>
        <w:t>도적과 강도</w:t>
      </w:r>
      <w:r>
        <w:rPr>
          <w:lang w:eastAsia="ko-KR"/>
        </w:rPr>
        <w:t xml:space="preserve">에게서 벗어나 우리를 사랑하는 주님께 속하게 되었다는 복음입니다. 예수님께 속한 </w:t>
      </w:r>
      <w:r>
        <w:rPr>
          <w:lang w:eastAsia="ko-KR"/>
        </w:rPr>
        <w:lastRenderedPageBreak/>
        <w:t>사람은 몸을 함부로 사용하지 않고, 중독과 음란과 자기중심성을 가볍게 여기지 않으며, 시간과 재능과 물질을 주님의 뜻에 맞게 사용하려고 합니다.</w:t>
      </w:r>
    </w:p>
    <w:p w14:paraId="6596A1DE" w14:textId="631F9D27" w:rsidR="007A3A30" w:rsidRDefault="00000000">
      <w:pPr>
        <w:spacing w:after="70" w:line="293" w:lineRule="auto"/>
        <w:ind w:firstLine="397"/>
        <w:jc w:val="both"/>
        <w:rPr>
          <w:lang w:eastAsia="ko-KR"/>
        </w:rPr>
      </w:pPr>
      <w:r>
        <w:rPr>
          <w:lang w:eastAsia="ko-KR"/>
        </w:rPr>
        <w:t xml:space="preserve">다윗은 원수에게 쫓기고 사망의 음침한 골짜기를 걸으면서도 “여호와는 나의 </w:t>
      </w:r>
      <w:proofErr w:type="spellStart"/>
      <w:r>
        <w:rPr>
          <w:lang w:eastAsia="ko-KR"/>
        </w:rPr>
        <w:t>목자시니</w:t>
      </w:r>
      <w:proofErr w:type="spellEnd"/>
      <w:r>
        <w:rPr>
          <w:lang w:eastAsia="ko-KR"/>
        </w:rPr>
        <w:t xml:space="preserve"> 내게 부족함이 </w:t>
      </w:r>
      <w:proofErr w:type="spellStart"/>
      <w:r>
        <w:rPr>
          <w:lang w:eastAsia="ko-KR"/>
        </w:rPr>
        <w:t>없으리로다</w:t>
      </w:r>
      <w:proofErr w:type="spellEnd"/>
      <w:r>
        <w:rPr>
          <w:lang w:eastAsia="ko-KR"/>
        </w:rPr>
        <w:t>”</w:t>
      </w:r>
      <w:proofErr w:type="spellStart"/>
      <w:r>
        <w:rPr>
          <w:lang w:eastAsia="ko-KR"/>
        </w:rPr>
        <w:t>라고</w:t>
      </w:r>
      <w:proofErr w:type="spellEnd"/>
      <w:r>
        <w:rPr>
          <w:lang w:eastAsia="ko-KR"/>
        </w:rPr>
        <w:t xml:space="preserve"> 고백했습니다. 그의 삶에 문제가 </w:t>
      </w:r>
      <w:proofErr w:type="spellStart"/>
      <w:r>
        <w:rPr>
          <w:lang w:eastAsia="ko-KR"/>
        </w:rPr>
        <w:t>없어서가</w:t>
      </w:r>
      <w:proofErr w:type="spellEnd"/>
      <w:r>
        <w:rPr>
          <w:lang w:eastAsia="ko-KR"/>
        </w:rPr>
        <w:t xml:space="preserve"> 아니라 </w:t>
      </w:r>
      <w:r w:rsidR="007C4231">
        <w:rPr>
          <w:rFonts w:hint="eastAsia"/>
          <w:lang w:eastAsia="ko-KR"/>
        </w:rPr>
        <w:t xml:space="preserve">하나님이 족자가 되셔서 그와 함께 </w:t>
      </w:r>
      <w:r>
        <w:rPr>
          <w:lang w:eastAsia="ko-KR"/>
        </w:rPr>
        <w:t xml:space="preserve">계셨기 때문입니다. </w:t>
      </w:r>
      <w:proofErr w:type="spellStart"/>
      <w:r>
        <w:rPr>
          <w:lang w:eastAsia="ko-KR"/>
        </w:rPr>
        <w:t>우리에게도</w:t>
      </w:r>
      <w:proofErr w:type="spellEnd"/>
      <w:r>
        <w:rPr>
          <w:lang w:eastAsia="ko-KR"/>
        </w:rPr>
        <w:t xml:space="preserve"> 건강 문제와 경제적 어려움, 응답되지 않은 기도와 알 수 없는 미래가 있습니다. 그러나 나를 위해 목숨을 버리신 예수님이 나의 목자라는 사실을 믿을 때, 문제 속에서도 버림받지 않았다는 확신과 평안을 누릴 수 있습니다.</w:t>
      </w:r>
    </w:p>
    <w:p w14:paraId="5ECCB81C" w14:textId="2BCA2DCE" w:rsidR="007A3A30" w:rsidRDefault="00000000">
      <w:pPr>
        <w:spacing w:before="80" w:after="80" w:line="293" w:lineRule="auto"/>
        <w:ind w:left="227" w:right="113"/>
        <w:jc w:val="both"/>
        <w:rPr>
          <w:lang w:eastAsia="ko-KR"/>
        </w:rPr>
      </w:pPr>
      <w:r>
        <w:rPr>
          <w:rFonts w:ascii="NanumGothic" w:eastAsia="NanumGothic" w:hAnsi="NanumGothic"/>
          <w:b/>
          <w:lang w:eastAsia="ko-KR"/>
        </w:rPr>
        <w:t xml:space="preserve">실제 적용:  </w:t>
      </w:r>
      <w:r>
        <w:rPr>
          <w:lang w:eastAsia="ko-KR"/>
        </w:rPr>
        <w:t>실패나 약함을 숨기며 혼자 견디지 마십시오. “주님,성과로 인정받고 싶습니다. 미래가 두렵고 이 유혹을 이기기 어렵습니다”</w:t>
      </w:r>
      <w:proofErr w:type="spellStart"/>
      <w:r>
        <w:rPr>
          <w:lang w:eastAsia="ko-KR"/>
        </w:rPr>
        <w:t>라고</w:t>
      </w:r>
      <w:proofErr w:type="spellEnd"/>
      <w:r>
        <w:rPr>
          <w:lang w:eastAsia="ko-KR"/>
        </w:rPr>
        <w:t xml:space="preserve"> 솔직하게 기도하십시오. </w:t>
      </w:r>
      <w:r w:rsidR="007C4231">
        <w:rPr>
          <w:rFonts w:hint="eastAsia"/>
          <w:lang w:eastAsia="ko-KR"/>
        </w:rPr>
        <w:t xml:space="preserve">목장에서 나의 문제를 진실되게 말하고 </w:t>
      </w:r>
      <w:r>
        <w:rPr>
          <w:lang w:eastAsia="ko-KR"/>
        </w:rPr>
        <w:t>도움을 요청하는 것</w:t>
      </w:r>
      <w:r w:rsidR="007C4231">
        <w:rPr>
          <w:rFonts w:hint="eastAsia"/>
          <w:lang w:eastAsia="ko-KR"/>
        </w:rPr>
        <w:t xml:space="preserve">이 목장 식구들의 </w:t>
      </w:r>
      <w:r w:rsidR="007763BC">
        <w:rPr>
          <w:rFonts w:hint="eastAsia"/>
          <w:lang w:eastAsia="ko-KR"/>
        </w:rPr>
        <w:t xml:space="preserve">도움을 받으며 목장 속에 임재하시는 하나님의 </w:t>
      </w:r>
      <w:r>
        <w:rPr>
          <w:lang w:eastAsia="ko-KR"/>
        </w:rPr>
        <w:t xml:space="preserve">돌봄을 받는 방법입니다. 또한 한 주의 시간표와 지출을 살펴보고, 내가 예수님께 속한 </w:t>
      </w:r>
      <w:proofErr w:type="spellStart"/>
      <w:r>
        <w:rPr>
          <w:lang w:eastAsia="ko-KR"/>
        </w:rPr>
        <w:t>사람답게</w:t>
      </w:r>
      <w:proofErr w:type="spellEnd"/>
      <w:r>
        <w:rPr>
          <w:lang w:eastAsia="ko-KR"/>
        </w:rPr>
        <w:t xml:space="preserve"> 사용하고 있는지 점검하십시오. 대학생이라면 과제와 시험에서 </w:t>
      </w:r>
      <w:r w:rsidR="007C4231">
        <w:rPr>
          <w:rFonts w:hint="eastAsia"/>
          <w:lang w:eastAsia="ko-KR"/>
        </w:rPr>
        <w:t xml:space="preserve">성실과 </w:t>
      </w:r>
      <w:r>
        <w:rPr>
          <w:lang w:eastAsia="ko-KR"/>
        </w:rPr>
        <w:t>정직을 선택하고, 성인이라면 직장과 사업에서 손해가 있더라도 정직과 공의를 지키는 것이 선한 목자를 신뢰하는 구체적인 행동입니다.</w:t>
      </w:r>
    </w:p>
    <w:p w14:paraId="6EBFEAAD" w14:textId="77777777" w:rsidR="007A3A30" w:rsidRDefault="00000000">
      <w:pPr>
        <w:keepNext/>
        <w:spacing w:before="200" w:after="100"/>
        <w:rPr>
          <w:lang w:eastAsia="ko-KR"/>
        </w:rPr>
      </w:pPr>
      <w:r>
        <w:rPr>
          <w:rFonts w:ascii="NanumGothic" w:eastAsia="NanumGothic" w:hAnsi="NanumGothic"/>
          <w:b/>
          <w:sz w:val="27"/>
          <w:lang w:eastAsia="ko-KR"/>
        </w:rPr>
        <w:t>3. 예수님의 양은 목자의 음성을 듣고 따라갑니다(27–29절)</w:t>
      </w:r>
    </w:p>
    <w:p w14:paraId="539AED40" w14:textId="77777777" w:rsidR="007A3A30" w:rsidRDefault="00000000">
      <w:pPr>
        <w:spacing w:before="60" w:after="120" w:line="283" w:lineRule="auto"/>
        <w:ind w:left="397" w:right="283"/>
        <w:rPr>
          <w:lang w:eastAsia="ko-KR"/>
        </w:rPr>
      </w:pPr>
      <w:r>
        <w:rPr>
          <w:b/>
          <w:sz w:val="20"/>
          <w:lang w:eastAsia="ko-KR"/>
        </w:rPr>
        <w:t xml:space="preserve">“내 양은 내 음성을 들으며 나는 그들을 알며 그들은 나를 </w:t>
      </w:r>
      <w:proofErr w:type="spellStart"/>
      <w:r>
        <w:rPr>
          <w:b/>
          <w:sz w:val="20"/>
          <w:lang w:eastAsia="ko-KR"/>
        </w:rPr>
        <w:t>따르느니라</w:t>
      </w:r>
      <w:proofErr w:type="spellEnd"/>
      <w:r>
        <w:rPr>
          <w:b/>
          <w:sz w:val="20"/>
          <w:lang w:eastAsia="ko-KR"/>
        </w:rPr>
        <w:t>.”(요 10:27)</w:t>
      </w:r>
    </w:p>
    <w:p w14:paraId="798C9A92" w14:textId="77777777" w:rsidR="007A3A30" w:rsidRDefault="00000000">
      <w:pPr>
        <w:spacing w:after="70" w:line="293" w:lineRule="auto"/>
        <w:ind w:firstLine="397"/>
        <w:jc w:val="both"/>
        <w:rPr>
          <w:lang w:eastAsia="ko-KR"/>
        </w:rPr>
      </w:pPr>
      <w:r>
        <w:rPr>
          <w:lang w:eastAsia="ko-KR"/>
        </w:rPr>
        <w:t>양이 사는 길은 목자의 음성을 알아듣고 그를 따라가는 것입니다. 신앙생활도 마찬가지입니다. 예수님의 음성을 듣는다는 것은 단순히 설교를 많이 듣고 성경 지식을 쌓는 데서 끝나지 않습니다. 성경에서 주시는 말씀을 믿고 실제 삶에서 순종하는 것을 뜻합니다. 예수님은 “내 양은 내 음성을 듣는다”</w:t>
      </w:r>
      <w:proofErr w:type="spellStart"/>
      <w:r>
        <w:rPr>
          <w:lang w:eastAsia="ko-KR"/>
        </w:rPr>
        <w:t>라고만</w:t>
      </w:r>
      <w:proofErr w:type="spellEnd"/>
      <w:r>
        <w:rPr>
          <w:lang w:eastAsia="ko-KR"/>
        </w:rPr>
        <w:t xml:space="preserve"> 하지 않으시고 “그들은 나를 따른다”고 말씀하셨습니다.</w:t>
      </w:r>
    </w:p>
    <w:p w14:paraId="2212C994" w14:textId="44B8C4D3" w:rsidR="007A3A30" w:rsidRDefault="00000000">
      <w:pPr>
        <w:spacing w:after="70" w:line="293" w:lineRule="auto"/>
        <w:ind w:firstLine="397"/>
        <w:jc w:val="both"/>
        <w:rPr>
          <w:lang w:eastAsia="ko-KR"/>
        </w:rPr>
      </w:pPr>
      <w:r>
        <w:rPr>
          <w:lang w:eastAsia="ko-KR"/>
        </w:rPr>
        <w:t>오늘날 우리는 하나님의 말씀보다 유튜브, 뉴스, 광고와 사람들의 의견을 훨씬 더 오래 듣습니다.</w:t>
      </w:r>
      <w:r w:rsidR="00197447">
        <w:rPr>
          <w:rFonts w:hint="eastAsia"/>
          <w:lang w:eastAsia="ko-KR"/>
        </w:rPr>
        <w:t xml:space="preserve"> 그런 </w:t>
      </w:r>
      <w:r w:rsidR="007763BC">
        <w:rPr>
          <w:rFonts w:hint="eastAsia"/>
          <w:lang w:eastAsia="ko-KR"/>
        </w:rPr>
        <w:t>메</w:t>
      </w:r>
      <w:r w:rsidR="00197447">
        <w:rPr>
          <w:rFonts w:hint="eastAsia"/>
          <w:lang w:eastAsia="ko-KR"/>
        </w:rPr>
        <w:t xml:space="preserve">세지에 많이 노출될수록 그 메세지가 마음에 남고 내게 영향을 줍니다. </w:t>
      </w:r>
      <w:r>
        <w:rPr>
          <w:lang w:eastAsia="ko-KR"/>
        </w:rPr>
        <w:t xml:space="preserve">그런 음성이 마음에 깊이 들어오면 자연스럽게 세상이 중요하게 여기는 것을 따라 살게 됩니다. 세상은 “너 자신만을 위해 살아라”, “더 많이 소유해야 안전하다”, </w:t>
      </w:r>
      <w:r w:rsidR="00197447">
        <w:rPr>
          <w:lang w:eastAsia="ko-KR"/>
        </w:rPr>
        <w:t>‘</w:t>
      </w:r>
      <w:r w:rsidR="00197447">
        <w:rPr>
          <w:rFonts w:hint="eastAsia"/>
          <w:lang w:eastAsia="ko-KR"/>
        </w:rPr>
        <w:t>즐겨라</w:t>
      </w:r>
      <w:r w:rsidR="00197447">
        <w:rPr>
          <w:lang w:eastAsia="ko-KR"/>
        </w:rPr>
        <w:t>’</w:t>
      </w:r>
      <w:r w:rsidR="00197447">
        <w:rPr>
          <w:rFonts w:hint="eastAsia"/>
          <w:lang w:eastAsia="ko-KR"/>
        </w:rPr>
        <w:t xml:space="preserve"> ,</w:t>
      </w:r>
      <w:r>
        <w:rPr>
          <w:lang w:eastAsia="ko-KR"/>
        </w:rPr>
        <w:t xml:space="preserve">“아무도 너를 책임져 주지 않는다”고 말합니다. 그러나 예수님은 자신을 부인하고 십자가를 지고 </w:t>
      </w:r>
      <w:proofErr w:type="spellStart"/>
      <w:r>
        <w:rPr>
          <w:lang w:eastAsia="ko-KR"/>
        </w:rPr>
        <w:t>따르라고</w:t>
      </w:r>
      <w:proofErr w:type="spellEnd"/>
      <w:r>
        <w:rPr>
          <w:lang w:eastAsia="ko-KR"/>
        </w:rPr>
        <w:t xml:space="preserve"> 하시며, 사람의 생명이 소유의 넉넉함에 있지 않다고 말씀하십니다. 또한 우리를 결코 버리지 않겠다고 약속하십니다.</w:t>
      </w:r>
      <w:r w:rsidR="00704EB3" w:rsidRPr="00704EB3">
        <w:rPr>
          <w:lang w:eastAsia="ko-KR"/>
        </w:rPr>
        <w:t xml:space="preserve"> </w:t>
      </w:r>
      <w:hyperlink r:id="rId8" w:history="1">
        <w:r w:rsidR="00704EB3" w:rsidRPr="002C6F6D">
          <w:rPr>
            <w:rStyle w:val="Hyperlink"/>
            <w:lang w:eastAsia="ko-KR"/>
          </w:rPr>
          <w:t>https://www.youtube.com/watch?v=y1fk6ftFWWA</w:t>
        </w:r>
      </w:hyperlink>
    </w:p>
    <w:p w14:paraId="6A3B3355" w14:textId="77777777" w:rsidR="00704EB3" w:rsidRDefault="00704EB3">
      <w:pPr>
        <w:spacing w:after="70" w:line="293" w:lineRule="auto"/>
        <w:ind w:firstLine="397"/>
        <w:jc w:val="both"/>
        <w:rPr>
          <w:lang w:eastAsia="ko-KR"/>
        </w:rPr>
      </w:pPr>
    </w:p>
    <w:p w14:paraId="45CBF3E1" w14:textId="30E831DE" w:rsidR="007A3A30" w:rsidRDefault="00000000">
      <w:pPr>
        <w:spacing w:after="70" w:line="293" w:lineRule="auto"/>
        <w:ind w:firstLine="397"/>
        <w:jc w:val="both"/>
        <w:rPr>
          <w:lang w:eastAsia="ko-KR"/>
        </w:rPr>
      </w:pPr>
      <w:r>
        <w:rPr>
          <w:lang w:eastAsia="ko-KR"/>
        </w:rPr>
        <w:t xml:space="preserve">우리가 말씀을 전혀 듣지 못해서 순종하지 않는 경우보다, 말씀을 들으면서도 내 생각과 </w:t>
      </w:r>
      <w:r w:rsidR="00197447">
        <w:rPr>
          <w:rFonts w:hint="eastAsia"/>
          <w:lang w:eastAsia="ko-KR"/>
        </w:rPr>
        <w:t xml:space="preserve">세상의 가치관과 내 </w:t>
      </w:r>
      <w:r>
        <w:rPr>
          <w:lang w:eastAsia="ko-KR"/>
        </w:rPr>
        <w:t xml:space="preserve">욕심을 더 신뢰하기 때문에 순종하지 않는 경우가 많습니다. 하나님과의 친밀함이 약해지면 말씀은 머리의 지식으로만 남고, </w:t>
      </w:r>
      <w:r w:rsidR="00197447">
        <w:rPr>
          <w:rFonts w:hint="eastAsia"/>
          <w:lang w:eastAsia="ko-KR"/>
        </w:rPr>
        <w:t xml:space="preserve">자기에게 희생과 </w:t>
      </w:r>
      <w:r>
        <w:rPr>
          <w:lang w:eastAsia="ko-KR"/>
        </w:rPr>
        <w:t xml:space="preserve">손해가 예상되는 순간에는 세상의 방식을 선택하게 됩니다. 그러나 목자의 음성을 따르는 것은 손해가 있어도 </w:t>
      </w:r>
      <w:r w:rsidR="00197447">
        <w:rPr>
          <w:rFonts w:hint="eastAsia"/>
          <w:lang w:eastAsia="ko-KR"/>
        </w:rPr>
        <w:t xml:space="preserve">나를 부인하고 주님의 뜻을 따르는 것이며 손해가 있어도 </w:t>
      </w:r>
      <w:r>
        <w:rPr>
          <w:lang w:eastAsia="ko-KR"/>
        </w:rPr>
        <w:t xml:space="preserve">정직하게 사는 것이며, 나의 편안함보다 다른 사람을 섬기는 길을 선택하는 것입니다. 유혹이 올 때 </w:t>
      </w:r>
      <w:r w:rsidR="00197447">
        <w:rPr>
          <w:rFonts w:hint="eastAsia"/>
          <w:lang w:eastAsia="ko-KR"/>
        </w:rPr>
        <w:t xml:space="preserve">그 순간 하나님의  </w:t>
      </w:r>
      <w:r>
        <w:rPr>
          <w:lang w:eastAsia="ko-KR"/>
        </w:rPr>
        <w:t xml:space="preserve">도움을 요청하며, </w:t>
      </w:r>
      <w:r w:rsidR="00197447">
        <w:rPr>
          <w:rFonts w:hint="eastAsia"/>
          <w:lang w:eastAsia="ko-KR"/>
        </w:rPr>
        <w:t xml:space="preserve">목장 식구들에게 문자를 보내며 기도요청을 하는 것입니다. 그리고 우리가 </w:t>
      </w:r>
      <w:r>
        <w:rPr>
          <w:lang w:eastAsia="ko-KR"/>
        </w:rPr>
        <w:t>이해하기 어려운 상황</w:t>
      </w:r>
      <w:r w:rsidR="00197447">
        <w:rPr>
          <w:rFonts w:hint="eastAsia"/>
          <w:lang w:eastAsia="ko-KR"/>
        </w:rPr>
        <w:t>을 만나도 주님은 나를 가장 좋은 결과를  주시기 때문에 그 주님을 신뢰</w:t>
      </w:r>
      <w:r>
        <w:rPr>
          <w:lang w:eastAsia="ko-KR"/>
        </w:rPr>
        <w:t>하는 것입니다.</w:t>
      </w:r>
    </w:p>
    <w:p w14:paraId="3C57D2A9" w14:textId="181CCCD1" w:rsidR="007A3A30" w:rsidRDefault="00000000">
      <w:pPr>
        <w:spacing w:after="70" w:line="293" w:lineRule="auto"/>
        <w:ind w:firstLine="397"/>
        <w:jc w:val="both"/>
        <w:rPr>
          <w:lang w:eastAsia="ko-KR"/>
        </w:rPr>
      </w:pPr>
      <w:r>
        <w:rPr>
          <w:lang w:eastAsia="ko-KR"/>
        </w:rPr>
        <w:t xml:space="preserve">목자께서 인도하시는 길을 우리가 항상 이해할 수 있는 것은 아닙니다. 어떤 기도는 오래 기다려야 하고, 어떤 문은 우리가 원하는 때에 열리지 않습니다. 그러나 모든 길을 이해해야만 따를 수 있는 것은 아닙니다. 자기 생명을 주실 만큼 나를 사랑하신 분이 선한 목자라는 사실을 알기 때문에 그분을 신뢰할 수 있습니다. </w:t>
      </w:r>
      <w:r w:rsidR="00031198">
        <w:rPr>
          <w:lang w:eastAsia="ko-KR"/>
        </w:rPr>
        <w:lastRenderedPageBreak/>
        <w:t>“</w:t>
      </w:r>
      <w:r w:rsidR="00031198">
        <w:rPr>
          <w:rFonts w:ascii="굴림,seoul,helvetica" w:eastAsia="굴림,seoul,helvetica" w:hAnsi="굴림,seoul,helvetica" w:hint="eastAsia"/>
          <w:color w:val="202020"/>
          <w:shd w:val="clear" w:color="auto" w:fill="FAFAFA"/>
          <w:lang w:eastAsia="ko-KR"/>
        </w:rPr>
        <w:t>선한 목자는 </w:t>
      </w:r>
      <w:hyperlink r:id="rId9" w:history="1">
        <w:r w:rsidR="00031198">
          <w:rPr>
            <w:rStyle w:val="Hyperlink"/>
            <w:rFonts w:ascii="굴림,seoul,helvetica" w:eastAsia="굴림,seoul,helvetica" w:hAnsi="굴림,seoul,helvetica" w:cs="굴림,seoul,helvetica" w:hint="eastAsia"/>
            <w:color w:val="07009A"/>
            <w:u w:val="none"/>
            <w:shd w:val="clear" w:color="auto" w:fill="FAFAFA"/>
            <w:lang w:eastAsia="ko-KR"/>
          </w:rPr>
          <w:t>양</w:t>
        </w:r>
      </w:hyperlink>
      <w:r w:rsidR="00031198">
        <w:rPr>
          <w:rFonts w:ascii="굴림,seoul,helvetica" w:eastAsia="굴림,seoul,helvetica" w:hAnsi="굴림,seoul,helvetica" w:cs="굴림,seoul,helvetica" w:hint="eastAsia"/>
          <w:color w:val="202020"/>
          <w:shd w:val="clear" w:color="auto" w:fill="FAFAFA"/>
          <w:lang w:eastAsia="ko-KR"/>
        </w:rPr>
        <w:t xml:space="preserve">들을 위하여 목숨을 </w:t>
      </w:r>
      <w:proofErr w:type="spellStart"/>
      <w:r w:rsidR="00031198">
        <w:rPr>
          <w:rFonts w:ascii="굴림,seoul,helvetica" w:eastAsia="굴림,seoul,helvetica" w:hAnsi="굴림,seoul,helvetica" w:cs="굴림,seoul,helvetica" w:hint="eastAsia"/>
          <w:color w:val="202020"/>
          <w:shd w:val="clear" w:color="auto" w:fill="FAFAFA"/>
          <w:lang w:eastAsia="ko-KR"/>
        </w:rPr>
        <w:t>버리거니와</w:t>
      </w:r>
      <w:proofErr w:type="spellEnd"/>
      <w:r w:rsidR="00031198">
        <w:rPr>
          <w:rFonts w:ascii="굴림,seoul,helvetica" w:eastAsia="굴림,seoul,helvetica" w:hAnsi="굴림,seoul,helvetica" w:cs="굴림,seoul,helvetica"/>
          <w:color w:val="202020"/>
          <w:shd w:val="clear" w:color="auto" w:fill="FAFAFA"/>
          <w:lang w:eastAsia="ko-KR"/>
        </w:rPr>
        <w:t>”</w:t>
      </w:r>
      <w:r>
        <w:rPr>
          <w:lang w:eastAsia="ko-KR"/>
        </w:rPr>
        <w:t>우리의 확신은 내가 주님을 완벽하게 붙드는 데 있지 않고, 주님께서 나를 붙들고 계시는 데 있습니다.</w:t>
      </w:r>
    </w:p>
    <w:p w14:paraId="103961A8" w14:textId="77777777" w:rsidR="007A3A30" w:rsidRDefault="00000000">
      <w:pPr>
        <w:spacing w:before="60" w:after="120" w:line="283" w:lineRule="auto"/>
        <w:ind w:left="397" w:right="283"/>
        <w:rPr>
          <w:lang w:eastAsia="ko-KR"/>
        </w:rPr>
      </w:pPr>
      <w:r>
        <w:rPr>
          <w:b/>
          <w:sz w:val="20"/>
          <w:lang w:eastAsia="ko-KR"/>
        </w:rPr>
        <w:t xml:space="preserve">“내가 그들에게 영생을 주노니 영원히 멸망하지 아니할 것이요 또 그들을 내 손에서 빼앗을 자가 </w:t>
      </w:r>
      <w:proofErr w:type="spellStart"/>
      <w:r>
        <w:rPr>
          <w:b/>
          <w:sz w:val="20"/>
          <w:lang w:eastAsia="ko-KR"/>
        </w:rPr>
        <w:t>없느니라</w:t>
      </w:r>
      <w:proofErr w:type="spellEnd"/>
      <w:r>
        <w:rPr>
          <w:b/>
          <w:sz w:val="20"/>
          <w:lang w:eastAsia="ko-KR"/>
        </w:rPr>
        <w:t>.”(요 10:28)</w:t>
      </w:r>
    </w:p>
    <w:p w14:paraId="04642FB8" w14:textId="425CDB21" w:rsidR="007A3A30" w:rsidRDefault="00000000">
      <w:pPr>
        <w:spacing w:after="70" w:line="293" w:lineRule="auto"/>
        <w:ind w:firstLine="397"/>
        <w:jc w:val="both"/>
        <w:rPr>
          <w:rFonts w:hint="eastAsia"/>
          <w:lang w:eastAsia="ko-KR"/>
        </w:rPr>
      </w:pPr>
      <w:r>
        <w:rPr>
          <w:lang w:eastAsia="ko-KR"/>
        </w:rPr>
        <w:t xml:space="preserve">예수님은 자기 양에게 영생을 주시고 아무도 그들을 그 손에서 빼앗을 수 없다고 말씀하십니다. 그러므로 우리는 불확실한 미래 때문에 모든 것을 통제하려 하지 않아도 됩니다. 학생은 성실히 공부하고, 취업을 준비하는 사람은 최선을 다해 지원하며, 성인은 가정과 직장에서 책임을 다해야 합니다. 그러나 결과와 사람들의 반응, 미래의 모든 상황까지 통제할 수는 없습니다. 내가 해야 할 일을 </w:t>
      </w:r>
      <w:r w:rsidR="00031198">
        <w:rPr>
          <w:rFonts w:hint="eastAsia"/>
          <w:lang w:eastAsia="ko-KR"/>
        </w:rPr>
        <w:t>매순간 주님을 의지하면서 감당하고 그 결과도 선한</w:t>
      </w:r>
      <w:r>
        <w:rPr>
          <w:lang w:eastAsia="ko-KR"/>
        </w:rPr>
        <w:t xml:space="preserve"> 목자</w:t>
      </w:r>
      <w:r w:rsidR="00031198">
        <w:rPr>
          <w:rFonts w:hint="eastAsia"/>
          <w:lang w:eastAsia="ko-KR"/>
        </w:rPr>
        <w:t xml:space="preserve"> 예수님의 </w:t>
      </w:r>
      <w:r>
        <w:rPr>
          <w:lang w:eastAsia="ko-KR"/>
        </w:rPr>
        <w:t xml:space="preserve"> 손에 맡기는 것이 믿음입니다.</w:t>
      </w:r>
      <w:r w:rsidR="00251824">
        <w:rPr>
          <w:rFonts w:hint="eastAsia"/>
          <w:lang w:eastAsia="ko-KR"/>
        </w:rPr>
        <w:t xml:space="preserve"> 나는 주님의 것입니다 주님이 나를 사셨습니다. 주님의 영광과 뜻을 이루는 통로가 도기 위해 나를 사신 것입니다. 주님은 매일 우리 영적 전쟁에서 도적과 강도에게 우리의 소중한 시</w:t>
      </w:r>
      <w:r w:rsidR="006D51F9">
        <w:rPr>
          <w:rFonts w:hint="eastAsia"/>
          <w:lang w:val="en-AU" w:eastAsia="ko-KR"/>
        </w:rPr>
        <w:t xml:space="preserve">간과 </w:t>
      </w:r>
      <w:r w:rsidR="00251824">
        <w:rPr>
          <w:rFonts w:hint="eastAsia"/>
          <w:lang w:eastAsia="ko-KR"/>
        </w:rPr>
        <w:t>마음을 빼앗기지 않</w:t>
      </w:r>
      <w:r w:rsidR="006D51F9">
        <w:rPr>
          <w:rFonts w:hint="eastAsia"/>
          <w:lang w:eastAsia="ko-KR"/>
        </w:rPr>
        <w:t>게</w:t>
      </w:r>
      <w:r w:rsidR="00251824">
        <w:rPr>
          <w:rFonts w:hint="eastAsia"/>
          <w:lang w:eastAsia="ko-KR"/>
        </w:rPr>
        <w:t xml:space="preserve"> 지켜</w:t>
      </w:r>
      <w:r w:rsidR="007F1A63">
        <w:rPr>
          <w:rFonts w:hint="eastAsia"/>
          <w:lang w:eastAsia="ko-KR"/>
        </w:rPr>
        <w:t xml:space="preserve"> </w:t>
      </w:r>
      <w:r w:rsidR="00251824">
        <w:rPr>
          <w:rFonts w:hint="eastAsia"/>
          <w:lang w:eastAsia="ko-KR"/>
        </w:rPr>
        <w:t xml:space="preserve">주십니다. 우리의 시선을 돌려서 주님을 바라봅시다. 주님을 실재로 의지합시다. 유혹이 올해 주님을 찬양하며 말씀을 묵상하며 주님께 나아가는 것입니다. 곧 주님의  </w:t>
      </w:r>
      <w:proofErr w:type="spellStart"/>
      <w:r w:rsidR="00251824">
        <w:rPr>
          <w:rFonts w:hint="eastAsia"/>
          <w:lang w:eastAsia="ko-KR"/>
        </w:rPr>
        <w:t>임재함</w:t>
      </w:r>
      <w:proofErr w:type="spellEnd"/>
      <w:r w:rsidR="007F1A63">
        <w:rPr>
          <w:rFonts w:hint="eastAsia"/>
          <w:lang w:eastAsia="ko-KR"/>
        </w:rPr>
        <w:t xml:space="preserve"> </w:t>
      </w:r>
      <w:r w:rsidR="00251824">
        <w:rPr>
          <w:rFonts w:hint="eastAsia"/>
          <w:lang w:eastAsia="ko-KR"/>
        </w:rPr>
        <w:t xml:space="preserve">속으로 들어갈 것입니다. </w:t>
      </w:r>
    </w:p>
    <w:p w14:paraId="1287567A" w14:textId="511B4F92" w:rsidR="007A3A30" w:rsidRDefault="00000000">
      <w:pPr>
        <w:spacing w:before="80" w:after="80" w:line="293" w:lineRule="auto"/>
        <w:ind w:left="227" w:right="113"/>
        <w:jc w:val="both"/>
        <w:rPr>
          <w:rFonts w:hint="eastAsia"/>
          <w:lang w:eastAsia="ko-KR"/>
        </w:rPr>
      </w:pPr>
      <w:r>
        <w:rPr>
          <w:rFonts w:ascii="NanumGothic" w:eastAsia="NanumGothic" w:hAnsi="NanumGothic"/>
          <w:b/>
          <w:lang w:eastAsia="ko-KR"/>
        </w:rPr>
        <w:t xml:space="preserve">실제 적용:  </w:t>
      </w:r>
      <w:r>
        <w:rPr>
          <w:lang w:eastAsia="ko-KR"/>
        </w:rPr>
        <w:t>하루의 첫 음성을 바꾸어 보십시오. 아침에 휴대전화를 보기 전에 10분이라도 말씀을 읽고, “오늘 내가 믿어야 할 한 가지와 순종해야 할 한 가지”</w:t>
      </w:r>
      <w:proofErr w:type="spellStart"/>
      <w:r>
        <w:rPr>
          <w:lang w:eastAsia="ko-KR"/>
        </w:rPr>
        <w:t>를</w:t>
      </w:r>
      <w:proofErr w:type="spellEnd"/>
      <w:r>
        <w:rPr>
          <w:lang w:eastAsia="ko-KR"/>
        </w:rPr>
        <w:t xml:space="preserve"> 적으십시오. 나를 비교하게 하고 욕망을 자극하는 계정이나 영상은 줄이고, 중요한 결정은 성경 말씀과 기도, 성숙한 </w:t>
      </w:r>
      <w:r w:rsidR="00251824">
        <w:rPr>
          <w:rFonts w:hint="eastAsia"/>
          <w:lang w:eastAsia="ko-KR"/>
        </w:rPr>
        <w:t xml:space="preserve">목장 </w:t>
      </w:r>
      <w:r>
        <w:rPr>
          <w:lang w:eastAsia="ko-KR"/>
        </w:rPr>
        <w:t xml:space="preserve">동체의 조언을 통해 분별하십시오. 그리고 </w:t>
      </w:r>
      <w:r w:rsidR="00251824">
        <w:rPr>
          <w:rFonts w:hint="eastAsia"/>
          <w:lang w:eastAsia="ko-KR"/>
        </w:rPr>
        <w:t xml:space="preserve">확신해야 합니다. 주님은 우리 손을 잡고 있습니다. 주님은 매일의 영적 전쟁에서 우리를 이기게 하십니다. 이 주님의 손을 놓지 말고 의지할 때 분명히 이깁니다. 그래서 매일 </w:t>
      </w:r>
      <w:r>
        <w:rPr>
          <w:lang w:eastAsia="ko-KR"/>
        </w:rPr>
        <w:t>말씀을 들</w:t>
      </w:r>
      <w:r w:rsidR="00251824">
        <w:rPr>
          <w:rFonts w:hint="eastAsia"/>
          <w:lang w:eastAsia="ko-KR"/>
        </w:rPr>
        <w:t>고 한가지씩</w:t>
      </w:r>
      <w:r>
        <w:rPr>
          <w:lang w:eastAsia="ko-KR"/>
        </w:rPr>
        <w:t xml:space="preserve"> 행동으로 옮기십시오. 사과해야 할 사람에게 연락하고, 용서하고, 정직하게 보고하며, 외로운 사람에게 먼저 다가가는 작은 순종이 목자의 음성을 따라가는 삶입니다.</w:t>
      </w:r>
      <w:r w:rsidR="00251824">
        <w:rPr>
          <w:rFonts w:hint="eastAsia"/>
          <w:lang w:eastAsia="ko-KR"/>
        </w:rPr>
        <w:t xml:space="preserve"> 그리고 무엇보다 마음에 사랑으로 다가가야 합니다. </w:t>
      </w:r>
    </w:p>
    <w:p w14:paraId="6D0D355F" w14:textId="77777777" w:rsidR="007A3A30" w:rsidRDefault="00000000">
      <w:pPr>
        <w:keepNext/>
        <w:spacing w:before="200" w:after="100"/>
        <w:rPr>
          <w:lang w:eastAsia="ko-KR"/>
        </w:rPr>
      </w:pPr>
      <w:r>
        <w:rPr>
          <w:rFonts w:ascii="NanumGothic" w:eastAsia="NanumGothic" w:hAnsi="NanumGothic"/>
          <w:b/>
          <w:sz w:val="27"/>
          <w:lang w:eastAsia="ko-KR"/>
        </w:rPr>
        <w:t>결론</w:t>
      </w:r>
    </w:p>
    <w:p w14:paraId="2EC5806A" w14:textId="669C68E0" w:rsidR="007A3A30" w:rsidRDefault="00000000">
      <w:pPr>
        <w:spacing w:after="70" w:line="293" w:lineRule="auto"/>
        <w:ind w:firstLine="397"/>
        <w:jc w:val="both"/>
        <w:rPr>
          <w:lang w:eastAsia="ko-KR"/>
        </w:rPr>
      </w:pPr>
      <w:r>
        <w:rPr>
          <w:lang w:eastAsia="ko-KR"/>
        </w:rPr>
        <w:t>사랑하는 성도 여러분, 요한복음 10장은 세 가지를 분명히 가르쳐 줍니다. 예수님은 우리를 생명으로 인도하는 유일한 문이십니다. 예수님은 우리를 위해 목숨을 버리신 선한 목자이십니다. 그리고 예수님의 양은 그분의 음성을 듣고 따라갑니다. 그러므로 우리는 성공과 돈과 사람들의 인정을 구원의 문으로 삼지 말아야 합니다.</w:t>
      </w:r>
      <w:r w:rsidR="00251824">
        <w:rPr>
          <w:rFonts w:hint="eastAsia"/>
          <w:lang w:eastAsia="ko-KR"/>
        </w:rPr>
        <w:t xml:space="preserve"> </w:t>
      </w:r>
      <w:r>
        <w:rPr>
          <w:lang w:eastAsia="ko-KR"/>
        </w:rPr>
        <w:t>나를 위해 생명을 주신 예수님의 사랑 안에서 자신의 가치를 발견해야 합니다. 또한 세상의 수많은 음성보다 말씀을 가까이하고, 들은 말씀에 순종해야 합니다.</w:t>
      </w:r>
    </w:p>
    <w:p w14:paraId="69DC2292" w14:textId="77777777" w:rsidR="007A3A30" w:rsidRDefault="00000000">
      <w:pPr>
        <w:spacing w:after="70" w:line="293" w:lineRule="auto"/>
        <w:ind w:firstLine="397"/>
        <w:jc w:val="both"/>
        <w:rPr>
          <w:lang w:eastAsia="ko-KR"/>
        </w:rPr>
      </w:pPr>
      <w:r>
        <w:rPr>
          <w:lang w:eastAsia="ko-KR"/>
        </w:rPr>
        <w:t xml:space="preserve">오늘 자신에게 세 가지를 물어보십시오. “나는 지금 어떤 문으로 행복을 얻으려 하는가? 나는 누구를 나의 목자로 믿고 있는가? 지금 나의 선택을 이끄는 음성은 누구의 음성인가?” 우리의 손은 약하고 미래는 알 수 없지만, 선한 </w:t>
      </w:r>
      <w:proofErr w:type="spellStart"/>
      <w:r>
        <w:rPr>
          <w:lang w:eastAsia="ko-KR"/>
        </w:rPr>
        <w:t>목자이신</w:t>
      </w:r>
      <w:proofErr w:type="spellEnd"/>
      <w:r>
        <w:rPr>
          <w:lang w:eastAsia="ko-KR"/>
        </w:rPr>
        <w:t xml:space="preserve"> 예수님의 손은 강합니다. 우리가 때로 길을 잃고 넘어질 때에도 주님은 우리를 아시고 다시 부르시며 끝까지 붙들어 주십니다. 그러므로 예수님을 나의 문과 목자로 인정하고, 오늘 한 걸음이라도 그분의 음성을 따라 살아가기를 바랍니다.</w:t>
      </w:r>
    </w:p>
    <w:p w14:paraId="2116595E" w14:textId="19704101" w:rsidR="007A3A30" w:rsidRPr="00251824" w:rsidRDefault="007A3A30">
      <w:pPr>
        <w:spacing w:after="70" w:line="293" w:lineRule="auto"/>
        <w:jc w:val="both"/>
        <w:rPr>
          <w:rFonts w:hint="eastAsia"/>
          <w:lang w:val="en-AU" w:eastAsia="ko-KR"/>
        </w:rPr>
      </w:pPr>
    </w:p>
    <w:sectPr w:rsidR="007A3A30" w:rsidRPr="00251824" w:rsidSect="00034616">
      <w:footerReference w:type="default" r:id="rId10"/>
      <w:pgSz w:w="11906" w:h="16838"/>
      <w:pgMar w:top="964" w:right="1134" w:bottom="96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7037CA9" w14:textId="77777777" w:rsidR="00A51C34" w:rsidRDefault="00A51C34">
      <w:pPr>
        <w:spacing w:after="0" w:line="240" w:lineRule="auto"/>
      </w:pPr>
      <w:r>
        <w:separator/>
      </w:r>
    </w:p>
  </w:endnote>
  <w:endnote w:type="continuationSeparator" w:id="0">
    <w:p w14:paraId="7971F568" w14:textId="77777777" w:rsidR="00A51C34" w:rsidRDefault="00A51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NanumMyeongjo">
    <w:panose1 w:val="02020603020101020101"/>
    <w:charset w:val="81"/>
    <w:family w:val="auto"/>
    <w:pitch w:val="variable"/>
    <w:sig w:usb0="800002A7" w:usb1="09D7FCFB" w:usb2="00000010" w:usb3="00000000" w:csb0="0028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NanumGothic">
    <w:panose1 w:val="020D0604000000000000"/>
    <w:charset w:val="81"/>
    <w:family w:val="auto"/>
    <w:pitch w:val="variable"/>
    <w:sig w:usb0="900002A7" w:usb1="29D7FCFB" w:usb2="00000010" w:usb3="00000000" w:csb0="00280001" w:csb1="00000000"/>
  </w:font>
  <w:font w:name="굴림,seoul,helvetica">
    <w:altName w:val="Gulim"/>
    <w:panose1 w:val="020B0604020202020204"/>
    <w:charset w:val="80"/>
    <w:family w:val="roman"/>
    <w:notTrueType/>
    <w:pitch w:val="default"/>
    <w:sig w:usb0="00002A87" w:usb1="08070000" w:usb2="00000010" w:usb3="00000000" w:csb0="0002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0823F7" w14:textId="77777777" w:rsidR="007A3A30" w:rsidRDefault="00000000">
    <w:pPr>
      <w:pStyle w:val="Footer"/>
      <w:jc w:val="center"/>
    </w:pPr>
    <w:r>
      <w:rPr>
        <w:sz w:val="18"/>
      </w:rPr>
      <w:fldChar w:fldCharType="begin"/>
    </w:r>
    <w:r>
      <w:rPr>
        <w:sz w:val="18"/>
      </w:rPr>
      <w:instrText xml:space="preserve"> PAGE </w:instrText>
    </w:r>
    <w:r w:rsidR="007C4231">
      <w:rPr>
        <w:sz w:val="18"/>
      </w:rPr>
      <w:fldChar w:fldCharType="separate"/>
    </w:r>
    <w:r w:rsidR="007C4231">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0FFBA6" w14:textId="77777777" w:rsidR="00A51C34" w:rsidRDefault="00A51C34">
      <w:pPr>
        <w:spacing w:after="0" w:line="240" w:lineRule="auto"/>
      </w:pPr>
      <w:r>
        <w:separator/>
      </w:r>
    </w:p>
  </w:footnote>
  <w:footnote w:type="continuationSeparator" w:id="0">
    <w:p w14:paraId="26FBE517" w14:textId="77777777" w:rsidR="00A51C34" w:rsidRDefault="00A51C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55770745">
    <w:abstractNumId w:val="8"/>
  </w:num>
  <w:num w:numId="2" w16cid:durableId="711000937">
    <w:abstractNumId w:val="6"/>
  </w:num>
  <w:num w:numId="3" w16cid:durableId="1047485487">
    <w:abstractNumId w:val="5"/>
  </w:num>
  <w:num w:numId="4" w16cid:durableId="1276711358">
    <w:abstractNumId w:val="4"/>
  </w:num>
  <w:num w:numId="5" w16cid:durableId="1879050821">
    <w:abstractNumId w:val="7"/>
  </w:num>
  <w:num w:numId="6" w16cid:durableId="903219780">
    <w:abstractNumId w:val="3"/>
  </w:num>
  <w:num w:numId="7" w16cid:durableId="1153180376">
    <w:abstractNumId w:val="2"/>
  </w:num>
  <w:num w:numId="8" w16cid:durableId="1008482973">
    <w:abstractNumId w:val="1"/>
  </w:num>
  <w:num w:numId="9" w16cid:durableId="153619632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198"/>
    <w:rsid w:val="00034616"/>
    <w:rsid w:val="0006063C"/>
    <w:rsid w:val="00107F4D"/>
    <w:rsid w:val="0015074B"/>
    <w:rsid w:val="00197447"/>
    <w:rsid w:val="00251824"/>
    <w:rsid w:val="00280A50"/>
    <w:rsid w:val="0029639D"/>
    <w:rsid w:val="00326F90"/>
    <w:rsid w:val="006D51F9"/>
    <w:rsid w:val="00704EB3"/>
    <w:rsid w:val="007763BC"/>
    <w:rsid w:val="007A3A30"/>
    <w:rsid w:val="007C4231"/>
    <w:rsid w:val="007F1A63"/>
    <w:rsid w:val="00A51C34"/>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86B9FB"/>
  <w14:defaultImageDpi w14:val="300"/>
  <w15:docId w15:val="{99ABABE5-99F3-9E46-A094-4105CE1F8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NanumMyeongjo" w:eastAsia="NanumMyeongjo" w:hAnsi="NanumMyeongjo"/>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31198"/>
    <w:rPr>
      <w:color w:val="0000FF"/>
      <w:u w:val="single"/>
    </w:rPr>
  </w:style>
  <w:style w:type="paragraph" w:customStyle="1" w:styleId="isselectedend">
    <w:name w:val="isselectedend"/>
    <w:basedOn w:val="Normal"/>
    <w:rsid w:val="00107F4D"/>
    <w:pPr>
      <w:spacing w:before="100" w:beforeAutospacing="1" w:after="100" w:afterAutospacing="1" w:line="240" w:lineRule="auto"/>
    </w:pPr>
    <w:rPr>
      <w:rFonts w:ascii="Times New Roman" w:eastAsia="Times New Roman" w:hAnsi="Times New Roman" w:cs="Times New Roman"/>
      <w:sz w:val="24"/>
      <w:szCs w:val="24"/>
      <w:lang w:val="en-AU" w:eastAsia="ja-JP"/>
    </w:rPr>
  </w:style>
  <w:style w:type="paragraph" w:styleId="NormalWeb">
    <w:name w:val="Normal (Web)"/>
    <w:basedOn w:val="Normal"/>
    <w:uiPriority w:val="99"/>
    <w:semiHidden/>
    <w:unhideWhenUsed/>
    <w:rsid w:val="00107F4D"/>
    <w:pPr>
      <w:spacing w:before="100" w:beforeAutospacing="1" w:after="100" w:afterAutospacing="1" w:line="240" w:lineRule="auto"/>
    </w:pPr>
    <w:rPr>
      <w:rFonts w:ascii="Times New Roman" w:eastAsia="Times New Roman" w:hAnsi="Times New Roman" w:cs="Times New Roman"/>
      <w:sz w:val="24"/>
      <w:szCs w:val="24"/>
      <w:lang w:val="en-AU" w:eastAsia="ja-JP"/>
    </w:rPr>
  </w:style>
  <w:style w:type="character" w:styleId="UnresolvedMention">
    <w:name w:val="Unresolved Mention"/>
    <w:basedOn w:val="DefaultParagraphFont"/>
    <w:uiPriority w:val="99"/>
    <w:semiHidden/>
    <w:unhideWhenUsed/>
    <w:rsid w:val="00704E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1fk6ftFWW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javascript:openDict('2614',%20'%EC%96%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1044</Words>
  <Characters>5956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선한 목자 되신 예수님 - 요한복음 10장 설교</vt:lpstr>
    </vt:vector>
  </TitlesOfParts>
  <Manager/>
  <Company/>
  <LinksUpToDate>false</LinksUpToDate>
  <CharactersWithSpaces>6987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선한 목자 되신 예수님 - 요한복음 10장 설교</dc:title>
  <dc:subject>중복을 줄이고 대학생과 성인 적용을 보완한 설교문</dc:subject>
  <dc:creator>Dong Bae Lee</dc:creator>
  <cp:keywords/>
  <dc:description>generated by python-docx</dc:description>
  <cp:lastModifiedBy>Isaac Lee</cp:lastModifiedBy>
  <cp:revision>4</cp:revision>
  <dcterms:created xsi:type="dcterms:W3CDTF">2026-07-11T23:52:00Z</dcterms:created>
  <dcterms:modified xsi:type="dcterms:W3CDTF">2026-07-12T00:13:00Z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2026-07-11T23:52:20Z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6ec90747-eedf-4cbb-aa0e-3b2e9417cd3c</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