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8BCC3E1" w14:textId="77777777" w:rsidR="000851F3" w:rsidRDefault="00000000">
      <w:pPr>
        <w:pStyle w:val="SermonTitle"/>
        <w:jc w:val="center"/>
      </w:pPr>
      <w:r>
        <w:t>Jesus, Our Good Shepherd</w:t>
      </w:r>
    </w:p>
    <w:p w14:paraId="2CB382E1" w14:textId="77777777" w:rsidR="000851F3" w:rsidRDefault="00000000">
      <w:pPr>
        <w:jc w:val="center"/>
      </w:pPr>
      <w:r>
        <w:rPr>
          <w:b/>
          <w:sz w:val="24"/>
        </w:rPr>
        <w:t>Text: John 10:1–42</w:t>
      </w:r>
    </w:p>
    <w:p w14:paraId="7DB0BA0A" w14:textId="77777777" w:rsidR="000851F3" w:rsidRDefault="00000000">
      <w:pPr>
        <w:pStyle w:val="SectionHeading"/>
      </w:pPr>
      <w:r>
        <w:t>Introduction</w:t>
      </w:r>
    </w:p>
    <w:p w14:paraId="7FDE1CB2" w14:textId="61415130" w:rsidR="000851F3" w:rsidRDefault="00000000">
      <w:r>
        <w:t xml:space="preserve">Every day, we stand in front of many doors and hear many voices. University students worry about their major, grades, future career, and getting a job. People at work worry about performance and promotion. Those with families worry about their home, </w:t>
      </w:r>
      <w:r w:rsidR="00054129">
        <w:rPr>
          <w:rFonts w:ascii="Malgun Gothic" w:eastAsia="Malgun Gothic" w:hAnsi="Malgun Gothic" w:cs="Malgun Gothic"/>
          <w:lang w:val="en-AU" w:eastAsia="ko-KR"/>
        </w:rPr>
        <w:t xml:space="preserve">parents, </w:t>
      </w:r>
      <w:r>
        <w:t>children, and finances. The world tells us that good grades, a secure job, more money, and the approval of others will make us happy. But even after we go through those doors, anxiety and emptiness often remain. We become tired because the world keeps asking for more achievement and more possessions.</w:t>
      </w:r>
    </w:p>
    <w:p w14:paraId="06FFDDAA" w14:textId="77777777" w:rsidR="000851F3" w:rsidRDefault="00000000">
      <w:r>
        <w:t>In John 10, Jesus clearly tells us whom we should follow. Jesus is the gate that leads us into life. He is the Good Shepherd who gave his life for the sheep. He knows his sheep, calls them by name, and goes ahead of them. Through today’s message, let us ask ourselves: Which door am I trying to enter? Whom do I trust as my shepherd? Whose voice am I following?</w:t>
      </w:r>
    </w:p>
    <w:p w14:paraId="20E7861F" w14:textId="77777777" w:rsidR="000851F3" w:rsidRDefault="00000000">
      <w:pPr>
        <w:pStyle w:val="SectionHeading"/>
      </w:pPr>
      <w:r>
        <w:t>1. Jesus Is the Only Gate That Leads to Life (John 10:9–10)</w:t>
      </w:r>
    </w:p>
    <w:p w14:paraId="6D11120D" w14:textId="77777777" w:rsidR="000851F3" w:rsidRDefault="00000000">
      <w:pPr>
        <w:pStyle w:val="ScriptureQuote"/>
      </w:pPr>
      <w:r>
        <w:t>“I am the gate. Whoever enters through me will be saved. They will come in and go out, and they will find pasture.” (John 10:9)</w:t>
      </w:r>
    </w:p>
    <w:p w14:paraId="42EE5ECE" w14:textId="2EB5922C" w:rsidR="000851F3" w:rsidRDefault="00000000">
      <w:r>
        <w:t>In verse 9, Jesus says that he is “the gate.” Jesus is the gate through whom we come to God. He is also the one who gives us true life, joy, and satisfaction. That is why Jesus says in verse 10, “I have come that they may have life, and have it more fully.” A</w:t>
      </w:r>
      <w:r w:rsidR="00054129">
        <w:t>bundant</w:t>
      </w:r>
      <w:r>
        <w:t xml:space="preserve"> life does not mean that everything will go well or that we will have no problems. It means knowing God, living in fellowship with him, and allowing God’s life and rule to be seen in our thoughts, words, and relationships.</w:t>
      </w:r>
    </w:p>
    <w:p w14:paraId="4DB7D5D5" w14:textId="77777777" w:rsidR="000851F3" w:rsidRDefault="00000000">
      <w:r>
        <w:t>To be saved means to be rescued from great danger and destruction. What are we saved from? In verses 8 and 10, Jesus speaks about thieves and robbers. They may look as if they care for the sheep, but their real purpose is to steal, kill, and destroy. Even today, many things promise life and satisfaction but slowly take life away from us. Money, consumerism, and the desire for pleasure through media can become our masters. Then they steal our valuable time and our hearts, and we lose the purpose and direction of life. When we believe that these things will give us real joy and satisfaction, our lives are slowly robbed. But when we enter the way Jesus leads, remain close to him, listen to his voice, and follow him, we experience his saving work in our daily lives.</w:t>
      </w:r>
    </w:p>
    <w:p w14:paraId="209333C8" w14:textId="77777777" w:rsidR="000851F3" w:rsidRDefault="00000000">
      <w:r>
        <w:t>At school or at work, we may try to prove our value through achievement. But our true value does not come from our results. As we follow Jesus’ words, he frees us from comparison, pressure, the desire to own more, the control of pleasure, and the love of money. We may also worry about the future, health, children, or old age. But when we trust Jesus as our Good Shepherd, anxiety no longer has to control us. We also need to be saved from sin, addiction, selfishness, and an isolated life. Jesus forgives us, leads us into a new life, and brings us into the church community. The church is a precious community that Jesus bought with his own blood. In that community, we love one another, serve one another, and grow in faith together.</w:t>
      </w:r>
    </w:p>
    <w:p w14:paraId="4A364C9B" w14:textId="77777777" w:rsidR="000851F3" w:rsidRDefault="00000000">
      <w:r>
        <w:lastRenderedPageBreak/>
        <w:t>Entering through Jesus does not simply mean attending church or having Christian knowledge. It means accepting Jesus as the Lord of my life and living under his Word and guidance. Then we move out from under the control of Satan and sinful desires and come under God’s good rule. We enjoy the freedom and safety of going in and coming out and finding pasture. This does not mean that every real-life problem will disappear at once. It means that those problems will no longer be the master of our lives.</w:t>
      </w:r>
    </w:p>
    <w:p w14:paraId="2025C50E" w14:textId="77777777" w:rsidR="000851F3" w:rsidRDefault="00000000">
      <w:r>
        <w:t>The people of Israel knew the stories of the Exodus and the conquest of Canaan. However, during the time of the Judges, they did not know God personally. They worshipped idols and lived as if God had nothing to do with them. As a result, they followed the idols and desires of Canaan and could not enjoy the full life God wanted to give them. We may also know the Bible but still follow the values of the world when we make real choices. Knowing God is not only having information about him. It is trusting and obeying him in everyday life.</w:t>
      </w:r>
    </w:p>
    <w:p w14:paraId="64056F65" w14:textId="77777777" w:rsidR="000851F3" w:rsidRDefault="00000000">
      <w:pPr>
        <w:pStyle w:val="Application"/>
      </w:pPr>
      <w:r>
        <w:rPr>
          <w:b/>
        </w:rPr>
        <w:t xml:space="preserve">Practical application: </w:t>
      </w:r>
      <w:r>
        <w:t>Write down the one thing that makes you think, “If I can only get this, I will be happy and safe.” Which door do you enter again and again each day? Has money, dating, marriage, permanent residency, health, or the success of your family begun to take the place of Jesus? When you make an important decision, ask, “Will this choice bring me closer to Jesus?” Bringing your daily schedule, spending, career, and relationships to Jesus is a practical way of entering through him.</w:t>
      </w:r>
    </w:p>
    <w:p w14:paraId="3F8F5035" w14:textId="77777777" w:rsidR="000851F3" w:rsidRDefault="00000000">
      <w:pPr>
        <w:pStyle w:val="SectionHeading"/>
      </w:pPr>
      <w:r>
        <w:t>2. Jesus Is the Good Shepherd Who Gave His Life for the Sheep (John 10:11–18)</w:t>
      </w:r>
    </w:p>
    <w:p w14:paraId="7804C4E9" w14:textId="77777777" w:rsidR="000851F3" w:rsidRDefault="00000000">
      <w:pPr>
        <w:pStyle w:val="ScriptureQuote"/>
      </w:pPr>
      <w:r>
        <w:t>“I am the good shepherd. The good shepherd lays down his life for the sheep.” (John 10:11)</w:t>
      </w:r>
    </w:p>
    <w:p w14:paraId="6A031FAB" w14:textId="77777777" w:rsidR="000851F3" w:rsidRDefault="00000000">
      <w:r>
        <w:t>As Isaiah 53:6 says, sheep easily go their own way. They cannot see far ahead. They have a weak sense of direction and little power to protect themselves. So sheep need the protection and guidance of a shepherd in order to live. Human beings are also like this. We cannot see even one day into the future. We do not know what will happen tomorrow, and we often judge wrongly what will help us and what will harm us. Desires and temptations that can destroy us may look attractive, and we may easily open our hearts to them.</w:t>
      </w:r>
    </w:p>
    <w:p w14:paraId="14E2DB16" w14:textId="77777777" w:rsidR="000851F3" w:rsidRDefault="00000000">
      <w:r>
        <w:t>Jesus came to us as the Good Shepherd. A hired worker runs away and leaves the sheep when danger comes. But Jesus freely gave his life to save the sheep. He carried all our sins, died on the cross, and rose again. There is no greater proof of love than this: the Creator God did not hold back his own life but gave it to save sinners like us. Jesus does not use us for his own benefit. He gives himself to bring us life.</w:t>
      </w:r>
    </w:p>
    <w:p w14:paraId="5DFB870C" w14:textId="77777777" w:rsidR="000851F3" w:rsidRDefault="00000000">
      <w:r>
        <w:t>The world often measures our value by our grades, job, income, appearance, and achievements. So we try to prove that we are valuable by producing good results. But Jesus did not love us because we were successful. He knew all our weakness and sin, yet he gave his life for us. Therefore, failing an exam or not getting a job does not mean that I am a failure as a person. Other people’s judgement is not our final name. Our deepest identity is that we are known and loved by the Good Shepherd and are children of God, loved so much that Jesus gave his life for us.</w:t>
      </w:r>
    </w:p>
    <w:p w14:paraId="1578D012" w14:textId="77777777" w:rsidR="000851F3" w:rsidRDefault="00000000">
      <w:r>
        <w:t xml:space="preserve">If Jesus bought us at a great price, then our bodies, time, and money are not only for our own pleasure. Paul says, “You are not your own; you were bought at a price.” This is not oppression. It is good news that we have been rescued from thieves and robbers who destroy us, and now we belong to the Lord who loves us. A person who belongs to Jesus does not treat the body </w:t>
      </w:r>
      <w:r>
        <w:lastRenderedPageBreak/>
        <w:t>carelessly. We do not treat addiction, sexual sin, or selfishness as small matters. We try to use our time, talents, body, and money according to the Lord’s will.</w:t>
      </w:r>
    </w:p>
    <w:p w14:paraId="56D30DEA" w14:textId="77777777" w:rsidR="000851F3" w:rsidRDefault="00000000">
      <w:r>
        <w:t>David was chased by enemies and walked through the darkest valley, but he still said, “The Lord is my shepherd; I lack nothing.” He did not say this because his life had no problems. He said it because God was his Shepherd and was with him. We also face health problems, financial difficulties, unanswered prayers, and an uncertain future. But when we believe that Jesus, who gave his life for us, is our Shepherd, we can have peace and confidence that we have not been abandoned, even in the middle of trouble.</w:t>
      </w:r>
    </w:p>
    <w:p w14:paraId="79C9BFDE" w14:textId="77777777" w:rsidR="000851F3" w:rsidRDefault="00000000">
      <w:pPr>
        <w:pStyle w:val="Application"/>
      </w:pPr>
      <w:r>
        <w:rPr>
          <w:b/>
        </w:rPr>
        <w:t xml:space="preserve">Practical application: </w:t>
      </w:r>
      <w:r>
        <w:t>Do not hide your failure or weakness and try to endure everything alone. Pray honestly: “Lord, I want people to recognise me because of my achievements. I am afraid of the future. This temptation is hard for me to overcome.” Share your struggle honestly in your Mokjang, or small group, and ask for help and prayer. God often cares for us through his people. Also look at your weekly schedule and spending and ask whether they show that you belong to Jesus. If you are a student, choose honesty and faithfulness in assignments and exams. If you are working or running a business, choose truth and justice even when it may cost you something. These are practical ways to trust the Good Shepherd.</w:t>
      </w:r>
    </w:p>
    <w:p w14:paraId="4BD29D23" w14:textId="77777777" w:rsidR="000851F3" w:rsidRDefault="00000000">
      <w:pPr>
        <w:pStyle w:val="SectionHeading"/>
      </w:pPr>
      <w:r>
        <w:t>3. Jesus’ Sheep Listen to His Voice and Follow Him (John 10:27–29)</w:t>
      </w:r>
    </w:p>
    <w:p w14:paraId="69E31A5C" w14:textId="77777777" w:rsidR="000851F3" w:rsidRDefault="00000000">
      <w:pPr>
        <w:pStyle w:val="ScriptureQuote"/>
      </w:pPr>
      <w:r>
        <w:t>“My sheep listen to my voice. I know them, and they follow me.” (John 10:27)</w:t>
      </w:r>
    </w:p>
    <w:p w14:paraId="487722AC" w14:textId="77777777" w:rsidR="000851F3" w:rsidRDefault="00000000">
      <w:r>
        <w:t>Sheep live by recognising the shepherd’s voice and following him. The Christian life is the same. Listening to Jesus does not end with hearing many sermons or learning much Bible knowledge. It means believing the Word of God and obeying it in real life. Jesus did not only say, “My sheep listen to my voice.” He also said, “They follow me.”</w:t>
      </w:r>
    </w:p>
    <w:p w14:paraId="1D7A05DD" w14:textId="77777777" w:rsidR="000851F3" w:rsidRDefault="00000000">
      <w:r>
        <w:t xml:space="preserve">Today, we often spend much more time listening to YouTube, news, advertising, and other people’s opinions than listening to God’s Word. The more often we hear these messages, the more deeply they enter our hearts and influence us. Then we naturally begin to live for what the world says is important. The world says, “Live only for yourself,” “You need more possessions to be safe,” “Just enjoy yourself,” and “No one will take care of you.” But Jesus tells us to deny ourselves, take up our cross, and follow him. He tells us that life does not depend on having many possessions, and he promises that he will never leave us. </w:t>
      </w:r>
      <w:hyperlink r:id="rId8">
        <w:r>
          <w:rPr>
            <w:color w:val="0563C1"/>
            <w:u w:val="single"/>
          </w:rPr>
          <w:t>Video example: College Students Get Phones Back After Addiction Experiment</w:t>
        </w:r>
      </w:hyperlink>
    </w:p>
    <w:p w14:paraId="6D3FBFE8" w14:textId="77777777" w:rsidR="000851F3" w:rsidRDefault="00000000">
      <w:r>
        <w:t>Often, the problem is not that we have never heard God’s Word. We hear it, but we trust our own thoughts, the values of the world, and our desires more than we trust God. When we are not close to God, his Word remains only in our heads. When obedience may bring sacrifice or loss, we choose the way of the world. But following the Shepherd’s voice means denying ourselves and choosing the Lord’s will even when it costs us something. It means being honest even when honesty may bring a loss. It means serving others instead of always choosing our own comfort. When temptation comes, ask God for help at that moment. Send a message to your small group and ask them to pray. Even when we do not understand the situation, we can trust the Lord who loves us and leads us.</w:t>
      </w:r>
    </w:p>
    <w:p w14:paraId="41B21234" w14:textId="77777777" w:rsidR="000851F3" w:rsidRDefault="00000000">
      <w:r>
        <w:t xml:space="preserve">We will not always understand the road on which the Shepherd leads us. Some prayers require a long time of waiting, and some doors do not open when we want them to open. But we do not need to understand every road before we can follow. We can trust Jesus because the Good </w:t>
      </w:r>
      <w:r>
        <w:lastRenderedPageBreak/>
        <w:t>Shepherd loved us enough to give his life for us. Our confidence does not rest in our ability to hold Jesus perfectly. It rests in the truth that Jesus is holding us.</w:t>
      </w:r>
    </w:p>
    <w:p w14:paraId="67713685" w14:textId="77777777" w:rsidR="000851F3" w:rsidRDefault="00000000">
      <w:pPr>
        <w:pStyle w:val="ScriptureQuote"/>
      </w:pPr>
      <w:r>
        <w:t>“I give them eternal life, and they will never perish. No one will take them out of my hand.” (John 10:28)</w:t>
      </w:r>
    </w:p>
    <w:p w14:paraId="7D458027" w14:textId="77777777" w:rsidR="000851F3" w:rsidRDefault="00000000">
      <w:r>
        <w:t>Jesus gives eternal life to his sheep, and no one can take them out of his hand. Therefore, we do not need to control everything because the future is uncertain. Students should study faithfully. Those looking for work should prepare and apply with their best effort. Adults should carry out their responsibilities at home and at work. But we cannot control every result, every person’s response, or every future situation. Faith means doing what we should do while depending on the Lord, and then placing the result in the hands of Jesus, our Good Shepherd. I belong to the Lord because he bought me. He saved me so that my life may become a way through which his glory and purpose are shown. In our daily spiritual battle, the Lord protects our hearts and our valuable time from thieves and robbers. Let us turn our eyes to Jesus and truly depend on him. When temptation comes, let us praise him, meditate on his Word, and come into his presence.</w:t>
      </w:r>
    </w:p>
    <w:p w14:paraId="6E525153" w14:textId="77777777" w:rsidR="000851F3" w:rsidRDefault="00000000">
      <w:pPr>
        <w:pStyle w:val="Application"/>
      </w:pPr>
      <w:r>
        <w:rPr>
          <w:b/>
        </w:rPr>
        <w:t xml:space="preserve">Practical application: </w:t>
      </w:r>
      <w:r>
        <w:t>Change the first voice you hear each day. Before looking at your phone in the morning, read the Bible for even ten minutes. Write down one truth you need to believe and one thing you need to obey that day. Reduce accounts and videos that make you compare yourself with others or awaken unhealthy desires. Make important decisions through Scripture, prayer, and the advice of mature believers in your small group. Remember that the Lord is holding your hand and gives you strength in daily spiritual battles. Then put one part of God’s Word into action each day. Contact the person to whom you need to apologise. Forgive someone. Report honestly. Approach a lonely person first. These small acts of obedience are practical ways of following the Shepherd’s voice. Above all, approach people with love in your heart.</w:t>
      </w:r>
    </w:p>
    <w:p w14:paraId="6706D26A" w14:textId="77777777" w:rsidR="000851F3" w:rsidRDefault="00000000">
      <w:pPr>
        <w:pStyle w:val="SectionHeading"/>
      </w:pPr>
      <w:r>
        <w:t>Conclusion</w:t>
      </w:r>
    </w:p>
    <w:p w14:paraId="0BC310B1" w14:textId="77777777" w:rsidR="000851F3" w:rsidRDefault="00000000">
      <w:r>
        <w:t>Dear brothers and sisters, John 10 teaches us three clear truths. Jesus is the only gate that leads us into life. Jesus is the Good Shepherd who gave his life for us. And the sheep of Jesus listen to his voice and follow him. Therefore, we must not make success, money, or the approval of others our gate of salvation. We must discover our true value in the love of Jesus, who gave his life for us. We must also listen to God’s Word more closely than the many voices of the world and obey what we hear.</w:t>
      </w:r>
    </w:p>
    <w:p w14:paraId="55640428" w14:textId="77777777" w:rsidR="000851F3" w:rsidRDefault="00000000">
      <w:r>
        <w:t>Today, ask yourself three questions: “Which door am I using to find happiness? Whom do I truly trust as my shepherd? Whose voice is guiding my choices now?” Our hands are weak, and we do not know the future. But the hands of Jesus, our Good Shepherd, are strong. Even when we lose our way or fall, the Lord knows us, calls us again, and holds us to the end. Therefore, let us receive Jesus as our gate and our Shepherd, and today let us take even one step in obedience to his voice.</w:t>
      </w:r>
    </w:p>
    <w:sectPr w:rsidR="000851F3" w:rsidSect="00034616">
      <w:footerReference w:type="default" r:id="rId9"/>
      <w:pgSz w:w="11909" w:h="16834"/>
      <w:pgMar w:top="1008" w:right="1152" w:bottom="1008"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A4F7BC0" w14:textId="77777777" w:rsidR="00B3171D" w:rsidRDefault="00B3171D">
      <w:pPr>
        <w:spacing w:after="0" w:line="240" w:lineRule="auto"/>
      </w:pPr>
      <w:r>
        <w:separator/>
      </w:r>
    </w:p>
  </w:endnote>
  <w:endnote w:type="continuationSeparator" w:id="0">
    <w:p w14:paraId="2C4D4B01" w14:textId="77777777" w:rsidR="00B3171D" w:rsidRDefault="00B317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notTrueType/>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B101EFF" w14:textId="77777777" w:rsidR="000851F3" w:rsidRDefault="00000000">
    <w:pPr>
      <w:pStyle w:val="Footer"/>
      <w:jc w:val="center"/>
    </w:pPr>
    <w:r>
      <w:rPr>
        <w:color w:val="646464"/>
        <w:sz w:val="18"/>
      </w:rPr>
      <w:t>John 10 — Easy English Sermon</w:t>
    </w:r>
    <w:r>
      <w:t xml:space="preserve">   |   </w:t>
    </w:r>
    <w:r>
      <w:fldChar w:fldCharType="begin"/>
    </w:r>
    <w:r>
      <w:instrText>PAGE</w:instrText>
    </w:r>
    <w:r w:rsidR="00054129">
      <w:fldChar w:fldCharType="separate"/>
    </w:r>
    <w:r w:rsidR="00054129">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5551AD0" w14:textId="77777777" w:rsidR="00B3171D" w:rsidRDefault="00B3171D">
      <w:pPr>
        <w:spacing w:after="0" w:line="240" w:lineRule="auto"/>
      </w:pPr>
      <w:r>
        <w:separator/>
      </w:r>
    </w:p>
  </w:footnote>
  <w:footnote w:type="continuationSeparator" w:id="0">
    <w:p w14:paraId="51760711" w14:textId="77777777" w:rsidR="00B3171D" w:rsidRDefault="00B317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809975804">
    <w:abstractNumId w:val="8"/>
  </w:num>
  <w:num w:numId="2" w16cid:durableId="1871184075">
    <w:abstractNumId w:val="6"/>
  </w:num>
  <w:num w:numId="3" w16cid:durableId="436221384">
    <w:abstractNumId w:val="5"/>
  </w:num>
  <w:num w:numId="4" w16cid:durableId="1511603534">
    <w:abstractNumId w:val="4"/>
  </w:num>
  <w:num w:numId="5" w16cid:durableId="1923448599">
    <w:abstractNumId w:val="7"/>
  </w:num>
  <w:num w:numId="6" w16cid:durableId="329069039">
    <w:abstractNumId w:val="3"/>
  </w:num>
  <w:num w:numId="7" w16cid:durableId="1133450482">
    <w:abstractNumId w:val="2"/>
  </w:num>
  <w:num w:numId="8" w16cid:durableId="1204630804">
    <w:abstractNumId w:val="1"/>
  </w:num>
  <w:num w:numId="9" w16cid:durableId="739449501">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370FD"/>
    <w:rsid w:val="00054129"/>
    <w:rsid w:val="0006063C"/>
    <w:rsid w:val="000851F3"/>
    <w:rsid w:val="0015074B"/>
    <w:rsid w:val="00280A50"/>
    <w:rsid w:val="0029639D"/>
    <w:rsid w:val="00326F90"/>
    <w:rsid w:val="007D6902"/>
    <w:rsid w:val="00AA1D8D"/>
    <w:rsid w:val="00B3171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747BDCD"/>
  <w14:defaultImageDpi w14:val="300"/>
  <w15:docId w15:val="{99ABABE5-99F3-9E46-A094-4105CE1F8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40" w:line="269" w:lineRule="auto"/>
    </w:pPr>
    <w:rPr>
      <w:rFonts w:ascii="Aptos" w:eastAsia="Aptos" w:hAnsi="Aptos"/>
      <w:sz w:val="23"/>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SermonTitle">
    <w:name w:val="Sermon Title"/>
    <w:pPr>
      <w:spacing w:after="80"/>
    </w:pPr>
    <w:rPr>
      <w:rFonts w:ascii="Aptos Display" w:eastAsia="Aptos Display" w:hAnsi="Aptos Display"/>
      <w:b/>
      <w:sz w:val="40"/>
    </w:rPr>
  </w:style>
  <w:style w:type="paragraph" w:customStyle="1" w:styleId="SectionHeading">
    <w:name w:val="Section Heading"/>
    <w:pPr>
      <w:keepNext/>
      <w:spacing w:before="240" w:after="120"/>
    </w:pPr>
    <w:rPr>
      <w:rFonts w:ascii="Aptos Display" w:eastAsia="Aptos Display" w:hAnsi="Aptos Display"/>
      <w:b/>
      <w:sz w:val="28"/>
    </w:rPr>
  </w:style>
  <w:style w:type="paragraph" w:customStyle="1" w:styleId="ScriptureQuote">
    <w:name w:val="Scripture Quote"/>
    <w:pPr>
      <w:keepNext/>
      <w:spacing w:before="60" w:after="160"/>
      <w:ind w:left="360" w:right="216"/>
    </w:pPr>
    <w:rPr>
      <w:rFonts w:ascii="Aptos" w:eastAsia="Aptos" w:hAnsi="Aptos"/>
      <w:i/>
      <w:sz w:val="23"/>
    </w:rPr>
  </w:style>
  <w:style w:type="paragraph" w:customStyle="1" w:styleId="Application">
    <w:name w:val="Application"/>
    <w:pPr>
      <w:spacing w:before="140" w:after="160"/>
      <w:ind w:left="259"/>
    </w:pPr>
    <w:rPr>
      <w:rFonts w:ascii="Aptos" w:eastAsia="Aptos" w:hAnsi="Aptos"/>
      <w:sz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y1fk6ftFWW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2015</Words>
  <Characters>11488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13477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Isaac Lee</cp:lastModifiedBy>
  <cp:revision>2</cp:revision>
  <dcterms:created xsi:type="dcterms:W3CDTF">2026-07-12T00:22:00Z</dcterms:created>
  <dcterms:modified xsi:type="dcterms:W3CDTF">2026-07-12T00:22:00Z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f488380-630a-4f55-a077-a19445e3f360_Enabled">
    <vt:lpwstr>true</vt:lpwstr>
  </property>
  <property fmtid="{D5CDD505-2E9C-101B-9397-08002B2CF9AE}" pid="3" name="MSIP_Label_0f488380-630a-4f55-a077-a19445e3f360_SetDate">
    <vt:lpwstr>2026-07-12T00:13:20Z</vt:lpwstr>
  </property>
  <property fmtid="{D5CDD505-2E9C-101B-9397-08002B2CF9AE}" pid="4" name="MSIP_Label_0f488380-630a-4f55-a077-a19445e3f360_Method">
    <vt:lpwstr>Standard</vt:lpwstr>
  </property>
  <property fmtid="{D5CDD505-2E9C-101B-9397-08002B2CF9AE}" pid="5" name="MSIP_Label_0f488380-630a-4f55-a077-a19445e3f360_Name">
    <vt:lpwstr>OFFICIAL - INTERNAL</vt:lpwstr>
  </property>
  <property fmtid="{D5CDD505-2E9C-101B-9397-08002B2CF9AE}" pid="6" name="MSIP_Label_0f488380-630a-4f55-a077-a19445e3f360_SiteId">
    <vt:lpwstr>b6e377cf-9db3-46cb-91a2-fad9605bb15c</vt:lpwstr>
  </property>
  <property fmtid="{D5CDD505-2E9C-101B-9397-08002B2CF9AE}" pid="7" name="MSIP_Label_0f488380-630a-4f55-a077-a19445e3f360_ActionId">
    <vt:lpwstr>2a8c395c-a86d-4450-b08a-608011b3034a</vt:lpwstr>
  </property>
  <property fmtid="{D5CDD505-2E9C-101B-9397-08002B2CF9AE}" pid="8" name="MSIP_Label_0f488380-630a-4f55-a077-a19445e3f360_ContentBits">
    <vt:lpwstr>0</vt:lpwstr>
  </property>
  <property fmtid="{D5CDD505-2E9C-101B-9397-08002B2CF9AE}" pid="9" name="MSIP_Label_0f488380-630a-4f55-a077-a19445e3f360_Tag">
    <vt:lpwstr>50, 3, 0, 1</vt:lpwstr>
  </property>
</Properties>
</file>