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Next/>
        <w:spacing w:after="60"/>
        <w:jc w:val="center"/>
      </w:pPr>
      <w:r>
        <w:rPr>
          <w:rFonts w:ascii="Noto Sans CJK SC" w:hAnsi="Noto Sans CJK SC" w:eastAsia="Noto Sans CJK SC"/>
          <w:b w:val="0"/>
          <w:i w:val="0"/>
        </w:rPr>
        <w:t>真正的敬拜，还是浪费？</w:t>
      </w:r>
    </w:p>
    <w:p>
      <w:pPr>
        <w:jc w:val="center"/>
      </w:pPr>
      <w:r>
        <w:rPr>
          <w:rFonts w:ascii="Noto Sans CJK SC" w:hAnsi="Noto Sans CJK SC" w:eastAsia="Noto Sans CJK SC"/>
          <w:b/>
          <w:i w:val="0"/>
        </w:rPr>
        <w:t>约翰福音 12:1–11</w:t>
      </w:r>
    </w:p>
    <w:p>
      <w:pPr/>
    </w:p>
    <w:p>
      <w:pPr/>
      <w:r>
        <w:rPr>
          <w:rFonts w:ascii="Noto Sans CJK SC" w:hAnsi="Noto Sans CJK SC" w:eastAsia="Noto Sans CJK SC"/>
          <w:b/>
          <w:i w:val="0"/>
        </w:rPr>
        <w:t>耶稣对你有多宝贵？</w:t>
      </w:r>
    </w:p>
    <w:p>
      <w:pPr/>
      <w:r>
        <w:rPr>
          <w:rFonts w:ascii="Noto Sans CJK SC" w:hAnsi="Noto Sans CJK SC" w:eastAsia="Noto Sans CJK SC"/>
          <w:b w:val="0"/>
          <w:i w:val="0"/>
        </w:rPr>
        <w:t>这其实就是今天这段经文要问我们的问题。</w:t>
      </w:r>
    </w:p>
    <w:p>
      <w:pPr/>
      <w:r>
        <w:rPr>
          <w:rFonts w:ascii="Noto Sans CJK SC" w:hAnsi="Noto Sans CJK SC" w:eastAsia="Noto Sans CJK SC"/>
          <w:b w:val="0"/>
          <w:i w:val="0"/>
        </w:rPr>
        <w:t>在约翰福音第12章里，有两个人和耶稣在同一个房间里。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他们看见的是同一位耶稣，也坐在同一张桌子旁。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但是，他们的心却完全不同。</w:t>
      </w:r>
    </w:p>
    <w:p>
      <w:pPr/>
      <w:r>
        <w:rPr>
          <w:rFonts w:ascii="Noto Sans CJK SC" w:hAnsi="Noto Sans CJK SC" w:eastAsia="Noto Sans CJK SC"/>
          <w:b w:val="0"/>
          <w:i w:val="0"/>
        </w:rPr>
        <w:t>一个人想：“无论多么宝贵的东西，献给耶稣都不可惜。”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另一个人却想：“这太浪费了！”</w:t>
      </w:r>
    </w:p>
    <w:p>
      <w:pPr/>
      <w:r>
        <w:rPr>
          <w:rFonts w:ascii="Noto Sans CJK SC" w:hAnsi="Noto Sans CJK SC" w:eastAsia="Noto Sans CJK SC"/>
          <w:b w:val="0"/>
          <w:i w:val="0"/>
        </w:rPr>
        <w:t>一个是马利亚，另一个是犹大。</w:t>
      </w:r>
    </w:p>
    <w:p>
      <w:pPr/>
      <w:r>
        <w:rPr>
          <w:rFonts w:ascii="Noto Sans CJK SC" w:hAnsi="Noto Sans CJK SC" w:eastAsia="Noto Sans CJK SC"/>
          <w:b w:val="0"/>
          <w:i w:val="0"/>
        </w:rPr>
        <w:t>神借着这两个人，让我们也看看自己的内心。</w:t>
      </w:r>
    </w:p>
    <w:p>
      <w:pPr/>
      <w:r>
        <w:rPr>
          <w:rFonts w:ascii="Noto Sans CJK SC" w:hAnsi="Noto Sans CJK SC" w:eastAsia="Noto Sans CJK SC"/>
          <w:b/>
          <w:i w:val="0"/>
        </w:rPr>
        <w:t>对我来说，耶稣到底有多宝贵？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1. 当我们爱耶稣时，我们的敬拜会改变</w:t>
      </w:r>
    </w:p>
    <w:p>
      <w:pPr/>
      <w:r>
        <w:rPr>
          <w:rFonts w:ascii="Noto Sans CJK SC" w:hAnsi="Noto Sans CJK SC" w:eastAsia="Noto Sans CJK SC"/>
          <w:b w:val="0"/>
          <w:i w:val="0"/>
        </w:rPr>
        <w:t>第1、2节告诉我们，耶稣再次来到伯大尼。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这里就是耶稣曾经叫拉撒路从死里复活的村庄。</w:t>
      </w:r>
    </w:p>
    <w:p>
      <w:pPr/>
      <w:r>
        <w:rPr>
          <w:rFonts w:ascii="Noto Sans CJK SC" w:hAnsi="Noto Sans CJK SC" w:eastAsia="Noto Sans CJK SC"/>
          <w:b w:val="0"/>
          <w:i w:val="0"/>
        </w:rPr>
        <w:t>人们为耶稣预备了晚餐。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马大在那里服事。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这真的很像马大。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她服事，她工作，她预备食物。</w:t>
      </w:r>
    </w:p>
    <w:p>
      <w:pPr/>
      <w:r>
        <w:rPr>
          <w:rFonts w:ascii="Noto Sans CJK SC" w:hAnsi="Noto Sans CJK SC" w:eastAsia="Noto Sans CJK SC"/>
          <w:b w:val="0"/>
          <w:i w:val="0"/>
        </w:rPr>
        <w:t>在神的国里，服事非常重要。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我们需要愿意忠心服事的人。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拉撒路也坐在桌旁。</w:t>
      </w:r>
    </w:p>
    <w:p>
      <w:pPr/>
      <w:r>
        <w:rPr>
          <w:rFonts w:ascii="Noto Sans CJK SC" w:hAnsi="Noto Sans CJK SC" w:eastAsia="Noto Sans CJK SC"/>
          <w:b w:val="0"/>
          <w:i w:val="0"/>
        </w:rPr>
        <w:t>就在不久以前，拉撒路还躺在坟墓里。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他已经死了。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但现在，他却坐在这里和耶稣一起吃饭。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他的生命本身就是一个见证。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马大在服事，拉撒路在作见证，马利亚在敬拜。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他们做的事情不同，但一切都是以耶稣为中心。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接着，第3节说，马利亚做了一件非常特别的事。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她拿来一瓶非常昂贵的纯哪哒香膏。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她把香膏倒在耶稣的脚上。</w:t>
      </w:r>
    </w:p>
    <w:p>
      <w:pPr/>
      <w:r>
        <w:rPr>
          <w:rFonts w:ascii="Noto Sans CJK SC" w:hAnsi="Noto Sans CJK SC" w:eastAsia="Noto Sans CJK SC"/>
          <w:b w:val="0"/>
          <w:i w:val="0"/>
        </w:rPr>
        <w:t>然后，她用自己的头发擦耶稣的脚。</w:t>
      </w:r>
    </w:p>
    <w:p>
      <w:pPr/>
      <w:r>
        <w:rPr>
          <w:rFonts w:ascii="Noto Sans CJK SC" w:hAnsi="Noto Sans CJK SC" w:eastAsia="Noto Sans CJK SC"/>
          <w:b w:val="0"/>
          <w:i w:val="0"/>
        </w:rPr>
        <w:t>约翰告诉我们：</w:t>
      </w:r>
    </w:p>
    <w:p>
      <w:pPr/>
      <w:r>
        <w:rPr>
          <w:rFonts w:ascii="Noto Sans CJK SC" w:hAnsi="Noto Sans CJK SC" w:eastAsia="Noto Sans CJK SC"/>
          <w:b/>
          <w:i w:val="0"/>
        </w:rPr>
        <w:t>“屋里就满了膏的香气。”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请想象一下当时的情景。</w:t>
      </w:r>
    </w:p>
    <w:p>
      <w:pPr/>
      <w:r>
        <w:rPr>
          <w:rFonts w:ascii="Noto Sans CJK SC" w:hAnsi="Noto Sans CJK SC" w:eastAsia="Noto Sans CJK SC"/>
          <w:b w:val="0"/>
          <w:i w:val="0"/>
        </w:rPr>
        <w:t>房间里的每一个人都能闻到那香气。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这瓶香膏非常昂贵。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犹大说，这瓶香膏可以卖三百个得拿利。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这差不多是当时一个普通工人一年的工资。</w:t>
      </w:r>
    </w:p>
    <w:p>
      <w:pPr/>
      <w:r>
        <w:rPr>
          <w:rFonts w:ascii="Noto Sans CJK SC" w:hAnsi="Noto Sans CJK SC" w:eastAsia="Noto Sans CJK SC"/>
          <w:b w:val="0"/>
          <w:i w:val="0"/>
        </w:rPr>
        <w:t>它很可能是马利亚所拥有的最宝贵的东西之一。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马利亚本来可以打开瓶子，只用几滴。</w:t>
      </w:r>
    </w:p>
    <w:p>
      <w:pPr/>
      <w:r>
        <w:rPr>
          <w:rFonts w:ascii="Noto Sans CJK SC" w:hAnsi="Noto Sans CJK SC" w:eastAsia="Noto Sans CJK SC"/>
          <w:b w:val="0"/>
          <w:i w:val="0"/>
        </w:rPr>
        <w:t>其余的可以留下来。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可是她没有这样做。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她把香膏全部倒了出来。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为什么？</w:t>
      </w:r>
    </w:p>
    <w:p>
      <w:pPr/>
      <w:r>
        <w:rPr>
          <w:rFonts w:ascii="Noto Sans CJK SC" w:hAnsi="Noto Sans CJK SC" w:eastAsia="Noto Sans CJK SC"/>
          <w:b/>
          <w:i w:val="0"/>
        </w:rPr>
        <w:t>因为对马利亚来说，耶稣比香膏更宝贵。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这就是敬拜的心。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真正的敬拜，是从我们明白耶稣有多宝贵开始的。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马利亚一直在听耶稣的话。</w:t>
      </w:r>
    </w:p>
    <w:p>
      <w:pPr/>
      <w:r>
        <w:rPr>
          <w:rFonts w:ascii="Noto Sans CJK SC" w:hAnsi="Noto Sans CJK SC" w:eastAsia="Noto Sans CJK SC"/>
          <w:b w:val="0"/>
          <w:i w:val="0"/>
        </w:rPr>
        <w:t>在福音书前面的记载中，我们看到马利亚坐在耶稣身边，认真听祂的话。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她知道耶稣的教导。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她也看见耶稣为她的家庭所做的一切。</w:t>
      </w:r>
    </w:p>
    <w:p>
      <w:pPr/>
      <w:r>
        <w:rPr>
          <w:rFonts w:ascii="Noto Sans CJK SC" w:hAnsi="Noto Sans CJK SC" w:eastAsia="Noto Sans CJK SC"/>
          <w:b w:val="0"/>
          <w:i w:val="0"/>
        </w:rPr>
        <w:t>更重要的是，就在不久以前，她亲眼看见耶稣叫她的哥哥拉撒路从死里复活。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她也听见耶稣说：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“复活在我，生命也在我。”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现在，那位复活和生命的主就站在她面前。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马利亚看着耶稣，也许心里想：“耶稣是多么宝贵！”</w:t>
      </w:r>
    </w:p>
    <w:p>
      <w:pPr/>
      <w:r>
        <w:rPr>
          <w:rFonts w:ascii="Noto Sans CJK SC" w:hAnsi="Noto Sans CJK SC" w:eastAsia="Noto Sans CJK SC"/>
          <w:b w:val="0"/>
          <w:i w:val="0"/>
        </w:rPr>
        <w:t>这时，那瓶昂贵的香膏突然就不再显得那么昂贵了。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这一点非常重要。</w:t>
      </w:r>
    </w:p>
    <w:p>
      <w:pPr/>
      <w:r>
        <w:rPr>
          <w:rFonts w:ascii="Noto Sans CJK SC" w:hAnsi="Noto Sans CJK SC" w:eastAsia="Noto Sans CJK SC"/>
          <w:b w:val="0"/>
          <w:i w:val="0"/>
        </w:rPr>
        <w:t>一件事看起来是“浪费”还是“敬拜”，取决于耶稣对你来说有多宝贵。</w:t>
      </w:r>
    </w:p>
    <w:p>
      <w:pPr/>
      <w:r>
        <w:rPr>
          <w:rFonts w:ascii="Noto Sans CJK SC" w:hAnsi="Noto Sans CJK SC" w:eastAsia="Noto Sans CJK SC"/>
          <w:b w:val="0"/>
          <w:i w:val="0"/>
        </w:rPr>
        <w:t>如果耶稣只是我生命中很小的一部分，那么把时间献给祂，可能会让我觉得是在浪费。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祷告可能会让人觉得是在浪费时间。</w:t>
      </w:r>
    </w:p>
    <w:p>
      <w:pPr/>
      <w:r>
        <w:rPr>
          <w:rFonts w:ascii="Noto Sans CJK SC" w:hAnsi="Noto Sans CJK SC" w:eastAsia="Noto Sans CJK SC"/>
          <w:b w:val="0"/>
          <w:i w:val="0"/>
        </w:rPr>
        <w:t>读圣经可能会让人觉得是在浪费时间。</w:t>
      </w:r>
    </w:p>
    <w:p>
      <w:pPr/>
      <w:r>
        <w:rPr>
          <w:rFonts w:ascii="Noto Sans CJK SC" w:hAnsi="Noto Sans CJK SC" w:eastAsia="Noto Sans CJK SC"/>
          <w:b w:val="0"/>
          <w:i w:val="0"/>
        </w:rPr>
        <w:t>服事别人也可能会让人觉得是在浪费。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为教会或小组预备事情，也可能会让人觉得是在浪费。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但是，当我们真正明白耶稣是谁，也明白祂为我们做了什么，我们的想法就会开始改变。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我们会开始这样说：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“耶稣啊，你为我舍了生命。我献给你的任何东西，怎么会太多呢？”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所以，马利亚把自己最宝贵的东西献给了耶稣。</w:t>
      </w:r>
    </w:p>
    <w:p>
      <w:pPr/>
      <w:r>
        <w:rPr>
          <w:rFonts w:ascii="Noto Sans CJK SC" w:hAnsi="Noto Sans CJK SC" w:eastAsia="Noto Sans CJK SC"/>
          <w:b w:val="0"/>
          <w:i w:val="0"/>
        </w:rPr>
        <w:t>因此，我们也要问自己：</w:t>
      </w:r>
    </w:p>
    <w:p>
      <w:pPr/>
      <w:r>
        <w:rPr>
          <w:rFonts w:ascii="Noto Sans CJK SC" w:hAnsi="Noto Sans CJK SC" w:eastAsia="Noto Sans CJK SC"/>
          <w:b w:val="0"/>
          <w:i w:val="0"/>
        </w:rPr>
        <w:t>对我来说，什么是最宝贵的？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是我的时间吗？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是我的金钱吗？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是我的工作吗？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是我的名声吗？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是我的安逸吗？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是我的人际关系吗？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是我对未来的计划吗？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我把这些最宝贵的东西倾注在哪里？</w:t>
      </w:r>
    </w:p>
    <w:p>
      <w:pPr/>
      <w:r>
        <w:rPr>
          <w:rFonts w:ascii="Noto Sans CJK SC" w:hAnsi="Noto Sans CJK SC" w:eastAsia="Noto Sans CJK SC"/>
          <w:b w:val="0"/>
          <w:i w:val="0"/>
        </w:rPr>
        <w:t>因为我们把最好的时间、最好的精力、最深的思想和最多的资源放在哪里，常常就显明我们真正敬拜的是什么。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我们可以说：“耶稣在我的生命中是第一位。”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但是，我们的日程表可能会说出另一个故事。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我们的银行账户可能会说出另一个故事。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我们使用手机的方式可能会说出另一个故事。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我们的思想也可能会说出另一个故事。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马利亚的敬拜不只是口头上的敬拜。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她真的把宝贵的东西倒了出来。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她还用自己的头发擦耶稣的脚。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这是一个非常谦卑的行动。</w:t>
      </w:r>
    </w:p>
    <w:p>
      <w:pPr/>
      <w:r>
        <w:rPr>
          <w:rFonts w:ascii="Noto Sans CJK SC" w:hAnsi="Noto Sans CJK SC" w:eastAsia="Noto Sans CJK SC"/>
          <w:b w:val="0"/>
          <w:i w:val="0"/>
        </w:rPr>
        <w:t>她没有想：“别人会怎么看我？”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她只专注在耶稣身上。</w:t>
      </w:r>
    </w:p>
    <w:p>
      <w:pPr/>
      <w:r>
        <w:rPr>
          <w:rFonts w:ascii="Noto Sans CJK SC" w:hAnsi="Noto Sans CJK SC" w:eastAsia="Noto Sans CJK SC"/>
          <w:b w:val="0"/>
          <w:i w:val="0"/>
        </w:rPr>
        <w:t>真正的敬拜会让我们忘记自己，因为我们的眼睛定睛在基督身上。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有时候我们来敬拜，但我们的心里却想着许多和耶稣无关的事。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“有人给我发信息了吗？”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“手机上有没有什么有趣的东西？”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“聚会结束以后我要吃什么？”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“那个人回复我的信息了吗？”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但是马利亚只有一个焦点。</w:t>
      </w:r>
    </w:p>
    <w:p>
      <w:pPr/>
      <w:r>
        <w:rPr>
          <w:rFonts w:ascii="Noto Sans CJK SC" w:hAnsi="Noto Sans CJK SC" w:eastAsia="Noto Sans CJK SC"/>
          <w:b w:val="0"/>
          <w:i w:val="0"/>
        </w:rPr>
        <w:t>就是耶稣。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当耶稣对我们变得宝贵时，我们的敬拜就会改变。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我们的注意力会改变。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我们的优先次序会改变。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我们使用金钱的方式会改变。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我们使用时间的方式会改变。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甚至我们对待别人的方式也会改变。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然后，一件美好的事情就会发生。</w:t>
      </w:r>
    </w:p>
    <w:p>
      <w:pPr/>
      <w:r>
        <w:rPr>
          <w:rFonts w:ascii="Noto Sans CJK SC" w:hAnsi="Noto Sans CJK SC" w:eastAsia="Noto Sans CJK SC"/>
          <w:b w:val="0"/>
          <w:i w:val="0"/>
        </w:rPr>
        <w:t>约翰说：</w:t>
      </w:r>
    </w:p>
    <w:p>
      <w:pPr/>
      <w:r>
        <w:rPr>
          <w:rFonts w:ascii="Noto Sans CJK SC" w:hAnsi="Noto Sans CJK SC" w:eastAsia="Noto Sans CJK SC"/>
          <w:b/>
          <w:i w:val="0"/>
        </w:rPr>
        <w:t>“屋里就满了膏的香气。”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马利亚把香膏倒在耶稣身上，但是屋里所有的人都闻到了香气。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这是基督徒生命一个非常美丽的图画。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当我们真正爱耶稣时，这香气不会只停留在我们和耶稣之间。</w:t>
      </w:r>
    </w:p>
    <w:p>
      <w:pPr/>
      <w:r>
        <w:rPr>
          <w:rFonts w:ascii="Noto Sans CJK SC" w:hAnsi="Noto Sans CJK SC" w:eastAsia="Noto Sans CJK SC"/>
          <w:b w:val="0"/>
          <w:i w:val="0"/>
        </w:rPr>
        <w:t>它会散发出去。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我们的家人会感受到。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我们的朋友会感受到。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我们的同事会感受到。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我们的同学会感受到。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我们的教会也会感受到。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当我们花时间与耶稣亲近、爱祂、顺服祂时，耶稣的美好就会慢慢从我们的生命中显出来。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别人也许会开始注意到。</w:t>
      </w:r>
    </w:p>
    <w:p>
      <w:pPr/>
      <w:r>
        <w:rPr>
          <w:rFonts w:ascii="Noto Sans CJK SC" w:hAnsi="Noto Sans CJK SC" w:eastAsia="Noto Sans CJK SC"/>
          <w:b w:val="0"/>
          <w:i w:val="0"/>
        </w:rPr>
        <w:t>“你以前很容易生气，现在怎么不一样了？”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“你好像变了。”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“你为什么愿意原谅那个人？”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“你为什么这样服事别人？”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“在这么困难的情况里，你怎么还能这么平安？”</w:t>
      </w:r>
    </w:p>
    <w:p>
      <w:pPr/>
      <w:r>
        <w:rPr>
          <w:rFonts w:ascii="Noto Sans CJK SC" w:hAnsi="Noto Sans CJK SC" w:eastAsia="Noto Sans CJK SC"/>
          <w:b/>
          <w:i w:val="0"/>
        </w:rPr>
        <w:t>这就是基督的香气。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所以，要常常思想耶稣奇妙的爱。祂先为我们舍了自己。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当我们这样默想祂的爱时，祂爱的香气也会自然地从我们的生命中流露出来。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2. 当我们不认识耶稣的价值时，就会用世界的标准来判断</w:t>
      </w:r>
    </w:p>
    <w:p>
      <w:pPr/>
      <w:r>
        <w:rPr>
          <w:rFonts w:ascii="Noto Sans CJK SC" w:hAnsi="Noto Sans CJK SC" w:eastAsia="Noto Sans CJK SC"/>
          <w:b w:val="0"/>
          <w:i w:val="0"/>
        </w:rPr>
        <w:t>现在，犹大也看见完全相同的事情。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他看见马利亚把香膏倒出来。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他也闻到同样的香气。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但是，他的反应却完全不同。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他说：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“这香膏为什么不卖三百个得拿利，周济穷人呢？”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这句话听起来是不是很属灵？</w:t>
      </w:r>
    </w:p>
    <w:p>
      <w:pPr/>
      <w:r>
        <w:rPr>
          <w:rFonts w:ascii="Noto Sans CJK SC" w:hAnsi="Noto Sans CJK SC" w:eastAsia="Noto Sans CJK SC"/>
          <w:b w:val="0"/>
          <w:i w:val="0"/>
        </w:rPr>
        <w:t>听起来好像犹大真的很关心穷人。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但是约翰告诉我们真相。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犹大这样说，并不是因为他关心穷人。</w:t>
      </w:r>
    </w:p>
    <w:p>
      <w:pPr/>
      <w:r>
        <w:rPr>
          <w:rFonts w:ascii="Noto Sans CJK SC" w:hAnsi="Noto Sans CJK SC" w:eastAsia="Noto Sans CJK SC"/>
          <w:b/>
          <w:i w:val="0"/>
        </w:rPr>
        <w:t>犹大是个贼。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他管理钱袋，常常把里面的钱拿来给自己用。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这是一件很可怕的事。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因为犹大知道怎样用属灵的话，来掩盖一个并不属灵的内心。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他嘴里说的是帮助穷人。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但他的心里却充满了贪心。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他想要的是钱。</w:t>
      </w:r>
    </w:p>
    <w:p>
      <w:pPr/>
      <w:r>
        <w:rPr>
          <w:rFonts w:ascii="Noto Sans CJK SC" w:hAnsi="Noto Sans CJK SC" w:eastAsia="Noto Sans CJK SC"/>
          <w:b w:val="0"/>
          <w:i w:val="0"/>
        </w:rPr>
        <w:t>同样的事情也可能发生在我们身上。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有时候，我们里面真正的问题是害怕，但我们却说：“这个情况我也没有办法。”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有时候，真正的问题是耶稣已经不再是我们的第一优先，但我们却只是说：“我太忙了。”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有时候，我们甚至会批评别人对耶稣的委身，因为他们的委身会让我们对自己缺乏委身感到不舒服。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犹大就是这样。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马利亚看着耶稣，看见的是祂的价值。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犹大看着香膏，看见的是它的价格。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他心里想：“这个东西值多少钱？”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这就是两个人的不同。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马利亚把属于自己的东西倒出来献给耶稣。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犹大却偷走已经献给耶稣的钱。</w:t>
      </w:r>
    </w:p>
    <w:p>
      <w:pPr/>
      <w:r>
        <w:rPr>
          <w:rFonts w:ascii="Noto Sans CJK SC" w:hAnsi="Noto Sans CJK SC" w:eastAsia="Noto Sans CJK SC"/>
          <w:b/>
          <w:i w:val="0"/>
        </w:rPr>
        <w:t>马利亚爱耶稣胜过爱钱。</w:t>
      </w:r>
    </w:p>
    <w:p>
      <w:pPr/>
      <w:r>
        <w:rPr>
          <w:rFonts w:ascii="Noto Sans CJK SC" w:hAnsi="Noto Sans CJK SC" w:eastAsia="Noto Sans CJK SC"/>
          <w:b/>
          <w:i w:val="0"/>
        </w:rPr>
        <w:t>犹大爱钱胜过爱耶稣。</w:t>
      </w:r>
    </w:p>
    <w:p>
      <w:pPr/>
      <w:r>
        <w:rPr>
          <w:rFonts w:ascii="Noto Sans CJK SC" w:hAnsi="Noto Sans CJK SC" w:eastAsia="Noto Sans CJK SC"/>
          <w:b w:val="0"/>
          <w:i w:val="0"/>
        </w:rPr>
        <w:t>最后，犹大为了三十块银钱把耶稣卖了。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想一想，这是多么悲惨的事。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对马利亚来说，耶稣比一年的工资更宝贵。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但是犹大却只用三十块银钱来衡量耶稣的价值。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马利亚和犹大都听过耶稣的教导。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他们也都看过耶稣所行的神迹。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但只有一个人的心真正明白耶稣有多宝贵。</w:t>
      </w:r>
    </w:p>
    <w:p>
      <w:pPr/>
      <w:r>
        <w:rPr>
          <w:rFonts w:ascii="Noto Sans CJK SC" w:hAnsi="Noto Sans CJK SC" w:eastAsia="Noto Sans CJK SC"/>
          <w:b w:val="0"/>
          <w:i w:val="0"/>
        </w:rPr>
        <w:t>身体上靠近耶稣，并不代表我们的心就一定属于祂。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我们可以来教会。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我们可以唱赞美诗。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我们可以听讲道。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我们可以服事。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我们甚至可以在教会里承担重要的责任。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但是最重要的问题是：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我的心真正渴望的是什么？</w:t>
      </w:r>
    </w:p>
    <w:p>
      <w:pPr/>
      <w:r>
        <w:rPr>
          <w:rFonts w:ascii="Noto Sans CJK SC" w:hAnsi="Noto Sans CJK SC" w:eastAsia="Noto Sans CJK SC"/>
          <w:b w:val="0"/>
          <w:i w:val="0"/>
        </w:rPr>
        <w:t>当犹大批评马利亚时，耶稣非常坚定地说：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“由她吧！”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耶稣保护了马利亚。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为什么？</w:t>
      </w:r>
    </w:p>
    <w:p>
      <w:pPr/>
      <w:r>
        <w:rPr>
          <w:rFonts w:ascii="Noto Sans CJK SC" w:hAnsi="Noto Sans CJK SC" w:eastAsia="Noto Sans CJK SC"/>
          <w:b w:val="0"/>
          <w:i w:val="0"/>
        </w:rPr>
        <w:t>因为耶稣知道她的心。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别人看见的是被“浪费”的香膏。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耶稣看见的却是真实的敬拜。</w:t>
      </w:r>
    </w:p>
    <w:p>
      <w:pPr/>
      <w:r>
        <w:rPr>
          <w:rFonts w:ascii="Noto Sans CJK SC" w:hAnsi="Noto Sans CJK SC" w:eastAsia="Noto Sans CJK SC"/>
          <w:b w:val="0"/>
          <w:i w:val="0"/>
        </w:rPr>
        <w:t>别人看见的是“不必要”的花费。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耶稣看见的却是马利亚真诚的爱。</w:t>
      </w:r>
    </w:p>
    <w:p>
      <w:pPr/>
      <w:r>
        <w:rPr>
          <w:rFonts w:ascii="Noto Sans CJK SC" w:hAnsi="Noto Sans CJK SC" w:eastAsia="Noto Sans CJK SC"/>
          <w:b w:val="0"/>
          <w:i w:val="0"/>
        </w:rPr>
        <w:t>然后，耶稣把马利亚所做的事和自己即将到来的安葬联系起来。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马利亚可能并不完全明白接下来会发生什么。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但是耶稣知道。</w:t>
      </w:r>
    </w:p>
    <w:p>
      <w:pPr/>
      <w:r>
        <w:rPr>
          <w:rFonts w:ascii="Noto Sans CJK SC" w:hAnsi="Noto Sans CJK SC" w:eastAsia="Noto Sans CJK SC"/>
          <w:b w:val="0"/>
          <w:i w:val="0"/>
        </w:rPr>
        <w:t>十字架已经只剩下几天了。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很快，耶稣就要舍去自己的生命。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马利亚所倒出的香膏，也成为为耶稣安葬预备的一部分。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这里有一件非常美的事。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马利亚为耶稣倒出了宝贵的香膏。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但很快，耶稣要为马利亚倒出更加宝贵、无法衡量的东西。</w:t>
      </w:r>
    </w:p>
    <w:p>
      <w:pPr/>
      <w:r>
        <w:rPr>
          <w:rFonts w:ascii="Noto Sans CJK SC" w:hAnsi="Noto Sans CJK SC" w:eastAsia="Noto Sans CJK SC"/>
          <w:b/>
          <w:i w:val="0"/>
        </w:rPr>
        <w:t>就是祂自己的生命。</w:t>
      </w:r>
    </w:p>
    <w:p>
      <w:pPr/>
      <w:r>
        <w:rPr>
          <w:rFonts w:ascii="Noto Sans CJK SC" w:hAnsi="Noto Sans CJK SC" w:eastAsia="Noto Sans CJK SC"/>
          <w:b w:val="0"/>
          <w:i w:val="0"/>
        </w:rPr>
        <w:t>以弗所书5章2节告诉我们，基督爱我们，为我们舍了自己，当作馨香的供物和祭物献给神。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马利亚倒出了香膏。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耶稣流出了自己的宝血。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马利亚献上了差不多一年的工资。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耶稣却献上了自己的生命。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马利亚的牺牲很大。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但基督的牺牲大得无法相比。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所以，基督徒的敬拜最重要的并不是我们能给耶稣什么。</w:t>
      </w:r>
    </w:p>
    <w:p>
      <w:pPr/>
      <w:r>
        <w:rPr>
          <w:rFonts w:ascii="Noto Sans CJK SC" w:hAnsi="Noto Sans CJK SC" w:eastAsia="Noto Sans CJK SC"/>
          <w:b w:val="0"/>
          <w:i w:val="0"/>
        </w:rPr>
        <w:t>敬拜首先是记得耶稣已经为我们给了什么。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祂把自己给了我们。</w:t>
      </w:r>
    </w:p>
    <w:p>
      <w:pPr/>
      <w:r>
        <w:rPr>
          <w:rFonts w:ascii="Noto Sans CJK SC" w:hAnsi="Noto Sans CJK SC" w:eastAsia="Noto Sans CJK SC"/>
          <w:b w:val="0"/>
          <w:i w:val="0"/>
        </w:rPr>
        <w:t>在十字架上，耶稣没有说：“这代价太大了。”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祂没有计算我们到底配得多少。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祂完全把自己献上了。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当我们明白这样的爱时，我们的问题就会改变。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我们不再只是问：“我到底要给耶稣多少？”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我们会开始问：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“耶稣啊，你为我做了这一切，我应该怎样为你而活？”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3. 真正遇见耶稣的生命，会散发不同的香气</w:t>
      </w:r>
    </w:p>
    <w:p>
      <w:pPr/>
      <w:r>
        <w:rPr>
          <w:rFonts w:ascii="Noto Sans CJK SC" w:hAnsi="Noto Sans CJK SC" w:eastAsia="Noto Sans CJK SC"/>
          <w:b w:val="0"/>
          <w:i w:val="0"/>
        </w:rPr>
        <w:t>这段经文里出现了几种不同的人。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好像每一种人的生命都散发出不同的“气味”。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马利亚的生命充满敬拜的香气。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犹大的心充满贪心的气味。</w:t>
      </w:r>
    </w:p>
    <w:p>
      <w:pPr/>
      <w:r>
        <w:rPr>
          <w:rFonts w:ascii="Noto Sans CJK SC" w:hAnsi="Noto Sans CJK SC" w:eastAsia="Noto Sans CJK SC"/>
          <w:b w:val="0"/>
          <w:i w:val="0"/>
        </w:rPr>
        <w:t>宗教领袖的心里却充满仇恨和杀人的念头。</w:t>
      </w:r>
    </w:p>
    <w:p>
      <w:pPr/>
      <w:r>
        <w:rPr>
          <w:rFonts w:ascii="Noto Sans CJK SC" w:hAnsi="Noto Sans CJK SC" w:eastAsia="Noto Sans CJK SC"/>
          <w:b w:val="0"/>
          <w:i w:val="0"/>
        </w:rPr>
        <w:t>因为许多人因着拉撒路开始相信耶稣，祭司长甚至决定连拉撒路也要杀掉。</w:t>
      </w:r>
    </w:p>
    <w:p>
      <w:pPr/>
      <w:r>
        <w:rPr>
          <w:rFonts w:ascii="Noto Sans CJK SC" w:hAnsi="Noto Sans CJK SC" w:eastAsia="Noto Sans CJK SC"/>
          <w:b w:val="0"/>
          <w:i w:val="0"/>
        </w:rPr>
        <w:t>请想一想。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耶稣赐人生命。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但是他们却想杀死耶稣，也想杀死拉撒路。</w:t>
      </w:r>
    </w:p>
    <w:p>
      <w:pPr/>
      <w:r>
        <w:rPr>
          <w:rFonts w:ascii="Noto Sans CJK SC" w:hAnsi="Noto Sans CJK SC" w:eastAsia="Noto Sans CJK SC"/>
          <w:b w:val="0"/>
          <w:i w:val="0"/>
        </w:rPr>
        <w:t>他们的心已经刚硬到一个地步，连死人复活这样的神迹都不能带领他们敬拜。</w:t>
      </w:r>
    </w:p>
    <w:p>
      <w:pPr/>
      <w:r>
        <w:rPr>
          <w:rFonts w:ascii="Noto Sans CJK SC" w:hAnsi="Noto Sans CJK SC" w:eastAsia="Noto Sans CJK SC"/>
          <w:b w:val="0"/>
          <w:i w:val="0"/>
        </w:rPr>
        <w:t>相反，这神迹反而使他们想要杀人。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同一位耶稣站在不同的人面前，人却可能有完全不同的反应。</w:t>
      </w:r>
    </w:p>
    <w:p>
      <w:pPr/>
      <w:r>
        <w:rPr>
          <w:rFonts w:ascii="Noto Sans CJK SC" w:hAnsi="Noto Sans CJK SC" w:eastAsia="Noto Sans CJK SC"/>
          <w:b/>
          <w:i w:val="0"/>
        </w:rPr>
        <w:t>马利亚敬拜。犹大计算。宗教领袖计划杀人。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所以真正的问题是：</w:t>
      </w:r>
    </w:p>
    <w:p>
      <w:pPr/>
      <w:r>
        <w:rPr>
          <w:rFonts w:ascii="Noto Sans CJK SC" w:hAnsi="Noto Sans CJK SC" w:eastAsia="Noto Sans CJK SC"/>
          <w:b/>
          <w:i w:val="0"/>
        </w:rPr>
        <w:t>我怎样回应耶稣？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我的生命散发出什么样的香气？</w:t>
      </w:r>
    </w:p>
    <w:p>
      <w:pPr/>
      <w:r>
        <w:rPr>
          <w:rFonts w:ascii="Noto Sans CJK SC" w:hAnsi="Noto Sans CJK SC" w:eastAsia="Noto Sans CJK SC"/>
          <w:b w:val="0"/>
          <w:i w:val="0"/>
        </w:rPr>
        <w:t>当别人和我相处时，他们感受到什么？</w:t>
      </w:r>
    </w:p>
    <w:p>
      <w:pPr/>
      <w:r>
        <w:rPr>
          <w:rFonts w:ascii="Noto Sans CJK SC" w:hAnsi="Noto Sans CJK SC" w:eastAsia="Noto Sans CJK SC"/>
          <w:b w:val="0"/>
          <w:i w:val="0"/>
        </w:rPr>
        <w:t>他们能感受到基督的香气吗？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还是他们主要感受到我的野心？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我的愤怒？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我的骄傲？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我的抱怨？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我对金钱的爱？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我渴望别人认可我的心？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我的自私？</w:t>
      </w:r>
    </w:p>
    <w:p>
      <w:pPr/>
      <w:r>
        <w:rPr>
          <w:rFonts w:ascii="Noto Sans CJK SC" w:hAnsi="Noto Sans CJK SC" w:eastAsia="Noto Sans CJK SC"/>
          <w:b w:val="0"/>
          <w:i w:val="0"/>
        </w:rPr>
        <w:t>这也是我自己必须问的问题。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我把什么样的香气带进我的家庭？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当我回到家时，家里的气氛会变得更温暖吗？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还是大家会变得更紧张、更不舒服？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我把什么样的香气带到工作场所？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我把什么样的香气带到大学？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我把什么样的香气带到教会？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我把什么样的香气带进我的人际关系？</w:t>
      </w:r>
    </w:p>
    <w:p>
      <w:pPr/>
      <w:r>
        <w:rPr>
          <w:rFonts w:ascii="Noto Sans CJK SC" w:hAnsi="Noto Sans CJK SC" w:eastAsia="Noto Sans CJK SC"/>
          <w:b w:val="0"/>
          <w:i w:val="0"/>
        </w:rPr>
        <w:t>基督的香气来自我们与耶稣相处。</w:t>
      </w:r>
    </w:p>
    <w:p>
      <w:pPr/>
      <w:r>
        <w:rPr>
          <w:rFonts w:ascii="Noto Sans CJK SC" w:hAnsi="Noto Sans CJK SC" w:eastAsia="Noto Sans CJK SC"/>
          <w:b w:val="0"/>
          <w:i w:val="0"/>
        </w:rPr>
        <w:t>来自我们认识祂。</w:t>
      </w:r>
    </w:p>
    <w:p>
      <w:pPr/>
      <w:r>
        <w:rPr>
          <w:rFonts w:ascii="Noto Sans CJK SC" w:hAnsi="Noto Sans CJK SC" w:eastAsia="Noto Sans CJK SC"/>
          <w:b w:val="0"/>
          <w:i w:val="0"/>
        </w:rPr>
        <w:t>来自我们与祂有真实的关系。</w:t>
      </w:r>
    </w:p>
    <w:p>
      <w:pPr/>
      <w:r>
        <w:rPr>
          <w:rFonts w:ascii="Noto Sans CJK SC" w:hAnsi="Noto Sans CJK SC" w:eastAsia="Noto Sans CJK SC"/>
          <w:b w:val="0"/>
          <w:i w:val="0"/>
        </w:rPr>
        <w:t>也来自我们把自己的生命交在祂手中。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耶稣对你有多宝贵？</w:t>
      </w:r>
    </w:p>
    <w:p>
      <w:pPr/>
      <w:r>
        <w:rPr>
          <w:rFonts w:ascii="Noto Sans CJK SC" w:hAnsi="Noto Sans CJK SC" w:eastAsia="Noto Sans CJK SC"/>
          <w:b w:val="0"/>
          <w:i w:val="0"/>
        </w:rPr>
        <w:t>现在，让我们回到一开始的问题。</w:t>
      </w:r>
    </w:p>
    <w:p>
      <w:pPr/>
      <w:r>
        <w:rPr>
          <w:rFonts w:ascii="Noto Sans CJK SC" w:hAnsi="Noto Sans CJK SC" w:eastAsia="Noto Sans CJK SC"/>
          <w:b/>
          <w:i w:val="0"/>
        </w:rPr>
        <w:t>耶稣对你有多宝贵？</w:t>
      </w:r>
    </w:p>
    <w:p>
      <w:pPr/>
      <w:r>
        <w:rPr>
          <w:rFonts w:ascii="Noto Sans CJK SC" w:hAnsi="Noto Sans CJK SC" w:eastAsia="Noto Sans CJK SC"/>
          <w:b w:val="0"/>
          <w:i w:val="0"/>
        </w:rPr>
        <w:t>对犹大来说，马利亚的香膏是浪费。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对马利亚来说，那是敬拜。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有时候我们可能会想：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“我已经服事得够多了。”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“我已经奉献得够多了。”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“我已经花了很多时间在教会了。”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“我已经帮助过那个人了。”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“为什么我还要做更多？”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有时候，这些问题可能是合理的。</w:t>
      </w:r>
    </w:p>
    <w:p>
      <w:pPr/>
      <w:r>
        <w:rPr>
          <w:rFonts w:ascii="Noto Sans CJK SC" w:hAnsi="Noto Sans CJK SC" w:eastAsia="Noto Sans CJK SC"/>
          <w:b w:val="0"/>
          <w:i w:val="0"/>
        </w:rPr>
        <w:t>我们都需要休息，也需要智慧。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但是在这些问题下面，也许还有一个更深的问题：</w:t>
      </w:r>
    </w:p>
    <w:p>
      <w:pPr/>
      <w:r>
        <w:rPr>
          <w:rFonts w:ascii="Noto Sans CJK SC" w:hAnsi="Noto Sans CJK SC" w:eastAsia="Noto Sans CJK SC"/>
          <w:b/>
          <w:i w:val="0"/>
        </w:rPr>
        <w:t>我是否仍然觉得耶稣宝贵？</w:t>
      </w:r>
    </w:p>
    <w:p>
      <w:pPr/>
      <w:r>
        <w:rPr>
          <w:rFonts w:ascii="Noto Sans CJK SC" w:hAnsi="Noto Sans CJK SC" w:eastAsia="Noto Sans CJK SC"/>
          <w:b w:val="0"/>
          <w:i w:val="0"/>
        </w:rPr>
        <w:t>因为当耶稣在我们眼中变小时，每一个牺牲都会显得很大。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但当耶稣在我们眼中变得伟大时，即使很大的牺牲，也会开始显得很小。</w:t>
      </w:r>
    </w:p>
    <w:p>
      <w:pPr/>
      <w:r>
        <w:rPr>
          <w:rFonts w:ascii="Noto Sans CJK SC" w:hAnsi="Noto Sans CJK SC" w:eastAsia="Noto Sans CJK SC"/>
          <w:b w:val="0"/>
          <w:i w:val="0"/>
        </w:rPr>
        <w:t>请想一想十字架。</w:t>
      </w:r>
    </w:p>
    <w:p>
      <w:pPr/>
      <w:r>
        <w:rPr>
          <w:rFonts w:ascii="Noto Sans CJK SC" w:hAnsi="Noto Sans CJK SC" w:eastAsia="Noto Sans CJK SC"/>
          <w:b w:val="0"/>
          <w:i w:val="0"/>
        </w:rPr>
        <w:t>耶稣为你舍了自己的生命。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祂担当了你的罪。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祂替你承受了你本来应该承受的审判。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祂为你打开了来到神面前的道路。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祂赐给你永生。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祂赐给你复活的盼望。</w:t>
      </w:r>
    </w:p>
    <w:p>
      <w:pPr/>
      <w:r>
        <w:rPr>
          <w:rFonts w:ascii="Noto Sans CJK SC" w:hAnsi="Noto Sans CJK SC" w:eastAsia="Noto Sans CJK SC"/>
          <w:b w:val="0"/>
          <w:i w:val="0"/>
        </w:rPr>
        <w:t>祂称你为属于祂的人。</w:t>
      </w:r>
    </w:p>
    <w:p>
      <w:pPr/>
      <w:r>
        <w:rPr>
          <w:rFonts w:ascii="Noto Sans CJK SC" w:hAnsi="Noto Sans CJK SC" w:eastAsia="Noto Sans CJK SC"/>
          <w:b/>
          <w:i w:val="0"/>
        </w:rPr>
        <w:t>还有什么能比耶稣更宝贵呢？</w:t>
      </w:r>
    </w:p>
    <w:p>
      <w:pPr/>
      <w:r>
        <w:rPr>
          <w:rFonts w:ascii="Noto Sans CJK SC" w:hAnsi="Noto Sans CJK SC" w:eastAsia="Noto Sans CJK SC"/>
          <w:b w:val="0"/>
          <w:i w:val="0"/>
        </w:rPr>
        <w:t>甚至你自己的生命，也不能比那位为了拯救你而舍命的耶稣更宝贵。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结论</w:t>
      </w:r>
    </w:p>
    <w:p>
      <w:pPr/>
      <w:r>
        <w:rPr>
          <w:rFonts w:ascii="Noto Sans CJK SC" w:hAnsi="Noto Sans CJK SC" w:eastAsia="Noto Sans CJK SC"/>
          <w:b w:val="0"/>
          <w:i w:val="0"/>
        </w:rPr>
        <w:t>有一瓶香膏。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马利亚把它打开。</w:t>
      </w:r>
    </w:p>
    <w:p>
      <w:pPr/>
      <w:r>
        <w:rPr>
          <w:rFonts w:ascii="Noto Sans CJK SC" w:hAnsi="Noto Sans CJK SC" w:eastAsia="Noto Sans CJK SC"/>
          <w:b w:val="0"/>
          <w:i w:val="0"/>
        </w:rPr>
        <w:t>然后把它全部倒了出来。</w:t>
      </w:r>
    </w:p>
    <w:p>
      <w:pPr/>
      <w:r>
        <w:rPr>
          <w:rFonts w:ascii="Noto Sans CJK SC" w:hAnsi="Noto Sans CJK SC" w:eastAsia="Noto Sans CJK SC"/>
          <w:b w:val="0"/>
          <w:i w:val="0"/>
        </w:rPr>
        <w:t>当时房间里的一些人可能心里想：“太浪费了！”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但是耶稣的看法不一样。</w:t>
      </w:r>
    </w:p>
    <w:p>
      <w:pPr/>
      <w:r>
        <w:rPr>
          <w:rFonts w:ascii="Noto Sans CJK SC" w:hAnsi="Noto Sans CJK SC" w:eastAsia="Noto Sans CJK SC"/>
          <w:b w:val="0"/>
          <w:i w:val="0"/>
        </w:rPr>
        <w:t>在马太福音和马可福音里，耶稣说，无论福音传到哪里，这个女人所做的事也要被人记念。</w:t>
      </w:r>
    </w:p>
    <w:p>
      <w:pPr/>
      <w:r>
        <w:rPr>
          <w:rFonts w:ascii="Noto Sans CJK SC" w:hAnsi="Noto Sans CJK SC" w:eastAsia="Noto Sans CJK SC"/>
          <w:b w:val="0"/>
          <w:i w:val="0"/>
        </w:rPr>
        <w:t>现在，大约两千年过去了，我们仍然在讲马利亚的故事。</w:t>
      </w:r>
    </w:p>
    <w:p>
      <w:pPr/>
      <w:r>
        <w:rPr>
          <w:rFonts w:ascii="Noto Sans CJK SC" w:hAnsi="Noto Sans CJK SC" w:eastAsia="Noto Sans CJK SC"/>
          <w:b w:val="0"/>
          <w:i w:val="0"/>
        </w:rPr>
        <w:t>那瓶香膏早就没有了。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伯大尼的那座房子也不在了。</w:t>
      </w:r>
    </w:p>
    <w:p>
      <w:pPr/>
      <w:r>
        <w:rPr>
          <w:rFonts w:ascii="Noto Sans CJK SC" w:hAnsi="Noto Sans CJK SC" w:eastAsia="Noto Sans CJK SC"/>
          <w:b w:val="0"/>
          <w:i w:val="0"/>
        </w:rPr>
        <w:t>马利亚也早已离开这个世界。</w:t>
      </w:r>
    </w:p>
    <w:p>
      <w:pPr/>
      <w:r>
        <w:rPr>
          <w:rFonts w:ascii="Noto Sans CJK SC" w:hAnsi="Noto Sans CJK SC" w:eastAsia="Noto Sans CJK SC"/>
          <w:b w:val="0"/>
          <w:i w:val="0"/>
        </w:rPr>
        <w:t>但是她敬拜的行动直到今天仍然在对我们说话。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为什么？</w:t>
      </w:r>
    </w:p>
    <w:p>
      <w:pPr/>
      <w:r>
        <w:rPr>
          <w:rFonts w:ascii="Noto Sans CJK SC" w:hAnsi="Noto Sans CJK SC" w:eastAsia="Noto Sans CJK SC"/>
          <w:b/>
          <w:i w:val="0"/>
        </w:rPr>
        <w:t>因为真正献给耶稣的东西，永远不会是浪费。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献给耶稣的时间不是浪费。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献给耶稣的爱不是浪费。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按着祂的旨意奉献的金钱不是浪费。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为了耶稣去服事别人不是浪费。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为了一个人多年祷告不是浪费。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传福音不是浪费。</w:t>
      </w:r>
    </w:p>
    <w:p>
      <w:pPr/>
      <w:r>
        <w:rPr>
          <w:rFonts w:ascii="Noto Sans CJK SC" w:hAnsi="Noto Sans CJK SC" w:eastAsia="Noto Sans CJK SC"/>
          <w:b/>
          <w:i w:val="0"/>
        </w:rPr>
        <w:t>把你的生命献给基督，永远不是浪费。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所以，也许今天耶稣正在问我们每一个人：</w:t>
      </w:r>
    </w:p>
    <w:p>
      <w:pPr/>
      <w:r>
        <w:rPr>
          <w:rFonts w:ascii="Noto Sans CJK SC" w:hAnsi="Noto Sans CJK SC" w:eastAsia="Noto Sans CJK SC"/>
          <w:b w:val="0"/>
          <w:i w:val="0"/>
        </w:rPr>
        <w:t>“你手里拿着什么？”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你的“香膏瓶”是什么？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是你的时间吗？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是你的未来吗？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是你的金钱吗？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是你的能力吗？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是你的事业吗？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是你的计划吗？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是你的自尊和骄傲吗？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是你的安逸吗？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是你的心吗？</w:t>
      </w:r>
    </w:p>
    <w:p>
      <w:pPr/>
      <w:r>
        <w:rPr>
          <w:rFonts w:ascii="Noto Sans CJK SC" w:hAnsi="Noto Sans CJK SC" w:eastAsia="Noto Sans CJK SC"/>
          <w:b w:val="0"/>
          <w:i w:val="0"/>
        </w:rPr>
        <w:t>我祷告，愿我们都甘心把这些毫无保留地倾倒在耶稣面前。</w:t>
      </w:r>
    </w:p>
    <w:p>
      <w:pPr/>
      <w:r>
        <w:rPr>
          <w:rFonts w:ascii="Noto Sans CJK SC" w:hAnsi="Noto Sans CJK SC" w:eastAsia="Noto Sans CJK SC"/>
          <w:b w:val="0"/>
          <w:i w:val="0"/>
        </w:rPr>
        <w:t>愿我们这样说：</w:t>
      </w:r>
    </w:p>
    <w:p>
      <w:pPr/>
      <w:r>
        <w:rPr>
          <w:rFonts w:ascii="Noto Sans CJK SC" w:hAnsi="Noto Sans CJK SC" w:eastAsia="Noto Sans CJK SC"/>
          <w:b/>
        </w:rPr>
        <w:t>“耶稣，你是配得的。</w:t>
        <w:br/>
        <w:t>你配得我的时间。</w:t>
        <w:br/>
        <w:t>你配得我所拥有的一切。</w:t>
        <w:br/>
        <w:t>你配得我的未来。</w:t>
        <w:br/>
        <w:t>你配得我的整个生命。”</w:t>
      </w:r>
    </w:p>
    <w:p>
      <w:pPr/>
      <w:r>
        <w:rPr>
          <w:rFonts w:ascii="Noto Sans CJK SC" w:hAnsi="Noto Sans CJK SC" w:eastAsia="Noto Sans CJK SC"/>
          <w:b w:val="0"/>
          <w:i w:val="0"/>
        </w:rPr>
        <w:t>当我们把心献给耶稣时，耶稣的香气就会充满我们的家庭、教会、工作场所、大学，以及神差派我们去的每一个地方。</w:t>
      </w:r>
    </w:p>
    <w:p>
      <w:pPr/>
      <w:r>
        <w:rPr>
          <w:rFonts w:ascii="Noto Sans CJK SC" w:hAnsi="Noto Sans CJK SC" w:eastAsia="Noto Sans CJK SC"/>
          <w:b w:val="0"/>
          <w:i w:val="0"/>
        </w:rPr>
        <w:t>所以最后，我再问一次：</w:t>
      </w:r>
    </w:p>
    <w:p>
      <w:pPr/>
      <w:r>
        <w:rPr>
          <w:rFonts w:ascii="Noto Sans CJK SC" w:hAnsi="Noto Sans CJK SC" w:eastAsia="Noto Sans CJK SC"/>
          <w:b/>
          <w:i w:val="0"/>
        </w:rPr>
        <w:t>耶稣对你有多宝贵？</w:t>
      </w:r>
    </w:p>
    <w:p>
      <w:pPr/>
      <w:r>
        <w:rPr>
          <w:rFonts w:ascii="Noto Sans CJK SC" w:hAnsi="Noto Sans CJK SC" w:eastAsia="Noto Sans CJK SC"/>
          <w:b/>
          <w:i w:val="0"/>
        </w:rPr>
        <w:t>阿们。</w:t>
      </w:r>
    </w:p>
    <w:p>
      <w:pPr>
        <w:pStyle w:val="Heading1"/>
        <w:keepNext/>
      </w:pPr>
      <w:r>
        <w:rPr>
          <w:rFonts w:ascii="Noto Sans CJK SC" w:hAnsi="Noto Sans CJK SC" w:eastAsia="Noto Sans CJK SC"/>
          <w:b w:val="0"/>
          <w:i w:val="0"/>
        </w:rPr>
        <w:t>应用——这一周，让我们这样生活</w:t>
      </w:r>
    </w:p>
    <w:p>
      <w:pPr>
        <w:pStyle w:val="Heading2"/>
        <w:keepNext/>
      </w:pPr>
      <w:r>
        <w:rPr>
          <w:rFonts w:ascii="Noto Sans CJK SC" w:hAnsi="Noto Sans CJK SC" w:eastAsia="Noto Sans CJK SC"/>
          <w:b w:val="0"/>
          <w:i w:val="0"/>
        </w:rPr>
        <w:t>应用 1</w:t>
      </w:r>
    </w:p>
    <w:p>
      <w:pPr/>
      <w:r>
        <w:rPr>
          <w:rFonts w:ascii="Noto Sans CJK SC" w:hAnsi="Noto Sans CJK SC" w:eastAsia="Noto Sans CJK SC"/>
          <w:b w:val="0"/>
          <w:i w:val="0"/>
        </w:rPr>
        <w:t>看看你正在把自己最宝贵的东西倾注在哪里。</w:t>
      </w:r>
    </w:p>
    <w:p>
      <w:pPr/>
      <w:r>
        <w:rPr>
          <w:rFonts w:ascii="Noto Sans CJK SC" w:hAnsi="Noto Sans CJK SC" w:eastAsia="Noto Sans CJK SC"/>
          <w:b w:val="0"/>
          <w:i w:val="0"/>
        </w:rPr>
        <w:t>想一想你的时间安排、你的花费，以及你的思想常常被什么占据。</w:t>
      </w:r>
    </w:p>
    <w:p>
      <w:pPr/>
      <w:r>
        <w:rPr>
          <w:rFonts w:ascii="Noto Sans CJK SC" w:hAnsi="Noto Sans CJK SC" w:eastAsia="Noto Sans CJK SC"/>
          <w:b w:val="0"/>
          <w:i w:val="0"/>
        </w:rPr>
        <w:t>问问自己：</w:t>
      </w:r>
    </w:p>
    <w:p>
      <w:pPr/>
      <w:r>
        <w:rPr>
          <w:rFonts w:ascii="Noto Sans CJK SC" w:hAnsi="Noto Sans CJK SC" w:eastAsia="Noto Sans CJK SC"/>
          <w:b/>
          <w:i w:val="0"/>
        </w:rPr>
        <w:t>“耶稣真的在我心里居第一位吗？”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这一周，先把你一天中最好的一段时间献给耶稣。</w:t>
      </w:r>
    </w:p>
    <w:p>
      <w:pPr/>
      <w:r>
        <w:rPr>
          <w:rFonts w:ascii="Noto Sans CJK SC" w:hAnsi="Noto Sans CJK SC" w:eastAsia="Noto Sans CJK SC"/>
          <w:b w:val="0"/>
          <w:i w:val="0"/>
        </w:rPr>
        <w:t>花时间读祂的话语。</w:t>
      </w:r>
    </w:p>
    <w:p>
      <w:pPr/>
      <w:r>
        <w:rPr>
          <w:rFonts w:ascii="Noto Sans CJK SC" w:hAnsi="Noto Sans CJK SC" w:eastAsia="Noto Sans CJK SC"/>
          <w:b w:val="0"/>
          <w:i w:val="0"/>
        </w:rPr>
        <w:t>花时间祷告。</w:t>
      </w:r>
    </w:p>
    <w:p>
      <w:pPr/>
      <w:r>
        <w:rPr>
          <w:rFonts w:ascii="Noto Sans CJK SC" w:hAnsi="Noto Sans CJK SC" w:eastAsia="Noto Sans CJK SC"/>
          <w:b w:val="0"/>
          <w:i w:val="0"/>
        </w:rPr>
        <w:t>或者用这段时间来服事主和别人。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 w:val="0"/>
          <w:i w:val="0"/>
        </w:rPr>
        <w:t>应用 2</w:t>
      </w:r>
    </w:p>
    <w:p>
      <w:pPr/>
      <w:r>
        <w:rPr>
          <w:rFonts w:ascii="Noto Sans CJK SC" w:hAnsi="Noto Sans CJK SC" w:eastAsia="Noto Sans CJK SC"/>
          <w:b w:val="0"/>
          <w:i w:val="0"/>
        </w:rPr>
        <w:t>不要因为你觉得别人不够委身，就论断他。</w:t>
      </w:r>
    </w:p>
    <w:p>
      <w:pPr/>
      <w:r>
        <w:rPr>
          <w:rFonts w:ascii="Noto Sans CJK SC" w:hAnsi="Noto Sans CJK SC" w:eastAsia="Noto Sans CJK SC"/>
          <w:b w:val="0"/>
          <w:i w:val="0"/>
        </w:rPr>
        <w:t>相反，要先察看自己的内心。</w:t>
      </w:r>
    </w:p>
    <w:p>
      <w:pPr/>
      <w:r>
        <w:rPr>
          <w:rFonts w:ascii="Noto Sans CJK SC" w:hAnsi="Noto Sans CJK SC" w:eastAsia="Noto Sans CJK SC"/>
          <w:b w:val="0"/>
          <w:i w:val="0"/>
        </w:rPr>
        <w:t>问问自己：</w:t>
      </w:r>
    </w:p>
    <w:p>
      <w:pPr/>
      <w:r>
        <w:rPr>
          <w:rFonts w:ascii="Noto Sans CJK SC" w:hAnsi="Noto Sans CJK SC" w:eastAsia="Noto Sans CJK SC"/>
          <w:b/>
          <w:i w:val="0"/>
        </w:rPr>
        <w:t>“我的里面是不是藏着自私或贪心？”</w:t>
      </w:r>
    </w:p>
    <w:p>
      <w:pPr/>
      <w:r>
        <w:rPr>
          <w:rFonts w:ascii="Noto Sans CJK SC" w:hAnsi="Noto Sans CJK SC" w:eastAsia="Noto Sans CJK SC"/>
          <w:b w:val="0"/>
          <w:i w:val="0"/>
        </w:rPr>
        <w:t>为那个人祷告。</w:t>
      </w:r>
    </w:p>
    <w:p>
      <w:pPr/>
      <w:r>
        <w:rPr>
          <w:rFonts w:ascii="Noto Sans CJK SC" w:hAnsi="Noto Sans CJK SC" w:eastAsia="Noto Sans CJK SC"/>
          <w:b w:val="0"/>
          <w:i w:val="0"/>
        </w:rPr>
        <w:t>爱他。</w:t>
      </w:r>
    </w:p>
    <w:p>
      <w:pPr/>
      <w:r>
        <w:rPr>
          <w:rFonts w:ascii="Noto Sans CJK SC" w:hAnsi="Noto Sans CJK SC" w:eastAsia="Noto Sans CJK SC"/>
          <w:b w:val="0"/>
          <w:i w:val="0"/>
        </w:rPr>
        <w:t>并且用爱耐心地等候他。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 w:val="0"/>
          <w:i w:val="0"/>
        </w:rPr>
        <w:t>应用 3</w:t>
      </w:r>
    </w:p>
    <w:p>
      <w:pPr/>
      <w:r>
        <w:rPr>
          <w:rFonts w:ascii="Noto Sans CJK SC" w:hAnsi="Noto Sans CJK SC" w:eastAsia="Noto Sans CJK SC"/>
          <w:b w:val="0"/>
          <w:i w:val="0"/>
        </w:rPr>
        <w:t>在你所参加的小组和身边的人中，留下基督的香气。</w:t>
      </w:r>
    </w:p>
    <w:p>
      <w:pPr/>
      <w:r>
        <w:rPr>
          <w:rFonts w:ascii="Noto Sans CJK SC" w:hAnsi="Noto Sans CJK SC" w:eastAsia="Noto Sans CJK SC"/>
          <w:b w:val="0"/>
          <w:i w:val="0"/>
        </w:rPr>
        <w:t>这一周，选择一个人，用实际的行动向他表达爱。</w:t>
      </w:r>
    </w:p>
    <w:p>
      <w:pPr/>
      <w:r>
        <w:rPr>
          <w:rFonts w:ascii="Noto Sans CJK SC" w:hAnsi="Noto Sans CJK SC" w:eastAsia="Noto Sans CJK SC"/>
          <w:b w:val="0"/>
          <w:i w:val="0"/>
        </w:rPr>
        <w:t>你可以为他预备一些食物。</w:t>
      </w:r>
    </w:p>
    <w:p>
      <w:pPr/>
      <w:r>
        <w:rPr>
          <w:rFonts w:ascii="Noto Sans CJK SC" w:hAnsi="Noto Sans CJK SC" w:eastAsia="Noto Sans CJK SC"/>
          <w:b w:val="0"/>
          <w:i w:val="0"/>
        </w:rPr>
        <w:t>你可以为他祷告。</w:t>
      </w:r>
    </w:p>
    <w:p>
      <w:pPr/>
      <w:r>
        <w:rPr>
          <w:rFonts w:ascii="Noto Sans CJK SC" w:hAnsi="Noto Sans CJK SC" w:eastAsia="Noto Sans CJK SC"/>
          <w:b w:val="0"/>
          <w:i w:val="0"/>
        </w:rPr>
        <w:t>你可以给他发一条鼓励的信息。</w:t>
      </w:r>
    </w:p>
    <w:p>
      <w:pPr/>
      <w:r>
        <w:rPr>
          <w:rFonts w:ascii="Noto Sans CJK SC" w:hAnsi="Noto Sans CJK SC" w:eastAsia="Noto Sans CJK SC"/>
          <w:b w:val="0"/>
          <w:i w:val="0"/>
        </w:rPr>
        <w:t>选择一个人，用具体、实际的方式去爱他、服事他。</w:t>
      </w:r>
    </w:p>
    <w:p>
      <w:pPr/>
      <w:r>
        <w:rPr>
          <w:rFonts w:ascii="Noto Sans CJK SC" w:hAnsi="Noto Sans CJK SC" w:eastAsia="Noto Sans CJK SC"/>
          <w:b/>
          <w:i w:val="0"/>
        </w:rPr>
        <w:t>让耶稣的香气借着你的生命散发出去。</w:t>
      </w:r>
    </w:p>
    <w:sectPr w:rsidR="00FC693F" w:rsidRPr="0006063C" w:rsidSect="00034616">
      <w:footerReference w:type="default" r:id="rId9"/>
      <w:pgSz w:w="12240" w:h="15840"/>
      <w:pgMar w:top="1037" w:right="1123" w:bottom="1037" w:left="112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Noto Sans CJK SC" w:hAnsi="Noto Sans CJK SC" w:eastAsia="Noto Sans CJK SC" w:cs="Noto Sans CJK SC"/>
      <w:b w:val="0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40"/>
      <w:outlineLvl w:val="0"/>
    </w:pPr>
    <w:rPr>
      <w:rFonts w:asciiTheme="majorHAnsi" w:eastAsiaTheme="majorEastAsia" w:hAnsiTheme="majorHAnsi" w:cstheme="majorBidi" w:ascii="Noto Sans CJK SC" w:hAnsi="Noto Sans CJK SC" w:eastAsia="Noto Sans CJK SC" w:cs="Noto Sans CJK SC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 w:ascii="Noto Sans CJK SC" w:hAnsi="Noto Sans CJK SC" w:eastAsia="Noto Sans CJK SC" w:cs="Noto Sans CJK SC"/>
      <w:b/>
      <w:bCs/>
      <w:color w:val="4F81BD" w:themeColor="accent1"/>
      <w:sz w:val="27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 w:cs="Noto Sans CJK SC"/>
      <w:b/>
      <w:color w:val="17365D" w:themeColor="text2" w:themeShade="BF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