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82B02C" w14:textId="77777777" w:rsidR="00DD3485" w:rsidRDefault="008467EC">
      <w:pPr>
        <w:pStyle w:val="Title"/>
        <w:jc w:val="center"/>
        <w:rPr>
          <w:lang w:eastAsia="ko-KR"/>
        </w:rPr>
      </w:pPr>
      <w:r>
        <w:rPr>
          <w:lang w:eastAsia="ko-KR"/>
        </w:rPr>
        <w:t>누구의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사랑하는가</w:t>
      </w:r>
      <w:r>
        <w:rPr>
          <w:lang w:eastAsia="ko-KR"/>
        </w:rPr>
        <w:t>?</w:t>
      </w:r>
    </w:p>
    <w:p w14:paraId="72AD40A1" w14:textId="77777777" w:rsidR="00DD3485" w:rsidRDefault="008467EC">
      <w:pPr>
        <w:pStyle w:val="SermonSubtitle"/>
        <w:jc w:val="center"/>
        <w:rPr>
          <w:lang w:eastAsia="ko-KR"/>
        </w:rPr>
      </w:pPr>
      <w:r>
        <w:rPr>
          <w:lang w:eastAsia="ko-KR"/>
        </w:rPr>
        <w:t>요한복음</w:t>
      </w:r>
      <w:r>
        <w:rPr>
          <w:lang w:eastAsia="ko-KR"/>
        </w:rPr>
        <w:t xml:space="preserve"> 12:37-50</w:t>
      </w:r>
    </w:p>
    <w:p w14:paraId="7B95469D" w14:textId="77777777" w:rsidR="00DD3485" w:rsidRDefault="008467EC">
      <w:pPr>
        <w:pStyle w:val="KeyMessage"/>
        <w:shd w:val="clear" w:color="auto" w:fill="F3F3F3"/>
        <w:rPr>
          <w:lang w:eastAsia="ko-KR"/>
        </w:rPr>
      </w:pPr>
      <w:r>
        <w:rPr>
          <w:lang w:eastAsia="ko-KR"/>
        </w:rPr>
        <w:t>핵심</w:t>
      </w:r>
      <w:r>
        <w:rPr>
          <w:lang w:eastAsia="ko-KR"/>
        </w:rPr>
        <w:t xml:space="preserve"> </w:t>
      </w:r>
      <w:r>
        <w:rPr>
          <w:lang w:eastAsia="ko-KR"/>
        </w:rPr>
        <w:t>메시지</w:t>
      </w:r>
      <w:r>
        <w:rPr>
          <w:lang w:eastAsia="ko-KR"/>
        </w:rPr>
        <w:t xml:space="preserve">: </w:t>
      </w:r>
      <w:r>
        <w:rPr>
          <w:lang w:eastAsia="ko-KR"/>
        </w:rPr>
        <w:t>믿음의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큰</w:t>
      </w:r>
      <w:r>
        <w:rPr>
          <w:lang w:eastAsia="ko-KR"/>
        </w:rPr>
        <w:t xml:space="preserve"> </w:t>
      </w:r>
      <w:r>
        <w:rPr>
          <w:lang w:eastAsia="ko-KR"/>
        </w:rPr>
        <w:t>장애물은</w:t>
      </w:r>
      <w:r>
        <w:rPr>
          <w:lang w:eastAsia="ko-KR"/>
        </w:rPr>
        <w:t xml:space="preserve"> </w:t>
      </w:r>
      <w:r>
        <w:rPr>
          <w:lang w:eastAsia="ko-KR"/>
        </w:rPr>
        <w:t>증거의</w:t>
      </w:r>
      <w:r>
        <w:rPr>
          <w:lang w:eastAsia="ko-KR"/>
        </w:rPr>
        <w:t xml:space="preserve"> </w:t>
      </w:r>
      <w:r>
        <w:rPr>
          <w:lang w:eastAsia="ko-KR"/>
        </w:rPr>
        <w:t>부족이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사랑하는가에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거절하면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완고해지고</w:t>
      </w:r>
      <w:r>
        <w:rPr>
          <w:lang w:eastAsia="ko-KR"/>
        </w:rPr>
        <w:t xml:space="preserve">,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사랑하면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알면서도</w:t>
      </w:r>
      <w:r>
        <w:rPr>
          <w:lang w:eastAsia="ko-KR"/>
        </w:rPr>
        <w:t xml:space="preserve"> </w:t>
      </w:r>
      <w:r>
        <w:rPr>
          <w:lang w:eastAsia="ko-KR"/>
        </w:rPr>
        <w:t>시인하지</w:t>
      </w:r>
      <w:r>
        <w:rPr>
          <w:lang w:eastAsia="ko-KR"/>
        </w:rPr>
        <w:t xml:space="preserve"> </w:t>
      </w:r>
      <w:r>
        <w:rPr>
          <w:lang w:eastAsia="ko-KR"/>
        </w:rPr>
        <w:t>못합니다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어둠에서</w:t>
      </w:r>
      <w:r>
        <w:rPr>
          <w:lang w:eastAsia="ko-KR"/>
        </w:rPr>
        <w:t xml:space="preserve"> </w:t>
      </w:r>
      <w:r>
        <w:rPr>
          <w:lang w:eastAsia="ko-KR"/>
        </w:rPr>
        <w:t>건져</w:t>
      </w:r>
      <w:r>
        <w:rPr>
          <w:lang w:eastAsia="ko-KR"/>
        </w:rPr>
        <w:t xml:space="preserve"> </w:t>
      </w:r>
      <w:r>
        <w:rPr>
          <w:lang w:eastAsia="ko-KR"/>
        </w:rPr>
        <w:t>내기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빛으로</w:t>
      </w:r>
      <w:r>
        <w:rPr>
          <w:lang w:eastAsia="ko-KR"/>
        </w:rPr>
        <w:t xml:space="preserve"> </w:t>
      </w:r>
      <w:r>
        <w:rPr>
          <w:lang w:eastAsia="ko-KR"/>
        </w:rPr>
        <w:t>오셨고</w:t>
      </w:r>
      <w:r>
        <w:rPr>
          <w:lang w:eastAsia="ko-KR"/>
        </w:rPr>
        <w:t xml:space="preserve">,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살리는</w:t>
      </w:r>
      <w:r>
        <w:rPr>
          <w:lang w:eastAsia="ko-KR"/>
        </w:rPr>
        <w:t xml:space="preserve"> </w:t>
      </w:r>
      <w:r>
        <w:rPr>
          <w:lang w:eastAsia="ko-KR"/>
        </w:rPr>
        <w:t>영생의</w:t>
      </w:r>
      <w:r>
        <w:rPr>
          <w:lang w:eastAsia="ko-KR"/>
        </w:rPr>
        <w:t xml:space="preserve"> </w:t>
      </w:r>
      <w:r>
        <w:rPr>
          <w:lang w:eastAsia="ko-KR"/>
        </w:rPr>
        <w:t>말씀입니다</w:t>
      </w:r>
      <w:r>
        <w:rPr>
          <w:lang w:eastAsia="ko-KR"/>
        </w:rPr>
        <w:t>.</w:t>
      </w:r>
    </w:p>
    <w:p w14:paraId="28C2E50E" w14:textId="77777777" w:rsidR="00DD3485" w:rsidRDefault="008467EC">
      <w:pPr>
        <w:pStyle w:val="Heading1"/>
        <w:rPr>
          <w:lang w:eastAsia="ko-KR"/>
        </w:rPr>
      </w:pPr>
      <w:r>
        <w:rPr>
          <w:lang w:eastAsia="ko-KR"/>
        </w:rPr>
        <w:t>서론</w:t>
      </w:r>
      <w:r>
        <w:rPr>
          <w:lang w:eastAsia="ko-KR"/>
        </w:rPr>
        <w:t xml:space="preserve"> — 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그들과</w:t>
      </w:r>
      <w:r>
        <w:rPr>
          <w:lang w:eastAsia="ko-KR"/>
        </w:rPr>
        <w:t xml:space="preserve"> </w:t>
      </w:r>
      <w:r>
        <w:rPr>
          <w:lang w:eastAsia="ko-KR"/>
        </w:rPr>
        <w:t>정말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다른가</w:t>
      </w:r>
      <w:proofErr w:type="spellEnd"/>
      <w:r>
        <w:rPr>
          <w:lang w:eastAsia="ko-KR"/>
        </w:rPr>
        <w:t>?</w:t>
      </w:r>
    </w:p>
    <w:p w14:paraId="57DA12D7" w14:textId="77CCB87B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제가</w:t>
      </w:r>
      <w:r>
        <w:rPr>
          <w:lang w:eastAsia="ko-KR"/>
        </w:rPr>
        <w:t xml:space="preserve"> </w:t>
      </w:r>
      <w:r>
        <w:rPr>
          <w:lang w:eastAsia="ko-KR"/>
        </w:rPr>
        <w:t>대학교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proofErr w:type="spellStart"/>
      <w:r w:rsidR="00C152B8">
        <w:rPr>
          <w:rFonts w:ascii="Batang" w:eastAsia="Batang" w:hAnsi="Batang" w:cs="Batang" w:hint="eastAsia"/>
          <w:lang w:eastAsia="ko-KR"/>
        </w:rPr>
        <w:t>믿은지</w:t>
      </w:r>
      <w:proofErr w:type="spellEnd"/>
      <w:r w:rsidR="00C152B8">
        <w:rPr>
          <w:rFonts w:ascii="Batang" w:eastAsia="Batang" w:hAnsi="Batang" w:cs="Batang" w:hint="eastAsia"/>
          <w:lang w:eastAsia="ko-KR"/>
        </w:rPr>
        <w:t xml:space="preserve"> 몇 년 안되었을 때</w:t>
      </w:r>
      <w:r>
        <w:rPr>
          <w:lang w:eastAsia="ko-KR"/>
        </w:rPr>
        <w:t xml:space="preserve"> </w:t>
      </w:r>
      <w:r>
        <w:rPr>
          <w:lang w:eastAsia="ko-KR"/>
        </w:rPr>
        <w:t>입니다</w:t>
      </w:r>
      <w:r>
        <w:rPr>
          <w:lang w:eastAsia="ko-KR"/>
        </w:rPr>
        <w:t xml:space="preserve">. </w:t>
      </w:r>
      <w:r>
        <w:rPr>
          <w:lang w:eastAsia="ko-KR"/>
        </w:rPr>
        <w:t>성경에서</w:t>
      </w:r>
      <w:r>
        <w:rPr>
          <w:lang w:eastAsia="ko-KR"/>
        </w:rPr>
        <w:t xml:space="preserve"> </w:t>
      </w:r>
      <w:r>
        <w:rPr>
          <w:lang w:eastAsia="ko-KR"/>
        </w:rPr>
        <w:t>이스라엘</w:t>
      </w:r>
      <w:r>
        <w:rPr>
          <w:lang w:eastAsia="ko-KR"/>
        </w:rPr>
        <w:t xml:space="preserve"> </w:t>
      </w:r>
      <w:r>
        <w:rPr>
          <w:lang w:eastAsia="ko-KR"/>
        </w:rPr>
        <w:t>백성들이</w:t>
      </w:r>
      <w:r>
        <w:rPr>
          <w:lang w:eastAsia="ko-KR"/>
        </w:rPr>
        <w:t xml:space="preserve"> </w:t>
      </w:r>
      <w:r>
        <w:rPr>
          <w:lang w:eastAsia="ko-KR"/>
        </w:rPr>
        <w:t>광야에서</w:t>
      </w:r>
      <w:r>
        <w:rPr>
          <w:lang w:eastAsia="ko-KR"/>
        </w:rPr>
        <w:t xml:space="preserve"> </w:t>
      </w:r>
      <w:r>
        <w:rPr>
          <w:lang w:eastAsia="ko-KR"/>
        </w:rPr>
        <w:t>수많은</w:t>
      </w:r>
      <w:r>
        <w:rPr>
          <w:lang w:eastAsia="ko-KR"/>
        </w:rPr>
        <w:t xml:space="preserve"> </w:t>
      </w:r>
      <w:r>
        <w:rPr>
          <w:lang w:eastAsia="ko-KR"/>
        </w:rPr>
        <w:t>기적을</w:t>
      </w:r>
      <w:r>
        <w:rPr>
          <w:lang w:eastAsia="ko-KR"/>
        </w:rPr>
        <w:t xml:space="preserve"> </w:t>
      </w:r>
      <w:r>
        <w:rPr>
          <w:lang w:eastAsia="ko-KR"/>
        </w:rPr>
        <w:t>보고도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원망하고</w:t>
      </w:r>
      <w:r>
        <w:rPr>
          <w:lang w:eastAsia="ko-KR"/>
        </w:rPr>
        <w:t xml:space="preserve"> </w:t>
      </w:r>
      <w:r>
        <w:rPr>
          <w:lang w:eastAsia="ko-KR"/>
        </w:rPr>
        <w:t>불평하는</w:t>
      </w:r>
      <w:r>
        <w:rPr>
          <w:lang w:eastAsia="ko-KR"/>
        </w:rPr>
        <w:t xml:space="preserve"> </w:t>
      </w:r>
      <w:r>
        <w:rPr>
          <w:lang w:eastAsia="ko-KR"/>
        </w:rPr>
        <w:t>모습을</w:t>
      </w:r>
      <w:r>
        <w:rPr>
          <w:lang w:eastAsia="ko-KR"/>
        </w:rPr>
        <w:t xml:space="preserve"> </w:t>
      </w:r>
      <w:r>
        <w:rPr>
          <w:lang w:eastAsia="ko-KR"/>
        </w:rPr>
        <w:t>읽었습니다</w:t>
      </w:r>
      <w:r>
        <w:rPr>
          <w:lang w:eastAsia="ko-KR"/>
        </w:rPr>
        <w:t xml:space="preserve">. </w:t>
      </w:r>
      <w:r>
        <w:rPr>
          <w:lang w:eastAsia="ko-KR"/>
        </w:rPr>
        <w:t>그때</w:t>
      </w:r>
      <w:r>
        <w:rPr>
          <w:lang w:eastAsia="ko-KR"/>
        </w:rPr>
        <w:t xml:space="preserve"> </w:t>
      </w:r>
      <w:r>
        <w:rPr>
          <w:lang w:eastAsia="ko-KR"/>
        </w:rPr>
        <w:t>속으로</w:t>
      </w:r>
      <w:r>
        <w:rPr>
          <w:lang w:eastAsia="ko-KR"/>
        </w:rPr>
        <w:t xml:space="preserve"> </w:t>
      </w:r>
      <w:r>
        <w:rPr>
          <w:lang w:eastAsia="ko-KR"/>
        </w:rPr>
        <w:t>생각했습니다</w:t>
      </w:r>
      <w:r>
        <w:rPr>
          <w:lang w:eastAsia="ko-KR"/>
        </w:rPr>
        <w:t>. “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저렇게</w:t>
      </w:r>
      <w:r>
        <w:rPr>
          <w:lang w:eastAsia="ko-KR"/>
        </w:rPr>
        <w:t xml:space="preserve"> </w:t>
      </w:r>
      <w:r>
        <w:rPr>
          <w:lang w:eastAsia="ko-KR"/>
        </w:rPr>
        <w:t>많은</w:t>
      </w:r>
      <w:r>
        <w:rPr>
          <w:lang w:eastAsia="ko-KR"/>
        </w:rPr>
        <w:t xml:space="preserve"> </w:t>
      </w:r>
      <w:r>
        <w:rPr>
          <w:lang w:eastAsia="ko-KR"/>
        </w:rPr>
        <w:t>기적을</w:t>
      </w:r>
      <w:r>
        <w:rPr>
          <w:lang w:eastAsia="ko-KR"/>
        </w:rPr>
        <w:t xml:space="preserve"> </w:t>
      </w:r>
      <w:r>
        <w:rPr>
          <w:lang w:eastAsia="ko-KR"/>
        </w:rPr>
        <w:t>보고도</w:t>
      </w:r>
      <w:r>
        <w:rPr>
          <w:lang w:eastAsia="ko-KR"/>
        </w:rPr>
        <w:t xml:space="preserve"> </w:t>
      </w:r>
      <w:r>
        <w:rPr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못할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있을까</w:t>
      </w:r>
      <w:r>
        <w:rPr>
          <w:lang w:eastAsia="ko-KR"/>
        </w:rPr>
        <w:t xml:space="preserve">?” </w:t>
      </w:r>
      <w:r>
        <w:rPr>
          <w:lang w:eastAsia="ko-KR"/>
        </w:rPr>
        <w:t>또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대적하고</w:t>
      </w:r>
      <w:r>
        <w:rPr>
          <w:lang w:eastAsia="ko-KR"/>
        </w:rPr>
        <w:t xml:space="preserve"> </w:t>
      </w:r>
      <w:r>
        <w:rPr>
          <w:lang w:eastAsia="ko-KR"/>
        </w:rPr>
        <w:t>결국</w:t>
      </w:r>
      <w:r>
        <w:rPr>
          <w:lang w:eastAsia="ko-KR"/>
        </w:rPr>
        <w:t xml:space="preserve"> </w:t>
      </w:r>
      <w:r>
        <w:rPr>
          <w:lang w:eastAsia="ko-KR"/>
        </w:rPr>
        <w:t>십자가에</w:t>
      </w:r>
      <w:r>
        <w:rPr>
          <w:lang w:eastAsia="ko-KR"/>
        </w:rPr>
        <w:t xml:space="preserve"> </w:t>
      </w:r>
      <w:r>
        <w:rPr>
          <w:lang w:eastAsia="ko-KR"/>
        </w:rPr>
        <w:t>못</w:t>
      </w:r>
      <w:r>
        <w:rPr>
          <w:lang w:eastAsia="ko-KR"/>
        </w:rPr>
        <w:t xml:space="preserve"> </w:t>
      </w:r>
      <w:r>
        <w:rPr>
          <w:lang w:eastAsia="ko-KR"/>
        </w:rPr>
        <w:t>박은</w:t>
      </w:r>
      <w:r>
        <w:rPr>
          <w:lang w:eastAsia="ko-KR"/>
        </w:rPr>
        <w:t xml:space="preserve"> </w:t>
      </w:r>
      <w:r>
        <w:rPr>
          <w:lang w:eastAsia="ko-KR"/>
        </w:rPr>
        <w:t>사람들을</w:t>
      </w:r>
      <w:r>
        <w:rPr>
          <w:lang w:eastAsia="ko-KR"/>
        </w:rPr>
        <w:t xml:space="preserve"> </w:t>
      </w:r>
      <w:r>
        <w:rPr>
          <w:lang w:eastAsia="ko-KR"/>
        </w:rPr>
        <w:t>보면서</w:t>
      </w:r>
      <w:r>
        <w:rPr>
          <w:lang w:eastAsia="ko-KR"/>
        </w:rPr>
        <w:t xml:space="preserve"> “</w:t>
      </w:r>
      <w:r>
        <w:rPr>
          <w:lang w:eastAsia="ko-KR"/>
        </w:rPr>
        <w:t>참</w:t>
      </w:r>
      <w:r>
        <w:rPr>
          <w:lang w:eastAsia="ko-KR"/>
        </w:rPr>
        <w:t xml:space="preserve"> </w:t>
      </w:r>
      <w:r>
        <w:rPr>
          <w:lang w:eastAsia="ko-KR"/>
        </w:rPr>
        <w:t>어리석고</w:t>
      </w:r>
      <w:r>
        <w:rPr>
          <w:lang w:eastAsia="ko-KR"/>
        </w:rPr>
        <w:t xml:space="preserve"> </w:t>
      </w:r>
      <w:r>
        <w:rPr>
          <w:lang w:eastAsia="ko-KR"/>
        </w:rPr>
        <w:t>악한</w:t>
      </w:r>
      <w:r>
        <w:rPr>
          <w:lang w:eastAsia="ko-KR"/>
        </w:rPr>
        <w:t xml:space="preserve"> </w:t>
      </w:r>
      <w:r>
        <w:rPr>
          <w:lang w:eastAsia="ko-KR"/>
        </w:rPr>
        <w:t>사람들이다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쉽게</w:t>
      </w:r>
      <w:r>
        <w:rPr>
          <w:lang w:eastAsia="ko-KR"/>
        </w:rPr>
        <w:t xml:space="preserve"> </w:t>
      </w:r>
      <w:r>
        <w:rPr>
          <w:lang w:eastAsia="ko-KR"/>
        </w:rPr>
        <w:t>판단했습니다</w:t>
      </w:r>
      <w:r>
        <w:rPr>
          <w:lang w:eastAsia="ko-KR"/>
        </w:rPr>
        <w:t>.</w:t>
      </w:r>
    </w:p>
    <w:p w14:paraId="6411AA41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어느</w:t>
      </w:r>
      <w:r>
        <w:rPr>
          <w:lang w:eastAsia="ko-KR"/>
        </w:rPr>
        <w:t xml:space="preserve"> </w:t>
      </w:r>
      <w:r>
        <w:rPr>
          <w:lang w:eastAsia="ko-KR"/>
        </w:rPr>
        <w:t>날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친구가</w:t>
      </w:r>
      <w:r>
        <w:rPr>
          <w:lang w:eastAsia="ko-KR"/>
        </w:rPr>
        <w:t xml:space="preserve"> </w:t>
      </w:r>
      <w:r>
        <w:rPr>
          <w:lang w:eastAsia="ko-KR"/>
        </w:rPr>
        <w:t>저에게</w:t>
      </w:r>
      <w:r>
        <w:rPr>
          <w:lang w:eastAsia="ko-KR"/>
        </w:rPr>
        <w:t xml:space="preserve"> </w:t>
      </w:r>
      <w:r>
        <w:rPr>
          <w:lang w:eastAsia="ko-KR"/>
        </w:rPr>
        <w:t>물었습니다</w:t>
      </w:r>
      <w:r>
        <w:rPr>
          <w:lang w:eastAsia="ko-KR"/>
        </w:rPr>
        <w:t>. “</w:t>
      </w:r>
      <w:r>
        <w:rPr>
          <w:lang w:eastAsia="ko-KR"/>
        </w:rPr>
        <w:t>그러면</w:t>
      </w:r>
      <w:r>
        <w:rPr>
          <w:lang w:eastAsia="ko-KR"/>
        </w:rPr>
        <w:t xml:space="preserve"> </w:t>
      </w:r>
      <w:r>
        <w:rPr>
          <w:lang w:eastAsia="ko-KR"/>
        </w:rPr>
        <w:t>너는</w:t>
      </w:r>
      <w:r>
        <w:rPr>
          <w:lang w:eastAsia="ko-KR"/>
        </w:rPr>
        <w:t xml:space="preserve"> </w:t>
      </w:r>
      <w:r>
        <w:rPr>
          <w:lang w:eastAsia="ko-KR"/>
        </w:rPr>
        <w:t>어떠냐</w:t>
      </w:r>
      <w:r>
        <w:rPr>
          <w:lang w:eastAsia="ko-KR"/>
        </w:rPr>
        <w:t xml:space="preserve">?”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한마디가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찔렀습니다</w:t>
      </w:r>
      <w:r>
        <w:rPr>
          <w:lang w:eastAsia="ko-KR"/>
        </w:rPr>
        <w:t xml:space="preserve">. </w:t>
      </w:r>
      <w:r>
        <w:rPr>
          <w:lang w:eastAsia="ko-KR"/>
        </w:rPr>
        <w:t>생각해</w:t>
      </w:r>
      <w:r>
        <w:rPr>
          <w:lang w:eastAsia="ko-KR"/>
        </w:rPr>
        <w:t xml:space="preserve"> </w:t>
      </w:r>
      <w:r>
        <w:rPr>
          <w:lang w:eastAsia="ko-KR"/>
        </w:rPr>
        <w:t>보니</w:t>
      </w:r>
      <w:r>
        <w:rPr>
          <w:lang w:eastAsia="ko-KR"/>
        </w:rPr>
        <w:t xml:space="preserve"> </w:t>
      </w:r>
      <w:r>
        <w:rPr>
          <w:lang w:eastAsia="ko-KR"/>
        </w:rPr>
        <w:t>저도</w:t>
      </w:r>
      <w:r>
        <w:rPr>
          <w:lang w:eastAsia="ko-KR"/>
        </w:rPr>
        <w:t xml:space="preserve"> </w:t>
      </w:r>
      <w:r>
        <w:rPr>
          <w:lang w:eastAsia="ko-KR"/>
        </w:rPr>
        <w:t>다르지</w:t>
      </w:r>
      <w:r>
        <w:rPr>
          <w:lang w:eastAsia="ko-KR"/>
        </w:rPr>
        <w:t xml:space="preserve"> </w:t>
      </w:r>
      <w:r>
        <w:rPr>
          <w:lang w:eastAsia="ko-KR"/>
        </w:rPr>
        <w:t>않았습니다</w:t>
      </w:r>
      <w:r>
        <w:rPr>
          <w:lang w:eastAsia="ko-KR"/>
        </w:rPr>
        <w:t xml:space="preserve">.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은혜를</w:t>
      </w:r>
      <w:r>
        <w:rPr>
          <w:lang w:eastAsia="ko-KR"/>
        </w:rPr>
        <w:t xml:space="preserve"> </w:t>
      </w:r>
      <w:r>
        <w:rPr>
          <w:lang w:eastAsia="ko-KR"/>
        </w:rPr>
        <w:t>많이</w:t>
      </w:r>
      <w:r>
        <w:rPr>
          <w:lang w:eastAsia="ko-KR"/>
        </w:rPr>
        <w:t xml:space="preserve"> </w:t>
      </w:r>
      <w:r>
        <w:rPr>
          <w:lang w:eastAsia="ko-KR"/>
        </w:rPr>
        <w:t>경험하고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많이</w:t>
      </w:r>
      <w:r>
        <w:rPr>
          <w:lang w:eastAsia="ko-KR"/>
        </w:rPr>
        <w:t xml:space="preserve"> </w:t>
      </w:r>
      <w:r>
        <w:rPr>
          <w:lang w:eastAsia="ko-KR"/>
        </w:rPr>
        <w:t>들었지만</w:t>
      </w:r>
      <w:r>
        <w:rPr>
          <w:lang w:eastAsia="ko-KR"/>
        </w:rPr>
        <w:t xml:space="preserve">, </w:t>
      </w:r>
      <w:r>
        <w:rPr>
          <w:lang w:eastAsia="ko-KR"/>
        </w:rPr>
        <w:t>정작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생각과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자존심과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유익을</w:t>
      </w:r>
      <w:r>
        <w:rPr>
          <w:lang w:eastAsia="ko-KR"/>
        </w:rPr>
        <w:t xml:space="preserve"> </w:t>
      </w:r>
      <w:r>
        <w:rPr>
          <w:lang w:eastAsia="ko-KR"/>
        </w:rPr>
        <w:t>내려놓아야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때에는</w:t>
      </w:r>
      <w:r>
        <w:rPr>
          <w:lang w:eastAsia="ko-KR"/>
        </w:rPr>
        <w:t xml:space="preserve"> </w:t>
      </w:r>
      <w:r>
        <w:rPr>
          <w:lang w:eastAsia="ko-KR"/>
        </w:rPr>
        <w:t>하나님보다</w:t>
      </w:r>
      <w:r>
        <w:rPr>
          <w:lang w:eastAsia="ko-KR"/>
        </w:rPr>
        <w:t xml:space="preserve"> </w:t>
      </w:r>
      <w:r>
        <w:rPr>
          <w:lang w:eastAsia="ko-KR"/>
        </w:rPr>
        <w:t>나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사랑할</w:t>
      </w:r>
      <w:r>
        <w:rPr>
          <w:lang w:eastAsia="ko-KR"/>
        </w:rPr>
        <w:t xml:space="preserve"> </w:t>
      </w:r>
      <w:r>
        <w:rPr>
          <w:lang w:eastAsia="ko-KR"/>
        </w:rPr>
        <w:t>때가</w:t>
      </w:r>
      <w:r>
        <w:rPr>
          <w:lang w:eastAsia="ko-KR"/>
        </w:rPr>
        <w:t xml:space="preserve"> </w:t>
      </w:r>
      <w:r>
        <w:rPr>
          <w:lang w:eastAsia="ko-KR"/>
        </w:rPr>
        <w:t>많았습니다</w:t>
      </w:r>
      <w:r>
        <w:rPr>
          <w:lang w:eastAsia="ko-KR"/>
        </w:rPr>
        <w:t>.</w:t>
      </w:r>
    </w:p>
    <w:p w14:paraId="14BD6BE3" w14:textId="22763EBC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본문은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2</w:t>
      </w:r>
      <w:r>
        <w:rPr>
          <w:lang w:eastAsia="ko-KR"/>
        </w:rPr>
        <w:t>천</w:t>
      </w:r>
      <w:r>
        <w:rPr>
          <w:lang w:eastAsia="ko-KR"/>
        </w:rPr>
        <w:t xml:space="preserve"> </w:t>
      </w:r>
      <w:r>
        <w:rPr>
          <w:lang w:eastAsia="ko-KR"/>
        </w:rPr>
        <w:t>년</w:t>
      </w:r>
      <w:r>
        <w:rPr>
          <w:lang w:eastAsia="ko-KR"/>
        </w:rPr>
        <w:t xml:space="preserve"> </w:t>
      </w:r>
      <w:r>
        <w:rPr>
          <w:lang w:eastAsia="ko-KR"/>
        </w:rPr>
        <w:t>전</w:t>
      </w:r>
      <w:r>
        <w:rPr>
          <w:lang w:eastAsia="ko-KR"/>
        </w:rPr>
        <w:t xml:space="preserve"> </w:t>
      </w:r>
      <w:r>
        <w:rPr>
          <w:lang w:eastAsia="ko-KR"/>
        </w:rPr>
        <w:t>유대인들의</w:t>
      </w:r>
      <w:r>
        <w:rPr>
          <w:lang w:eastAsia="ko-KR"/>
        </w:rPr>
        <w:t xml:space="preserve"> </w:t>
      </w:r>
      <w:r>
        <w:rPr>
          <w:lang w:eastAsia="ko-KR"/>
        </w:rPr>
        <w:t>불신앙을</w:t>
      </w:r>
      <w:r>
        <w:rPr>
          <w:lang w:eastAsia="ko-KR"/>
        </w:rPr>
        <w:t xml:space="preserve"> </w:t>
      </w:r>
      <w:r>
        <w:rPr>
          <w:lang w:eastAsia="ko-KR"/>
        </w:rPr>
        <w:t>설명하는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lang w:eastAsia="ko-KR"/>
        </w:rPr>
        <w:t>묻습니다</w:t>
      </w:r>
      <w:r>
        <w:rPr>
          <w:lang w:eastAsia="ko-KR"/>
        </w:rPr>
        <w:t>. “</w:t>
      </w:r>
      <w:r>
        <w:rPr>
          <w:lang w:eastAsia="ko-KR"/>
        </w:rPr>
        <w:t>너는</w:t>
      </w:r>
      <w:r>
        <w:rPr>
          <w:lang w:eastAsia="ko-KR"/>
        </w:rPr>
        <w:t xml:space="preserve"> </w:t>
      </w:r>
      <w:r>
        <w:rPr>
          <w:lang w:eastAsia="ko-KR"/>
        </w:rPr>
        <w:t>어떠냐</w:t>
      </w:r>
      <w:r>
        <w:rPr>
          <w:lang w:eastAsia="ko-KR"/>
        </w:rPr>
        <w:t xml:space="preserve">? </w:t>
      </w:r>
      <w:r>
        <w:rPr>
          <w:lang w:eastAsia="ko-KR"/>
        </w:rPr>
        <w:t>너는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보고도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않느냐</w:t>
      </w:r>
      <w:r>
        <w:rPr>
          <w:lang w:eastAsia="ko-KR"/>
        </w:rPr>
        <w:t xml:space="preserve">? </w:t>
      </w:r>
      <w:r w:rsidR="00EC17F7">
        <w:rPr>
          <w:rFonts w:ascii="Batang" w:eastAsia="Batang" w:hAnsi="Batang" w:cs="Batang" w:hint="eastAsia"/>
          <w:lang w:eastAsia="ko-KR"/>
        </w:rPr>
        <w:t xml:space="preserve">네가 정말 사랑하는 것은 무엇인가? </w:t>
      </w:r>
      <w:r>
        <w:rPr>
          <w:lang w:eastAsia="ko-KR"/>
        </w:rPr>
        <w:t>너는</w:t>
      </w:r>
      <w:r>
        <w:rPr>
          <w:lang w:eastAsia="ko-KR"/>
        </w:rPr>
        <w:t xml:space="preserve"> </w:t>
      </w:r>
      <w:r>
        <w:rPr>
          <w:lang w:eastAsia="ko-KR"/>
        </w:rPr>
        <w:t>누구의</w:t>
      </w:r>
      <w:r>
        <w:rPr>
          <w:lang w:eastAsia="ko-KR"/>
        </w:rPr>
        <w:t xml:space="preserve"> </w:t>
      </w:r>
      <w:r>
        <w:rPr>
          <w:lang w:eastAsia="ko-KR"/>
        </w:rPr>
        <w:t>인정</w:t>
      </w:r>
      <w:r w:rsidR="0045726B">
        <w:rPr>
          <w:rFonts w:ascii="Batang" w:eastAsia="Batang" w:hAnsi="Batang" w:cs="Batang" w:hint="eastAsia"/>
          <w:lang w:eastAsia="ko-KR"/>
        </w:rPr>
        <w:t xml:space="preserve">과 칭찬을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사랑하느냐</w:t>
      </w:r>
      <w:r>
        <w:rPr>
          <w:lang w:eastAsia="ko-KR"/>
        </w:rPr>
        <w:t xml:space="preserve">? </w:t>
      </w:r>
      <w:r>
        <w:rPr>
          <w:lang w:eastAsia="ko-KR"/>
        </w:rPr>
        <w:t>너는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듣고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돌이키고</w:t>
      </w:r>
      <w:r>
        <w:rPr>
          <w:lang w:eastAsia="ko-KR"/>
        </w:rPr>
        <w:t xml:space="preserve"> </w:t>
      </w:r>
      <w:r>
        <w:rPr>
          <w:lang w:eastAsia="ko-KR"/>
        </w:rPr>
        <w:t>있느냐</w:t>
      </w:r>
      <w:r>
        <w:rPr>
          <w:lang w:eastAsia="ko-KR"/>
        </w:rPr>
        <w:t>?”</w:t>
      </w:r>
    </w:p>
    <w:p w14:paraId="41E0A900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본문을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어디를</w:t>
      </w:r>
      <w:r>
        <w:rPr>
          <w:lang w:eastAsia="ko-KR"/>
        </w:rPr>
        <w:t xml:space="preserve"> </w:t>
      </w:r>
      <w:r>
        <w:rPr>
          <w:lang w:eastAsia="ko-KR"/>
        </w:rPr>
        <w:t>향하고</w:t>
      </w:r>
      <w:r>
        <w:rPr>
          <w:lang w:eastAsia="ko-KR"/>
        </w:rPr>
        <w:t xml:space="preserve"> </w:t>
      </w:r>
      <w:r>
        <w:rPr>
          <w:lang w:eastAsia="ko-KR"/>
        </w:rPr>
        <w:t>있는지</w:t>
      </w:r>
      <w:r>
        <w:rPr>
          <w:lang w:eastAsia="ko-KR"/>
        </w:rPr>
        <w:t xml:space="preserve"> </w:t>
      </w:r>
      <w:r>
        <w:rPr>
          <w:lang w:eastAsia="ko-KR"/>
        </w:rPr>
        <w:t>분명히</w:t>
      </w:r>
      <w:r>
        <w:rPr>
          <w:lang w:eastAsia="ko-KR"/>
        </w:rPr>
        <w:t xml:space="preserve"> </w:t>
      </w:r>
      <w:r>
        <w:rPr>
          <w:lang w:eastAsia="ko-KR"/>
        </w:rPr>
        <w:t>보기를</w:t>
      </w:r>
      <w:r>
        <w:rPr>
          <w:lang w:eastAsia="ko-KR"/>
        </w:rPr>
        <w:t xml:space="preserve"> </w:t>
      </w:r>
      <w:r>
        <w:rPr>
          <w:lang w:eastAsia="ko-KR"/>
        </w:rPr>
        <w:t>원합니다</w:t>
      </w:r>
      <w:r>
        <w:rPr>
          <w:lang w:eastAsia="ko-KR"/>
        </w:rPr>
        <w:t>.</w:t>
      </w:r>
    </w:p>
    <w:p w14:paraId="62C02E0E" w14:textId="77777777" w:rsidR="00DD3485" w:rsidRDefault="008467EC">
      <w:pPr>
        <w:pStyle w:val="Heading1"/>
        <w:rPr>
          <w:lang w:eastAsia="ko-KR"/>
        </w:rPr>
      </w:pPr>
      <w:r>
        <w:rPr>
          <w:lang w:eastAsia="ko-KR"/>
        </w:rPr>
        <w:t xml:space="preserve">1. </w:t>
      </w:r>
      <w:r>
        <w:rPr>
          <w:lang w:eastAsia="ko-KR"/>
        </w:rPr>
        <w:t>그렇게</w:t>
      </w:r>
      <w:r>
        <w:rPr>
          <w:lang w:eastAsia="ko-KR"/>
        </w:rPr>
        <w:t xml:space="preserve"> </w:t>
      </w:r>
      <w:r>
        <w:rPr>
          <w:lang w:eastAsia="ko-KR"/>
        </w:rPr>
        <w:t>많은</w:t>
      </w:r>
      <w:r>
        <w:rPr>
          <w:lang w:eastAsia="ko-KR"/>
        </w:rPr>
        <w:t xml:space="preserve"> </w:t>
      </w:r>
      <w:r>
        <w:rPr>
          <w:lang w:eastAsia="ko-KR"/>
        </w:rPr>
        <w:t>표적을</w:t>
      </w:r>
      <w:r>
        <w:rPr>
          <w:lang w:eastAsia="ko-KR"/>
        </w:rPr>
        <w:t xml:space="preserve"> </w:t>
      </w:r>
      <w:r>
        <w:rPr>
          <w:lang w:eastAsia="ko-KR"/>
        </w:rPr>
        <w:t>보고도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않았다</w:t>
      </w:r>
      <w:r>
        <w:rPr>
          <w:lang w:eastAsia="ko-KR"/>
        </w:rPr>
        <w:t xml:space="preserve"> — </w:t>
      </w:r>
      <w:r>
        <w:rPr>
          <w:lang w:eastAsia="ko-KR"/>
        </w:rPr>
        <w:t>문제는</w:t>
      </w:r>
      <w:r>
        <w:rPr>
          <w:lang w:eastAsia="ko-KR"/>
        </w:rPr>
        <w:t xml:space="preserve"> </w:t>
      </w:r>
      <w:r>
        <w:rPr>
          <w:lang w:eastAsia="ko-KR"/>
        </w:rPr>
        <w:t>증거가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마음이다</w:t>
      </w:r>
      <w:r>
        <w:rPr>
          <w:lang w:eastAsia="ko-KR"/>
        </w:rPr>
        <w:t xml:space="preserve"> (37-38</w:t>
      </w:r>
      <w:r>
        <w:rPr>
          <w:lang w:eastAsia="ko-KR"/>
        </w:rPr>
        <w:t>절</w:t>
      </w:r>
      <w:r>
        <w:rPr>
          <w:lang w:eastAsia="ko-KR"/>
        </w:rPr>
        <w:t>)</w:t>
      </w:r>
    </w:p>
    <w:p w14:paraId="01B3ACC0" w14:textId="1680595C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37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충격적인</w:t>
      </w:r>
      <w:r>
        <w:rPr>
          <w:lang w:eastAsia="ko-KR"/>
        </w:rPr>
        <w:t xml:space="preserve"> </w:t>
      </w:r>
      <w:r>
        <w:rPr>
          <w:lang w:eastAsia="ko-KR"/>
        </w:rPr>
        <w:t>말로</w:t>
      </w:r>
      <w:r>
        <w:rPr>
          <w:lang w:eastAsia="ko-KR"/>
        </w:rPr>
        <w:t xml:space="preserve"> </w:t>
      </w:r>
      <w:r>
        <w:rPr>
          <w:lang w:eastAsia="ko-KR"/>
        </w:rPr>
        <w:t>시작합니다</w:t>
      </w:r>
      <w:r>
        <w:rPr>
          <w:lang w:eastAsia="ko-KR"/>
        </w:rPr>
        <w:t xml:space="preserve">. </w:t>
      </w:r>
      <w:r>
        <w:rPr>
          <w:lang w:eastAsia="ko-KR"/>
        </w:rPr>
        <w:t>예수님께서</w:t>
      </w:r>
      <w:r>
        <w:rPr>
          <w:lang w:eastAsia="ko-KR"/>
        </w:rPr>
        <w:t xml:space="preserve"> “</w:t>
      </w:r>
      <w:r>
        <w:rPr>
          <w:lang w:eastAsia="ko-KR"/>
        </w:rPr>
        <w:t>그렇게</w:t>
      </w:r>
      <w:r>
        <w:rPr>
          <w:lang w:eastAsia="ko-KR"/>
        </w:rPr>
        <w:t xml:space="preserve"> </w:t>
      </w:r>
      <w:r>
        <w:rPr>
          <w:lang w:eastAsia="ko-KR"/>
        </w:rPr>
        <w:t>많은</w:t>
      </w:r>
      <w:r>
        <w:rPr>
          <w:lang w:eastAsia="ko-KR"/>
        </w:rPr>
        <w:t xml:space="preserve"> </w:t>
      </w:r>
      <w:r>
        <w:rPr>
          <w:lang w:eastAsia="ko-KR"/>
        </w:rPr>
        <w:t>표적</w:t>
      </w:r>
      <w:r>
        <w:rPr>
          <w:lang w:eastAsia="ko-KR"/>
        </w:rPr>
        <w:t>”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그들</w:t>
      </w:r>
      <w:r>
        <w:rPr>
          <w:lang w:eastAsia="ko-KR"/>
        </w:rPr>
        <w:t xml:space="preserve"> </w:t>
      </w:r>
      <w:r>
        <w:rPr>
          <w:lang w:eastAsia="ko-KR"/>
        </w:rPr>
        <w:t>앞에서</w:t>
      </w:r>
      <w:r>
        <w:rPr>
          <w:lang w:eastAsia="ko-KR"/>
        </w:rPr>
        <w:t xml:space="preserve"> </w:t>
      </w:r>
      <w:r>
        <w:rPr>
          <w:lang w:eastAsia="ko-KR"/>
        </w:rPr>
        <w:t>행하셨지만</w:t>
      </w:r>
      <w:r>
        <w:rPr>
          <w:lang w:eastAsia="ko-KR"/>
        </w:rPr>
        <w:t xml:space="preserve"> </w:t>
      </w:r>
      <w:r>
        <w:rPr>
          <w:lang w:eastAsia="ko-KR"/>
        </w:rPr>
        <w:t>그들은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않았습니다</w:t>
      </w:r>
      <w:r>
        <w:rPr>
          <w:lang w:eastAsia="ko-KR"/>
        </w:rPr>
        <w:t xml:space="preserve">. </w:t>
      </w:r>
      <w:r>
        <w:rPr>
          <w:lang w:eastAsia="ko-KR"/>
        </w:rPr>
        <w:t>요한복음에서</w:t>
      </w:r>
      <w:r>
        <w:rPr>
          <w:lang w:eastAsia="ko-KR"/>
        </w:rPr>
        <w:t xml:space="preserve"> </w:t>
      </w:r>
      <w:r>
        <w:rPr>
          <w:lang w:eastAsia="ko-KR"/>
        </w:rPr>
        <w:t>표적은</w:t>
      </w:r>
      <w:r>
        <w:rPr>
          <w:lang w:eastAsia="ko-KR"/>
        </w:rPr>
        <w:t xml:space="preserve"> </w:t>
      </w:r>
      <w:r>
        <w:rPr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놀라게</w:t>
      </w:r>
      <w:r>
        <w:rPr>
          <w:lang w:eastAsia="ko-KR"/>
        </w:rPr>
        <w:t xml:space="preserve"> </w:t>
      </w:r>
      <w:r>
        <w:rPr>
          <w:lang w:eastAsia="ko-KR"/>
        </w:rPr>
        <w:lastRenderedPageBreak/>
        <w:t>하는</w:t>
      </w:r>
      <w:r>
        <w:rPr>
          <w:lang w:eastAsia="ko-KR"/>
        </w:rPr>
        <w:t xml:space="preserve"> </w:t>
      </w:r>
      <w:r>
        <w:rPr>
          <w:lang w:eastAsia="ko-KR"/>
        </w:rPr>
        <w:t>기적이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 w:rsidR="0045726B">
        <w:rPr>
          <w:rFonts w:ascii="Batang" w:eastAsia="Batang" w:hAnsi="Batang" w:cs="Batang" w:hint="eastAsia"/>
          <w:lang w:eastAsia="ko-KR"/>
        </w:rPr>
        <w:t xml:space="preserve">요한복음의 </w:t>
      </w:r>
      <w:r>
        <w:rPr>
          <w:lang w:eastAsia="ko-KR"/>
        </w:rPr>
        <w:t>표적은</w:t>
      </w:r>
      <w:r>
        <w:rPr>
          <w:lang w:eastAsia="ko-KR"/>
        </w:rPr>
        <w:t xml:space="preserve"> </w:t>
      </w:r>
      <w:r>
        <w:rPr>
          <w:lang w:eastAsia="ko-KR"/>
        </w:rPr>
        <w:t>표지판과</w:t>
      </w:r>
      <w:r>
        <w:rPr>
          <w:lang w:eastAsia="ko-KR"/>
        </w:rPr>
        <w:t xml:space="preserve"> </w:t>
      </w:r>
      <w:r>
        <w:rPr>
          <w:lang w:eastAsia="ko-KR"/>
        </w:rPr>
        <w:t>같습니다</w:t>
      </w:r>
      <w:r>
        <w:rPr>
          <w:lang w:eastAsia="ko-KR"/>
        </w:rPr>
        <w:t xml:space="preserve">.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누구신지를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가리키는</w:t>
      </w:r>
      <w:r>
        <w:rPr>
          <w:lang w:eastAsia="ko-KR"/>
        </w:rPr>
        <w:t xml:space="preserve"> </w:t>
      </w:r>
      <w:r>
        <w:rPr>
          <w:lang w:eastAsia="ko-KR"/>
        </w:rPr>
        <w:t>사건입니다</w:t>
      </w:r>
      <w:r>
        <w:rPr>
          <w:lang w:eastAsia="ko-KR"/>
        </w:rPr>
        <w:t xml:space="preserve">. </w:t>
      </w:r>
      <w:r>
        <w:rPr>
          <w:lang w:eastAsia="ko-KR"/>
        </w:rPr>
        <w:t>물을</w:t>
      </w:r>
      <w:r>
        <w:rPr>
          <w:lang w:eastAsia="ko-KR"/>
        </w:rPr>
        <w:t xml:space="preserve"> </w:t>
      </w:r>
      <w:r>
        <w:rPr>
          <w:lang w:eastAsia="ko-KR"/>
        </w:rPr>
        <w:t>포도주로</w:t>
      </w:r>
      <w:r>
        <w:rPr>
          <w:lang w:eastAsia="ko-KR"/>
        </w:rPr>
        <w:t xml:space="preserve"> </w:t>
      </w:r>
      <w:r>
        <w:rPr>
          <w:lang w:eastAsia="ko-KR"/>
        </w:rPr>
        <w:t>바꾸신</w:t>
      </w:r>
      <w:r>
        <w:rPr>
          <w:lang w:eastAsia="ko-KR"/>
        </w:rPr>
        <w:t xml:space="preserve"> </w:t>
      </w:r>
      <w:r>
        <w:rPr>
          <w:lang w:eastAsia="ko-KR"/>
        </w:rPr>
        <w:t>사건도</w:t>
      </w:r>
      <w:r>
        <w:rPr>
          <w:lang w:eastAsia="ko-KR"/>
        </w:rPr>
        <w:t xml:space="preserve">, </w:t>
      </w:r>
      <w:r>
        <w:rPr>
          <w:lang w:eastAsia="ko-KR"/>
        </w:rPr>
        <w:t>병자를</w:t>
      </w:r>
      <w:r>
        <w:rPr>
          <w:lang w:eastAsia="ko-KR"/>
        </w:rPr>
        <w:t xml:space="preserve"> </w:t>
      </w:r>
      <w:r>
        <w:rPr>
          <w:lang w:eastAsia="ko-KR"/>
        </w:rPr>
        <w:t>고치신</w:t>
      </w:r>
      <w:r>
        <w:rPr>
          <w:lang w:eastAsia="ko-KR"/>
        </w:rPr>
        <w:t xml:space="preserve"> </w:t>
      </w:r>
      <w:r>
        <w:rPr>
          <w:lang w:eastAsia="ko-KR"/>
        </w:rPr>
        <w:t>사건도</w:t>
      </w:r>
      <w:r>
        <w:rPr>
          <w:lang w:eastAsia="ko-KR"/>
        </w:rPr>
        <w:t xml:space="preserve">, </w:t>
      </w:r>
      <w:proofErr w:type="spellStart"/>
      <w:r>
        <w:rPr>
          <w:lang w:eastAsia="ko-KR"/>
        </w:rPr>
        <w:t>오병이어도</w:t>
      </w:r>
      <w:proofErr w:type="spellEnd"/>
      <w:r>
        <w:rPr>
          <w:lang w:eastAsia="ko-KR"/>
        </w:rPr>
        <w:t xml:space="preserve">, </w:t>
      </w:r>
      <w:r>
        <w:rPr>
          <w:lang w:eastAsia="ko-KR"/>
        </w:rPr>
        <w:t>눈먼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보게</w:t>
      </w:r>
      <w:r>
        <w:rPr>
          <w:lang w:eastAsia="ko-KR"/>
        </w:rPr>
        <w:t xml:space="preserve"> </w:t>
      </w:r>
      <w:r>
        <w:rPr>
          <w:lang w:eastAsia="ko-KR"/>
        </w:rPr>
        <w:t>하신</w:t>
      </w:r>
      <w:r>
        <w:rPr>
          <w:lang w:eastAsia="ko-KR"/>
        </w:rPr>
        <w:t xml:space="preserve"> </w:t>
      </w:r>
      <w:r>
        <w:rPr>
          <w:lang w:eastAsia="ko-KR"/>
        </w:rPr>
        <w:t>사건도</w:t>
      </w:r>
      <w:r>
        <w:rPr>
          <w:lang w:eastAsia="ko-KR"/>
        </w:rPr>
        <w:t xml:space="preserve">, </w:t>
      </w:r>
      <w:r>
        <w:rPr>
          <w:lang w:eastAsia="ko-KR"/>
        </w:rPr>
        <w:t>나사로를</w:t>
      </w:r>
      <w:r>
        <w:rPr>
          <w:lang w:eastAsia="ko-KR"/>
        </w:rPr>
        <w:t xml:space="preserve"> </w:t>
      </w:r>
      <w:r>
        <w:rPr>
          <w:lang w:eastAsia="ko-KR"/>
        </w:rPr>
        <w:t>죽음에서</w:t>
      </w:r>
      <w:r>
        <w:rPr>
          <w:lang w:eastAsia="ko-KR"/>
        </w:rPr>
        <w:t xml:space="preserve"> </w:t>
      </w:r>
      <w:r>
        <w:rPr>
          <w:lang w:eastAsia="ko-KR"/>
        </w:rPr>
        <w:t>살리신</w:t>
      </w:r>
      <w:r>
        <w:rPr>
          <w:lang w:eastAsia="ko-KR"/>
        </w:rPr>
        <w:t xml:space="preserve"> </w:t>
      </w:r>
      <w:r>
        <w:rPr>
          <w:lang w:eastAsia="ko-KR"/>
        </w:rPr>
        <w:t>사건도</w:t>
      </w:r>
      <w:r>
        <w:rPr>
          <w:lang w:eastAsia="ko-KR"/>
        </w:rPr>
        <w:t xml:space="preserve"> </w:t>
      </w:r>
      <w:r>
        <w:rPr>
          <w:lang w:eastAsia="ko-KR"/>
        </w:rPr>
        <w:t>모두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누구신지를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주었습니다</w:t>
      </w:r>
      <w:r>
        <w:rPr>
          <w:lang w:eastAsia="ko-KR"/>
        </w:rPr>
        <w:t xml:space="preserve">. </w:t>
      </w:r>
      <w:r>
        <w:rPr>
          <w:lang w:eastAsia="ko-KR"/>
        </w:rPr>
        <w:t>특별히</w:t>
      </w:r>
      <w:r>
        <w:rPr>
          <w:lang w:eastAsia="ko-KR"/>
        </w:rPr>
        <w:t xml:space="preserve"> </w:t>
      </w:r>
      <w:r>
        <w:rPr>
          <w:lang w:eastAsia="ko-KR"/>
        </w:rPr>
        <w:t>나사로를</w:t>
      </w:r>
      <w:r>
        <w:rPr>
          <w:lang w:eastAsia="ko-KR"/>
        </w:rPr>
        <w:t xml:space="preserve"> </w:t>
      </w:r>
      <w:r>
        <w:rPr>
          <w:lang w:eastAsia="ko-KR"/>
        </w:rPr>
        <w:t>살리심으로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“</w:t>
      </w:r>
      <w:r>
        <w:rPr>
          <w:lang w:eastAsia="ko-KR"/>
        </w:rPr>
        <w:t>부활이요</w:t>
      </w:r>
      <w:r>
        <w:rPr>
          <w:lang w:eastAsia="ko-KR"/>
        </w:rPr>
        <w:t xml:space="preserve"> </w:t>
      </w:r>
      <w:r>
        <w:rPr>
          <w:lang w:eastAsia="ko-KR"/>
        </w:rPr>
        <w:t>생명</w:t>
      </w:r>
      <w:r>
        <w:rPr>
          <w:lang w:eastAsia="ko-KR"/>
        </w:rPr>
        <w:t>”</w:t>
      </w:r>
      <w:r>
        <w:rPr>
          <w:lang w:eastAsia="ko-KR"/>
        </w:rPr>
        <w:t>이심을</w:t>
      </w:r>
      <w:r>
        <w:rPr>
          <w:lang w:eastAsia="ko-KR"/>
        </w:rPr>
        <w:t xml:space="preserve"> </w:t>
      </w:r>
      <w:r>
        <w:rPr>
          <w:lang w:eastAsia="ko-KR"/>
        </w:rPr>
        <w:t>드러내셨습니다</w:t>
      </w:r>
      <w:r>
        <w:rPr>
          <w:lang w:eastAsia="ko-KR"/>
        </w:rPr>
        <w:t>.</w:t>
      </w:r>
    </w:p>
    <w:p w14:paraId="64F6F72C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그들이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이유는</w:t>
      </w:r>
      <w:r>
        <w:rPr>
          <w:lang w:eastAsia="ko-KR"/>
        </w:rPr>
        <w:t xml:space="preserve"> </w:t>
      </w:r>
      <w:r>
        <w:rPr>
          <w:lang w:eastAsia="ko-KR"/>
        </w:rPr>
        <w:t>증거가</w:t>
      </w:r>
      <w:r>
        <w:rPr>
          <w:lang w:eastAsia="ko-KR"/>
        </w:rPr>
        <w:t xml:space="preserve"> </w:t>
      </w:r>
      <w:r>
        <w:rPr>
          <w:lang w:eastAsia="ko-KR"/>
        </w:rPr>
        <w:t>부족했기</w:t>
      </w:r>
      <w:r>
        <w:rPr>
          <w:lang w:eastAsia="ko-KR"/>
        </w:rPr>
        <w:t xml:space="preserve"> </w:t>
      </w:r>
      <w:r>
        <w:rPr>
          <w:lang w:eastAsia="ko-KR"/>
        </w:rPr>
        <w:t>때문이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증거는</w:t>
      </w:r>
      <w:r>
        <w:rPr>
          <w:lang w:eastAsia="ko-KR"/>
        </w:rPr>
        <w:t xml:space="preserve"> </w:t>
      </w:r>
      <w:r>
        <w:rPr>
          <w:lang w:eastAsia="ko-KR"/>
        </w:rPr>
        <w:t>충분했습니다</w:t>
      </w:r>
      <w:r>
        <w:rPr>
          <w:lang w:eastAsia="ko-KR"/>
        </w:rPr>
        <w:t xml:space="preserve">. </w:t>
      </w:r>
      <w:r>
        <w:rPr>
          <w:lang w:eastAsia="ko-KR"/>
        </w:rPr>
        <w:t>문제는</w:t>
      </w:r>
      <w:r>
        <w:rPr>
          <w:lang w:eastAsia="ko-KR"/>
        </w:rPr>
        <w:t xml:space="preserve"> </w:t>
      </w:r>
      <w:r>
        <w:rPr>
          <w:lang w:eastAsia="ko-KR"/>
        </w:rPr>
        <w:t>마음이었습니다</w:t>
      </w:r>
      <w:r>
        <w:rPr>
          <w:lang w:eastAsia="ko-KR"/>
        </w:rPr>
        <w:t xml:space="preserve">.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증거를</w:t>
      </w:r>
      <w:r>
        <w:rPr>
          <w:lang w:eastAsia="ko-KR"/>
        </w:rPr>
        <w:t xml:space="preserve"> </w:t>
      </w:r>
      <w:r>
        <w:rPr>
          <w:lang w:eastAsia="ko-KR"/>
        </w:rPr>
        <w:t>많이</w:t>
      </w:r>
      <w:r>
        <w:rPr>
          <w:lang w:eastAsia="ko-KR"/>
        </w:rPr>
        <w:t xml:space="preserve"> </w:t>
      </w:r>
      <w:r>
        <w:rPr>
          <w:lang w:eastAsia="ko-KR"/>
        </w:rPr>
        <w:t>본다고</w:t>
      </w:r>
      <w:r>
        <w:rPr>
          <w:lang w:eastAsia="ko-KR"/>
        </w:rPr>
        <w:t xml:space="preserve"> </w:t>
      </w:r>
      <w:r>
        <w:rPr>
          <w:lang w:eastAsia="ko-KR"/>
        </w:rPr>
        <w:t>자동적으로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하나님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굴복하지</w:t>
      </w:r>
      <w:r>
        <w:rPr>
          <w:lang w:eastAsia="ko-KR"/>
        </w:rPr>
        <w:t xml:space="preserve"> </w:t>
      </w:r>
      <w:r>
        <w:rPr>
          <w:lang w:eastAsia="ko-KR"/>
        </w:rPr>
        <w:t>않으면</w:t>
      </w:r>
      <w:r>
        <w:rPr>
          <w:lang w:eastAsia="ko-KR"/>
        </w:rPr>
        <w:t xml:space="preserve">, </w:t>
      </w:r>
      <w:r>
        <w:rPr>
          <w:lang w:eastAsia="ko-KR"/>
        </w:rPr>
        <w:t>눈앞에</w:t>
      </w:r>
      <w:r>
        <w:rPr>
          <w:lang w:eastAsia="ko-KR"/>
        </w:rPr>
        <w:t xml:space="preserve"> </w:t>
      </w:r>
      <w:r>
        <w:rPr>
          <w:lang w:eastAsia="ko-KR"/>
        </w:rPr>
        <w:t>표적이</w:t>
      </w:r>
      <w:r>
        <w:rPr>
          <w:lang w:eastAsia="ko-KR"/>
        </w:rPr>
        <w:t xml:space="preserve"> </w:t>
      </w:r>
      <w:r>
        <w:rPr>
          <w:lang w:eastAsia="ko-KR"/>
        </w:rPr>
        <w:t>있어도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2CCF566E" w14:textId="77777777" w:rsidR="00A30A6C" w:rsidRPr="00322F08" w:rsidRDefault="008467EC" w:rsidP="00A30A6C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r>
        <w:rPr>
          <w:lang w:eastAsia="ko-KR"/>
        </w:rPr>
        <w:t>38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요한은</w:t>
      </w:r>
      <w:r>
        <w:rPr>
          <w:lang w:eastAsia="ko-KR"/>
        </w:rPr>
        <w:t xml:space="preserve"> </w:t>
      </w:r>
      <w:r>
        <w:rPr>
          <w:lang w:eastAsia="ko-KR"/>
        </w:rPr>
        <w:t>이사야</w:t>
      </w:r>
      <w:r>
        <w:rPr>
          <w:lang w:eastAsia="ko-KR"/>
        </w:rPr>
        <w:t xml:space="preserve"> 53</w:t>
      </w:r>
      <w:r>
        <w:rPr>
          <w:lang w:eastAsia="ko-KR"/>
        </w:rPr>
        <w:t>장</w:t>
      </w:r>
      <w:r>
        <w:rPr>
          <w:lang w:eastAsia="ko-KR"/>
        </w:rPr>
        <w:t xml:space="preserve"> 1</w:t>
      </w:r>
      <w:r>
        <w:rPr>
          <w:lang w:eastAsia="ko-KR"/>
        </w:rPr>
        <w:t>절을</w:t>
      </w:r>
      <w:r>
        <w:rPr>
          <w:lang w:eastAsia="ko-KR"/>
        </w:rPr>
        <w:t xml:space="preserve"> </w:t>
      </w:r>
      <w:r>
        <w:rPr>
          <w:lang w:eastAsia="ko-KR"/>
        </w:rPr>
        <w:t>인용합니다</w:t>
      </w:r>
      <w:r>
        <w:rPr>
          <w:lang w:eastAsia="ko-KR"/>
        </w:rPr>
        <w:t>. “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전한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누가</w:t>
      </w:r>
      <w:r>
        <w:rPr>
          <w:lang w:eastAsia="ko-KR"/>
        </w:rPr>
        <w:t xml:space="preserve"> </w:t>
      </w:r>
      <w:r>
        <w:rPr>
          <w:lang w:eastAsia="ko-KR"/>
        </w:rPr>
        <w:t>믿었으며</w:t>
      </w:r>
      <w:r>
        <w:rPr>
          <w:lang w:eastAsia="ko-KR"/>
        </w:rPr>
        <w:t xml:space="preserve"> </w:t>
      </w:r>
      <w:r>
        <w:rPr>
          <w:lang w:eastAsia="ko-KR"/>
        </w:rPr>
        <w:t>주의</w:t>
      </w:r>
      <w:r>
        <w:rPr>
          <w:lang w:eastAsia="ko-KR"/>
        </w:rPr>
        <w:t xml:space="preserve"> </w:t>
      </w:r>
      <w:r>
        <w:rPr>
          <w:lang w:eastAsia="ko-KR"/>
        </w:rPr>
        <w:t>팔이</w:t>
      </w:r>
      <w:r>
        <w:rPr>
          <w:lang w:eastAsia="ko-KR"/>
        </w:rPr>
        <w:t xml:space="preserve"> </w:t>
      </w:r>
      <w:r>
        <w:rPr>
          <w:lang w:eastAsia="ko-KR"/>
        </w:rPr>
        <w:t>누구에게</w:t>
      </w:r>
      <w:r>
        <w:rPr>
          <w:lang w:eastAsia="ko-KR"/>
        </w:rPr>
        <w:t xml:space="preserve"> </w:t>
      </w:r>
      <w:r>
        <w:rPr>
          <w:lang w:eastAsia="ko-KR"/>
        </w:rPr>
        <w:t>나타났느냐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말씀입니다</w:t>
      </w:r>
      <w:r>
        <w:rPr>
          <w:lang w:eastAsia="ko-KR"/>
        </w:rPr>
        <w:t xml:space="preserve">. </w:t>
      </w:r>
      <w:r w:rsidR="00772ED0">
        <w:rPr>
          <w:rFonts w:ascii="Batang" w:eastAsia="Batang" w:hAnsi="Batang" w:cs="Batang" w:hint="eastAsia"/>
          <w:lang w:eastAsia="ko-KR"/>
        </w:rPr>
        <w:t xml:space="preserve">여기서 팔은 </w:t>
      </w:r>
      <w:r w:rsidR="00D8075F">
        <w:rPr>
          <w:rFonts w:ascii="Batang" w:eastAsia="Batang" w:hAnsi="Batang" w:cs="Batang" w:hint="eastAsia"/>
          <w:lang w:eastAsia="ko-KR"/>
        </w:rPr>
        <w:t xml:space="preserve">하나님의 능력을 말합니다. </w:t>
      </w:r>
      <w:proofErr w:type="spellStart"/>
      <w:r w:rsidR="00A30A6C">
        <w:rPr>
          <w:rFonts w:ascii="Batang" w:eastAsia="Batang" w:hAnsi="Batang" w:cs="Batang" w:hint="eastAsia"/>
          <w:lang w:eastAsia="ko-KR"/>
        </w:rPr>
        <w:t>이사야는</w:t>
      </w:r>
      <w:proofErr w:type="spellEnd"/>
      <w:r w:rsidR="00A30A6C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A30A6C">
        <w:rPr>
          <w:rFonts w:ascii="Batang" w:eastAsia="Batang" w:hAnsi="Batang" w:cs="Batang" w:hint="eastAsia"/>
          <w:lang w:eastAsia="ko-KR"/>
        </w:rPr>
        <w:t>고난받는</w:t>
      </w:r>
      <w:proofErr w:type="spellEnd"/>
      <w:r w:rsidR="00A30A6C">
        <w:rPr>
          <w:rFonts w:ascii="Batang" w:eastAsia="Batang" w:hAnsi="Batang" w:cs="Batang" w:hint="eastAsia"/>
          <w:lang w:eastAsia="ko-KR"/>
        </w:rPr>
        <w:t xml:space="preserve"> 종 예수님을 통해서 하나님의 능력을 드러내신 하나님을 말하는 것입니다.</w:t>
      </w:r>
    </w:p>
    <w:p w14:paraId="71754061" w14:textId="293386FD" w:rsidR="00DD3485" w:rsidRPr="00322F08" w:rsidRDefault="008467EC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r>
        <w:rPr>
          <w:lang w:eastAsia="ko-KR"/>
        </w:rPr>
        <w:t>이것은</w:t>
      </w:r>
      <w:r>
        <w:rPr>
          <w:lang w:eastAsia="ko-KR"/>
        </w:rPr>
        <w:t xml:space="preserve"> </w:t>
      </w:r>
      <w:r>
        <w:rPr>
          <w:lang w:eastAsia="ko-KR"/>
        </w:rPr>
        <w:t>하나님께서</w:t>
      </w:r>
      <w:r>
        <w:rPr>
          <w:lang w:eastAsia="ko-KR"/>
        </w:rPr>
        <w:t xml:space="preserve"> </w:t>
      </w:r>
      <w:r>
        <w:rPr>
          <w:lang w:eastAsia="ko-KR"/>
        </w:rPr>
        <w:t>예언을</w:t>
      </w:r>
      <w:r>
        <w:rPr>
          <w:lang w:eastAsia="ko-KR"/>
        </w:rPr>
        <w:t xml:space="preserve"> </w:t>
      </w:r>
      <w:r>
        <w:rPr>
          <w:lang w:eastAsia="ko-KR"/>
        </w:rPr>
        <w:t>성취하기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사람들을</w:t>
      </w:r>
      <w:r>
        <w:rPr>
          <w:lang w:eastAsia="ko-KR"/>
        </w:rPr>
        <w:t xml:space="preserve"> </w:t>
      </w:r>
      <w:r>
        <w:rPr>
          <w:lang w:eastAsia="ko-KR"/>
        </w:rPr>
        <w:t>억지로</w:t>
      </w:r>
      <w:r>
        <w:rPr>
          <w:lang w:eastAsia="ko-KR"/>
        </w:rPr>
        <w:t xml:space="preserve"> </w:t>
      </w:r>
      <w:r>
        <w:rPr>
          <w:lang w:eastAsia="ko-KR"/>
        </w:rPr>
        <w:t>불신앙에</w:t>
      </w:r>
      <w:r>
        <w:rPr>
          <w:lang w:eastAsia="ko-KR"/>
        </w:rPr>
        <w:t xml:space="preserve"> </w:t>
      </w:r>
      <w:r>
        <w:rPr>
          <w:lang w:eastAsia="ko-KR"/>
        </w:rPr>
        <w:t>빠뜨리셨다는</w:t>
      </w:r>
      <w:r>
        <w:rPr>
          <w:lang w:eastAsia="ko-KR"/>
        </w:rPr>
        <w:t xml:space="preserve"> </w:t>
      </w:r>
      <w:r>
        <w:rPr>
          <w:lang w:eastAsia="ko-KR"/>
        </w:rPr>
        <w:t>뜻이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오히려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이사야가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오래전에</w:t>
      </w:r>
      <w:r>
        <w:rPr>
          <w:lang w:eastAsia="ko-KR"/>
        </w:rPr>
        <w:t xml:space="preserve"> </w:t>
      </w:r>
      <w:r>
        <w:rPr>
          <w:lang w:eastAsia="ko-KR"/>
        </w:rPr>
        <w:t>예언했던</w:t>
      </w:r>
      <w:r>
        <w:rPr>
          <w:lang w:eastAsia="ko-KR"/>
        </w:rPr>
        <w:t xml:space="preserve"> </w:t>
      </w:r>
      <w:r>
        <w:rPr>
          <w:lang w:eastAsia="ko-KR"/>
        </w:rPr>
        <w:t>인간의</w:t>
      </w:r>
      <w:r>
        <w:rPr>
          <w:lang w:eastAsia="ko-KR"/>
        </w:rPr>
        <w:t xml:space="preserve"> </w:t>
      </w:r>
      <w:r>
        <w:rPr>
          <w:lang w:eastAsia="ko-KR"/>
        </w:rPr>
        <w:t>불신앙과</w:t>
      </w:r>
      <w:r>
        <w:rPr>
          <w:lang w:eastAsia="ko-KR"/>
        </w:rPr>
        <w:t xml:space="preserve"> </w:t>
      </w:r>
      <w:r>
        <w:rPr>
          <w:lang w:eastAsia="ko-KR"/>
        </w:rPr>
        <w:t>메시아의</w:t>
      </w:r>
      <w:r>
        <w:rPr>
          <w:lang w:eastAsia="ko-KR"/>
        </w:rPr>
        <w:t xml:space="preserve"> </w:t>
      </w:r>
      <w:r>
        <w:rPr>
          <w:lang w:eastAsia="ko-KR"/>
        </w:rPr>
        <w:t>거절이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그대로</w:t>
      </w:r>
      <w:r>
        <w:rPr>
          <w:lang w:eastAsia="ko-KR"/>
        </w:rPr>
        <w:t xml:space="preserve"> </w:t>
      </w:r>
      <w:r>
        <w:rPr>
          <w:lang w:eastAsia="ko-KR"/>
        </w:rPr>
        <w:t>드러났다는</w:t>
      </w:r>
      <w:r>
        <w:rPr>
          <w:lang w:eastAsia="ko-KR"/>
        </w:rPr>
        <w:t xml:space="preserve"> </w:t>
      </w:r>
      <w:r>
        <w:rPr>
          <w:lang w:eastAsia="ko-KR"/>
        </w:rPr>
        <w:t>뜻입니다</w:t>
      </w:r>
      <w:r>
        <w:rPr>
          <w:lang w:eastAsia="ko-KR"/>
        </w:rPr>
        <w:t>.</w:t>
      </w:r>
      <w:r w:rsidR="00322F08">
        <w:rPr>
          <w:rFonts w:hint="eastAsia"/>
          <w:lang w:eastAsia="ko-KR"/>
        </w:rPr>
        <w:t xml:space="preserve"> </w:t>
      </w:r>
    </w:p>
    <w:p w14:paraId="3A33C193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당시</w:t>
      </w:r>
      <w:r>
        <w:rPr>
          <w:lang w:eastAsia="ko-KR"/>
        </w:rPr>
        <w:t xml:space="preserve"> </w:t>
      </w:r>
      <w:r>
        <w:rPr>
          <w:lang w:eastAsia="ko-KR"/>
        </w:rPr>
        <w:t>많은</w:t>
      </w:r>
      <w:r>
        <w:rPr>
          <w:lang w:eastAsia="ko-KR"/>
        </w:rPr>
        <w:t xml:space="preserve"> </w:t>
      </w:r>
      <w:r>
        <w:rPr>
          <w:lang w:eastAsia="ko-KR"/>
        </w:rPr>
        <w:t>사람들은</w:t>
      </w:r>
      <w:r>
        <w:rPr>
          <w:lang w:eastAsia="ko-KR"/>
        </w:rPr>
        <w:t xml:space="preserve"> </w:t>
      </w:r>
      <w:r>
        <w:rPr>
          <w:lang w:eastAsia="ko-KR"/>
        </w:rPr>
        <w:t>강력한</w:t>
      </w:r>
      <w:r>
        <w:rPr>
          <w:lang w:eastAsia="ko-KR"/>
        </w:rPr>
        <w:t xml:space="preserve"> </w:t>
      </w:r>
      <w:r>
        <w:rPr>
          <w:lang w:eastAsia="ko-KR"/>
        </w:rPr>
        <w:t>정치적</w:t>
      </w:r>
      <w:r>
        <w:rPr>
          <w:lang w:eastAsia="ko-KR"/>
        </w:rPr>
        <w:t xml:space="preserve"> </w:t>
      </w:r>
      <w:r>
        <w:rPr>
          <w:lang w:eastAsia="ko-KR"/>
        </w:rPr>
        <w:t>메시아를</w:t>
      </w:r>
      <w:r>
        <w:rPr>
          <w:lang w:eastAsia="ko-KR"/>
        </w:rPr>
        <w:t xml:space="preserve"> </w:t>
      </w:r>
      <w:r>
        <w:rPr>
          <w:lang w:eastAsia="ko-KR"/>
        </w:rPr>
        <w:t>원했습니다</w:t>
      </w:r>
      <w:r>
        <w:rPr>
          <w:lang w:eastAsia="ko-KR"/>
        </w:rPr>
        <w:t xml:space="preserve">. </w:t>
      </w:r>
      <w:r>
        <w:rPr>
          <w:lang w:eastAsia="ko-KR"/>
        </w:rPr>
        <w:t>로마의</w:t>
      </w:r>
      <w:r>
        <w:rPr>
          <w:lang w:eastAsia="ko-KR"/>
        </w:rPr>
        <w:t xml:space="preserve"> </w:t>
      </w:r>
      <w:r>
        <w:rPr>
          <w:lang w:eastAsia="ko-KR"/>
        </w:rPr>
        <w:t>압제에서</w:t>
      </w:r>
      <w:r>
        <w:rPr>
          <w:lang w:eastAsia="ko-KR"/>
        </w:rPr>
        <w:t xml:space="preserve"> </w:t>
      </w:r>
      <w:r>
        <w:rPr>
          <w:lang w:eastAsia="ko-KR"/>
        </w:rPr>
        <w:t>자신들을</w:t>
      </w:r>
      <w:r>
        <w:rPr>
          <w:lang w:eastAsia="ko-KR"/>
        </w:rPr>
        <w:t xml:space="preserve"> </w:t>
      </w:r>
      <w:r>
        <w:rPr>
          <w:lang w:eastAsia="ko-KR"/>
        </w:rPr>
        <w:t>해방시켜</w:t>
      </w:r>
      <w:r>
        <w:rPr>
          <w:lang w:eastAsia="ko-KR"/>
        </w:rPr>
        <w:t xml:space="preserve"> </w:t>
      </w:r>
      <w:r>
        <w:rPr>
          <w:lang w:eastAsia="ko-KR"/>
        </w:rPr>
        <w:t>줄</w:t>
      </w:r>
      <w:r>
        <w:rPr>
          <w:lang w:eastAsia="ko-KR"/>
        </w:rPr>
        <w:t xml:space="preserve"> </w:t>
      </w:r>
      <w:r>
        <w:rPr>
          <w:lang w:eastAsia="ko-KR"/>
        </w:rPr>
        <w:t>왕</w:t>
      </w:r>
      <w:r>
        <w:rPr>
          <w:lang w:eastAsia="ko-KR"/>
        </w:rPr>
        <w:t xml:space="preserve">, </w:t>
      </w:r>
      <w:r>
        <w:rPr>
          <w:lang w:eastAsia="ko-KR"/>
        </w:rPr>
        <w:t>자신들이</w:t>
      </w:r>
      <w:r>
        <w:rPr>
          <w:lang w:eastAsia="ko-KR"/>
        </w:rPr>
        <w:t xml:space="preserve"> </w:t>
      </w:r>
      <w:r>
        <w:rPr>
          <w:lang w:eastAsia="ko-KR"/>
        </w:rPr>
        <w:t>원하는</w:t>
      </w:r>
      <w:r>
        <w:rPr>
          <w:lang w:eastAsia="ko-KR"/>
        </w:rPr>
        <w:t xml:space="preserve"> </w:t>
      </w:r>
      <w:r>
        <w:rPr>
          <w:lang w:eastAsia="ko-KR"/>
        </w:rPr>
        <w:t>방식으로</w:t>
      </w:r>
      <w:r>
        <w:rPr>
          <w:lang w:eastAsia="ko-KR"/>
        </w:rPr>
        <w:t xml:space="preserve"> </w:t>
      </w:r>
      <w:r>
        <w:rPr>
          <w:lang w:eastAsia="ko-KR"/>
        </w:rPr>
        <w:t>문제를</w:t>
      </w:r>
      <w:r>
        <w:rPr>
          <w:lang w:eastAsia="ko-KR"/>
        </w:rPr>
        <w:t xml:space="preserve"> </w:t>
      </w:r>
      <w:r>
        <w:rPr>
          <w:lang w:eastAsia="ko-KR"/>
        </w:rPr>
        <w:t>해결해</w:t>
      </w:r>
      <w:r>
        <w:rPr>
          <w:lang w:eastAsia="ko-KR"/>
        </w:rPr>
        <w:t xml:space="preserve"> </w:t>
      </w:r>
      <w:r>
        <w:rPr>
          <w:lang w:eastAsia="ko-KR"/>
        </w:rPr>
        <w:t>줄</w:t>
      </w:r>
      <w:r>
        <w:rPr>
          <w:lang w:eastAsia="ko-KR"/>
        </w:rPr>
        <w:t xml:space="preserve"> </w:t>
      </w:r>
      <w:r>
        <w:rPr>
          <w:lang w:eastAsia="ko-KR"/>
        </w:rPr>
        <w:t>능력자를</w:t>
      </w:r>
      <w:r>
        <w:rPr>
          <w:lang w:eastAsia="ko-KR"/>
        </w:rPr>
        <w:t xml:space="preserve"> </w:t>
      </w:r>
      <w:r>
        <w:rPr>
          <w:lang w:eastAsia="ko-KR"/>
        </w:rPr>
        <w:t>기대했습니다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하나님께서</w:t>
      </w:r>
      <w:r>
        <w:rPr>
          <w:lang w:eastAsia="ko-KR"/>
        </w:rPr>
        <w:t xml:space="preserve"> </w:t>
      </w:r>
      <w:r>
        <w:rPr>
          <w:lang w:eastAsia="ko-KR"/>
        </w:rPr>
        <w:t>보내신</w:t>
      </w:r>
      <w:r>
        <w:rPr>
          <w:lang w:eastAsia="ko-KR"/>
        </w:rPr>
        <w:t xml:space="preserve"> </w:t>
      </w:r>
      <w:r>
        <w:rPr>
          <w:lang w:eastAsia="ko-KR"/>
        </w:rPr>
        <w:t>메시아는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고난받는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종으로</w:t>
      </w:r>
      <w:r>
        <w:rPr>
          <w:lang w:eastAsia="ko-KR"/>
        </w:rPr>
        <w:t xml:space="preserve"> </w:t>
      </w:r>
      <w:r>
        <w:rPr>
          <w:lang w:eastAsia="ko-KR"/>
        </w:rPr>
        <w:t>오셨습니다</w:t>
      </w:r>
      <w:r>
        <w:rPr>
          <w:lang w:eastAsia="ko-KR"/>
        </w:rPr>
        <w:t xml:space="preserve">. </w:t>
      </w:r>
      <w:r>
        <w:rPr>
          <w:lang w:eastAsia="ko-KR"/>
        </w:rPr>
        <w:t>사람들은</w:t>
      </w:r>
      <w:r>
        <w:rPr>
          <w:lang w:eastAsia="ko-KR"/>
        </w:rPr>
        <w:t xml:space="preserve"> </w:t>
      </w:r>
      <w:r>
        <w:rPr>
          <w:lang w:eastAsia="ko-KR"/>
        </w:rPr>
        <w:t>자기들이</w:t>
      </w:r>
      <w:r>
        <w:rPr>
          <w:lang w:eastAsia="ko-KR"/>
        </w:rPr>
        <w:t xml:space="preserve"> </w:t>
      </w:r>
      <w:r>
        <w:rPr>
          <w:lang w:eastAsia="ko-KR"/>
        </w:rPr>
        <w:t>원하는</w:t>
      </w:r>
      <w:r>
        <w:rPr>
          <w:lang w:eastAsia="ko-KR"/>
        </w:rPr>
        <w:t xml:space="preserve"> </w:t>
      </w:r>
      <w:r>
        <w:rPr>
          <w:lang w:eastAsia="ko-KR"/>
        </w:rPr>
        <w:t>메시아는</w:t>
      </w:r>
      <w:r>
        <w:rPr>
          <w:lang w:eastAsia="ko-KR"/>
        </w:rPr>
        <w:t xml:space="preserve"> </w:t>
      </w:r>
      <w:r>
        <w:rPr>
          <w:lang w:eastAsia="ko-KR"/>
        </w:rPr>
        <w:t>원했지만</w:t>
      </w:r>
      <w:r>
        <w:rPr>
          <w:lang w:eastAsia="ko-KR"/>
        </w:rPr>
        <w:t xml:space="preserve">, </w:t>
      </w:r>
      <w:r>
        <w:rPr>
          <w:lang w:eastAsia="ko-KR"/>
        </w:rPr>
        <w:t>하나님께서</w:t>
      </w:r>
      <w:r>
        <w:rPr>
          <w:lang w:eastAsia="ko-KR"/>
        </w:rPr>
        <w:t xml:space="preserve"> </w:t>
      </w:r>
      <w:r>
        <w:rPr>
          <w:lang w:eastAsia="ko-KR"/>
        </w:rPr>
        <w:t>보내신</w:t>
      </w:r>
      <w:r>
        <w:rPr>
          <w:lang w:eastAsia="ko-KR"/>
        </w:rPr>
        <w:t xml:space="preserve"> </w:t>
      </w:r>
      <w:r>
        <w:rPr>
          <w:lang w:eastAsia="ko-KR"/>
        </w:rPr>
        <w:t>메시아는</w:t>
      </w:r>
      <w:r>
        <w:rPr>
          <w:lang w:eastAsia="ko-KR"/>
        </w:rPr>
        <w:t xml:space="preserve"> </w:t>
      </w:r>
      <w:r>
        <w:rPr>
          <w:lang w:eastAsia="ko-KR"/>
        </w:rPr>
        <w:t>받아들이지</w:t>
      </w:r>
      <w:r>
        <w:rPr>
          <w:lang w:eastAsia="ko-KR"/>
        </w:rPr>
        <w:t xml:space="preserve"> </w:t>
      </w:r>
      <w:r>
        <w:rPr>
          <w:lang w:eastAsia="ko-KR"/>
        </w:rPr>
        <w:t>않았습니다</w:t>
      </w:r>
      <w:r>
        <w:rPr>
          <w:lang w:eastAsia="ko-KR"/>
        </w:rPr>
        <w:t>.</w:t>
      </w:r>
    </w:p>
    <w:p w14:paraId="6E95F34D" w14:textId="68E2717A" w:rsidR="00DD3485" w:rsidRPr="00CE0981" w:rsidRDefault="008467EC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r>
        <w:rPr>
          <w:lang w:eastAsia="ko-KR"/>
        </w:rPr>
        <w:t>우리도</w:t>
      </w:r>
      <w:r>
        <w:rPr>
          <w:lang w:eastAsia="ko-KR"/>
        </w:rPr>
        <w:t xml:space="preserve"> </w:t>
      </w:r>
      <w:r>
        <w:rPr>
          <w:lang w:eastAsia="ko-KR"/>
        </w:rPr>
        <w:t>똑같을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원하는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,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문제를</w:t>
      </w:r>
      <w:r>
        <w:rPr>
          <w:lang w:eastAsia="ko-KR"/>
        </w:rPr>
        <w:t xml:space="preserve"> </w:t>
      </w:r>
      <w:r>
        <w:rPr>
          <w:lang w:eastAsia="ko-KR"/>
        </w:rPr>
        <w:t>빨리</w:t>
      </w:r>
      <w:r>
        <w:rPr>
          <w:lang w:eastAsia="ko-KR"/>
        </w:rPr>
        <w:t xml:space="preserve"> </w:t>
      </w:r>
      <w:r>
        <w:rPr>
          <w:lang w:eastAsia="ko-KR"/>
        </w:rPr>
        <w:t>해결해</w:t>
      </w:r>
      <w:r>
        <w:rPr>
          <w:lang w:eastAsia="ko-KR"/>
        </w:rPr>
        <w:t xml:space="preserve"> </w:t>
      </w:r>
      <w:r>
        <w:rPr>
          <w:lang w:eastAsia="ko-KR"/>
        </w:rPr>
        <w:t>주는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,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계획을</w:t>
      </w:r>
      <w:r>
        <w:rPr>
          <w:lang w:eastAsia="ko-KR"/>
        </w:rPr>
        <w:t xml:space="preserve"> </w:t>
      </w:r>
      <w:r>
        <w:rPr>
          <w:lang w:eastAsia="ko-KR"/>
        </w:rPr>
        <w:t>지지해</w:t>
      </w:r>
      <w:r>
        <w:rPr>
          <w:lang w:eastAsia="ko-KR"/>
        </w:rPr>
        <w:t xml:space="preserve"> </w:t>
      </w:r>
      <w:r>
        <w:rPr>
          <w:lang w:eastAsia="ko-KR"/>
        </w:rPr>
        <w:t>주는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환영하지만</w:t>
      </w:r>
      <w:r>
        <w:rPr>
          <w:lang w:eastAsia="ko-KR"/>
        </w:rPr>
        <w:t xml:space="preserve">,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책망하시고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자아를</w:t>
      </w:r>
      <w:r>
        <w:rPr>
          <w:lang w:eastAsia="ko-KR"/>
        </w:rPr>
        <w:t xml:space="preserve"> </w:t>
      </w:r>
      <w:r>
        <w:rPr>
          <w:lang w:eastAsia="ko-KR"/>
        </w:rPr>
        <w:t>내려놓으라고</w:t>
      </w:r>
      <w:r>
        <w:rPr>
          <w:lang w:eastAsia="ko-KR"/>
        </w:rPr>
        <w:t xml:space="preserve"> </w:t>
      </w:r>
      <w:r>
        <w:rPr>
          <w:lang w:eastAsia="ko-KR"/>
        </w:rPr>
        <w:t>하시며</w:t>
      </w:r>
      <w:r>
        <w:rPr>
          <w:lang w:eastAsia="ko-KR"/>
        </w:rPr>
        <w:t xml:space="preserve"> </w:t>
      </w:r>
      <w:r>
        <w:rPr>
          <w:lang w:eastAsia="ko-KR"/>
        </w:rPr>
        <w:t>십자가를</w:t>
      </w:r>
      <w:r>
        <w:rPr>
          <w:lang w:eastAsia="ko-KR"/>
        </w:rPr>
        <w:t xml:space="preserve"> </w:t>
      </w:r>
      <w:r>
        <w:rPr>
          <w:lang w:eastAsia="ko-KR"/>
        </w:rPr>
        <w:t>지라고</w:t>
      </w:r>
      <w:r>
        <w:rPr>
          <w:lang w:eastAsia="ko-KR"/>
        </w:rPr>
        <w:t xml:space="preserve"> </w:t>
      </w:r>
      <w:r>
        <w:rPr>
          <w:lang w:eastAsia="ko-KR"/>
        </w:rPr>
        <w:t>하시는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거절할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그것은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만든</w:t>
      </w:r>
      <w:r>
        <w:rPr>
          <w:lang w:eastAsia="ko-KR"/>
        </w:rPr>
        <w:t xml:space="preserve"> </w:t>
      </w:r>
      <w:r>
        <w:rPr>
          <w:lang w:eastAsia="ko-KR"/>
        </w:rPr>
        <w:t>예수의</w:t>
      </w:r>
      <w:r>
        <w:rPr>
          <w:lang w:eastAsia="ko-KR"/>
        </w:rPr>
        <w:t xml:space="preserve"> </w:t>
      </w:r>
      <w:r>
        <w:rPr>
          <w:lang w:eastAsia="ko-KR"/>
        </w:rPr>
        <w:t>이미지를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  <w:r w:rsidR="00CE0981">
        <w:rPr>
          <w:rFonts w:hint="eastAsia"/>
          <w:lang w:eastAsia="ko-KR"/>
        </w:rPr>
        <w:t xml:space="preserve"> </w:t>
      </w:r>
      <w:r w:rsidR="00CE0981">
        <w:rPr>
          <w:rFonts w:ascii="Batang" w:eastAsia="Batang" w:hAnsi="Batang" w:cs="Batang" w:hint="eastAsia"/>
          <w:lang w:eastAsia="ko-KR"/>
        </w:rPr>
        <w:t>예수님을 개인적으로 알면 이렇게 살지 못합니다.</w:t>
      </w:r>
    </w:p>
    <w:p w14:paraId="09A3B515" w14:textId="7A38113B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41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요한은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이사야가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보고</w:t>
      </w:r>
      <w:r>
        <w:rPr>
          <w:lang w:eastAsia="ko-KR"/>
        </w:rPr>
        <w:t xml:space="preserve"> </w:t>
      </w:r>
      <w:r>
        <w:rPr>
          <w:lang w:eastAsia="ko-KR"/>
        </w:rPr>
        <w:t>그에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</w:t>
      </w:r>
      <w:r>
        <w:rPr>
          <w:lang w:eastAsia="ko-KR"/>
        </w:rPr>
        <w:t>말했다고</w:t>
      </w:r>
      <w:r>
        <w:rPr>
          <w:lang w:eastAsia="ko-KR"/>
        </w:rPr>
        <w:t xml:space="preserve"> </w:t>
      </w:r>
      <w:r>
        <w:rPr>
          <w:lang w:eastAsia="ko-KR"/>
        </w:rPr>
        <w:t>설명합니다</w:t>
      </w:r>
      <w:r>
        <w:rPr>
          <w:lang w:eastAsia="ko-KR"/>
        </w:rPr>
        <w:t xml:space="preserve">. </w:t>
      </w:r>
      <w:proofErr w:type="spellStart"/>
      <w:r>
        <w:rPr>
          <w:lang w:eastAsia="ko-KR"/>
        </w:rPr>
        <w:t>이사야</w:t>
      </w:r>
      <w:r w:rsidR="00C27ED6">
        <w:rPr>
          <w:rFonts w:ascii="Batang" w:eastAsia="Batang" w:hAnsi="Batang" w:cs="Batang" w:hint="eastAsia"/>
          <w:lang w:eastAsia="ko-KR"/>
        </w:rPr>
        <w:t>는</w:t>
      </w:r>
      <w:proofErr w:type="spellEnd"/>
      <w:r w:rsidR="00C27ED6">
        <w:rPr>
          <w:rFonts w:ascii="Batang" w:eastAsia="Batang" w:hAnsi="Batang" w:cs="Batang" w:hint="eastAsia"/>
          <w:lang w:eastAsia="ko-KR"/>
        </w:rPr>
        <w:t xml:space="preserve"> 이사야 </w:t>
      </w:r>
      <w:r>
        <w:rPr>
          <w:lang w:eastAsia="ko-KR"/>
        </w:rPr>
        <w:t xml:space="preserve"> 6</w:t>
      </w:r>
      <w:r>
        <w:rPr>
          <w:lang w:eastAsia="ko-KR"/>
        </w:rPr>
        <w:t>장에서는</w:t>
      </w:r>
      <w:r>
        <w:rPr>
          <w:lang w:eastAsia="ko-KR"/>
        </w:rPr>
        <w:t xml:space="preserve"> </w:t>
      </w:r>
      <w:r>
        <w:rPr>
          <w:lang w:eastAsia="ko-KR"/>
        </w:rPr>
        <w:t>높이</w:t>
      </w:r>
      <w:r>
        <w:rPr>
          <w:lang w:eastAsia="ko-KR"/>
        </w:rPr>
        <w:t xml:space="preserve"> </w:t>
      </w:r>
      <w:r>
        <w:rPr>
          <w:lang w:eastAsia="ko-KR"/>
        </w:rPr>
        <w:t>들린</w:t>
      </w:r>
      <w:r>
        <w:rPr>
          <w:lang w:eastAsia="ko-KR"/>
        </w:rPr>
        <w:t xml:space="preserve"> </w:t>
      </w:r>
      <w:r>
        <w:rPr>
          <w:lang w:eastAsia="ko-KR"/>
        </w:rPr>
        <w:t>보좌에</w:t>
      </w:r>
      <w:r>
        <w:rPr>
          <w:lang w:eastAsia="ko-KR"/>
        </w:rPr>
        <w:t xml:space="preserve"> </w:t>
      </w:r>
      <w:r>
        <w:rPr>
          <w:lang w:eastAsia="ko-KR"/>
        </w:rPr>
        <w:t>앉으신</w:t>
      </w:r>
      <w:r>
        <w:rPr>
          <w:lang w:eastAsia="ko-KR"/>
        </w:rPr>
        <w:t xml:space="preserve"> </w:t>
      </w:r>
      <w:r>
        <w:rPr>
          <w:lang w:eastAsia="ko-KR"/>
        </w:rPr>
        <w:t>거룩하고</w:t>
      </w:r>
      <w:r>
        <w:rPr>
          <w:lang w:eastAsia="ko-KR"/>
        </w:rPr>
        <w:t xml:space="preserve"> </w:t>
      </w:r>
      <w:r>
        <w:rPr>
          <w:lang w:eastAsia="ko-KR"/>
        </w:rPr>
        <w:t>영광스러운</w:t>
      </w:r>
      <w:r>
        <w:rPr>
          <w:lang w:eastAsia="ko-KR"/>
        </w:rPr>
        <w:t xml:space="preserve"> </w:t>
      </w:r>
      <w:r>
        <w:rPr>
          <w:lang w:eastAsia="ko-KR"/>
        </w:rPr>
        <w:t>주님을</w:t>
      </w:r>
      <w:r>
        <w:rPr>
          <w:lang w:eastAsia="ko-KR"/>
        </w:rPr>
        <w:t xml:space="preserve"> </w:t>
      </w:r>
      <w:r>
        <w:rPr>
          <w:lang w:eastAsia="ko-KR"/>
        </w:rPr>
        <w:t>봅니다</w:t>
      </w:r>
      <w:r>
        <w:rPr>
          <w:lang w:eastAsia="ko-KR"/>
        </w:rPr>
        <w:t xml:space="preserve">. </w:t>
      </w:r>
      <w:r>
        <w:rPr>
          <w:lang w:eastAsia="ko-KR"/>
        </w:rPr>
        <w:t>이사야</w:t>
      </w:r>
      <w:r>
        <w:rPr>
          <w:lang w:eastAsia="ko-KR"/>
        </w:rPr>
        <w:t xml:space="preserve"> 53</w:t>
      </w:r>
      <w:r>
        <w:rPr>
          <w:lang w:eastAsia="ko-KR"/>
        </w:rPr>
        <w:t>장에서는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멸시받고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버림받고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고난당하는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종을</w:t>
      </w:r>
      <w:r>
        <w:rPr>
          <w:lang w:eastAsia="ko-KR"/>
        </w:rPr>
        <w:t xml:space="preserve"> </w:t>
      </w:r>
      <w:r>
        <w:rPr>
          <w:lang w:eastAsia="ko-KR"/>
        </w:rPr>
        <w:t>봅니다</w:t>
      </w:r>
      <w:r>
        <w:rPr>
          <w:lang w:eastAsia="ko-KR"/>
        </w:rPr>
        <w:t xml:space="preserve">. </w:t>
      </w:r>
      <w:r>
        <w:rPr>
          <w:lang w:eastAsia="ko-KR"/>
        </w:rPr>
        <w:t>요한은</w:t>
      </w:r>
      <w:r>
        <w:rPr>
          <w:lang w:eastAsia="ko-KR"/>
        </w:rPr>
        <w:t xml:space="preserve">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두</w:t>
      </w:r>
      <w:r>
        <w:rPr>
          <w:lang w:eastAsia="ko-KR"/>
        </w:rPr>
        <w:t xml:space="preserve"> </w:t>
      </w:r>
      <w:r>
        <w:rPr>
          <w:lang w:eastAsia="ko-KR"/>
        </w:rPr>
        <w:t>모습을</w:t>
      </w:r>
      <w:r>
        <w:rPr>
          <w:lang w:eastAsia="ko-KR"/>
        </w:rPr>
        <w:t xml:space="preserve"> </w:t>
      </w:r>
      <w:r>
        <w:rPr>
          <w:lang w:eastAsia="ko-KR"/>
        </w:rPr>
        <w:lastRenderedPageBreak/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안에서</w:t>
      </w:r>
      <w:r>
        <w:rPr>
          <w:lang w:eastAsia="ko-KR"/>
        </w:rPr>
        <w:t xml:space="preserve"> </w:t>
      </w:r>
      <w:r>
        <w:rPr>
          <w:lang w:eastAsia="ko-KR"/>
        </w:rPr>
        <w:t>보게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영광은</w:t>
      </w:r>
      <w:r>
        <w:rPr>
          <w:lang w:eastAsia="ko-KR"/>
        </w:rPr>
        <w:t xml:space="preserve"> </w:t>
      </w:r>
      <w:r>
        <w:rPr>
          <w:lang w:eastAsia="ko-KR"/>
        </w:rPr>
        <w:t>왕좌에서만</w:t>
      </w:r>
      <w:r>
        <w:rPr>
          <w:lang w:eastAsia="ko-KR"/>
        </w:rPr>
        <w:t xml:space="preserve"> </w:t>
      </w:r>
      <w:r>
        <w:rPr>
          <w:lang w:eastAsia="ko-KR"/>
        </w:rPr>
        <w:t>나타나는</w:t>
      </w:r>
      <w:r>
        <w:rPr>
          <w:lang w:eastAsia="ko-KR"/>
        </w:rPr>
        <w:t xml:space="preserve"> </w:t>
      </w:r>
      <w:r>
        <w:rPr>
          <w:lang w:eastAsia="ko-KR"/>
        </w:rPr>
        <w:t>영광이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십자가에서도</w:t>
      </w:r>
      <w:r>
        <w:rPr>
          <w:lang w:eastAsia="ko-KR"/>
        </w:rPr>
        <w:t xml:space="preserve"> </w:t>
      </w:r>
      <w:r>
        <w:rPr>
          <w:lang w:eastAsia="ko-KR"/>
        </w:rPr>
        <w:t>나타나는</w:t>
      </w:r>
      <w:r>
        <w:rPr>
          <w:lang w:eastAsia="ko-KR"/>
        </w:rPr>
        <w:t xml:space="preserve"> </w:t>
      </w:r>
      <w:r>
        <w:rPr>
          <w:lang w:eastAsia="ko-KR"/>
        </w:rPr>
        <w:t>영광입니다</w:t>
      </w:r>
      <w:r>
        <w:rPr>
          <w:lang w:eastAsia="ko-KR"/>
        </w:rPr>
        <w:t xml:space="preserve">. </w:t>
      </w:r>
      <w:r>
        <w:rPr>
          <w:lang w:eastAsia="ko-KR"/>
        </w:rPr>
        <w:t>세상은</w:t>
      </w:r>
      <w:r>
        <w:rPr>
          <w:lang w:eastAsia="ko-KR"/>
        </w:rPr>
        <w:t xml:space="preserve"> </w:t>
      </w:r>
      <w:r>
        <w:rPr>
          <w:lang w:eastAsia="ko-KR"/>
        </w:rPr>
        <w:t>높아지는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영광이라</w:t>
      </w:r>
      <w:r>
        <w:rPr>
          <w:lang w:eastAsia="ko-KR"/>
        </w:rPr>
        <w:t xml:space="preserve"> </w:t>
      </w:r>
      <w:r>
        <w:rPr>
          <w:lang w:eastAsia="ko-KR"/>
        </w:rPr>
        <w:t>하지만</w:t>
      </w:r>
      <w:r>
        <w:rPr>
          <w:lang w:eastAsia="ko-KR"/>
        </w:rPr>
        <w:t xml:space="preserve">, </w:t>
      </w:r>
      <w:r>
        <w:rPr>
          <w:lang w:eastAsia="ko-KR"/>
        </w:rPr>
        <w:t>하나님은</w:t>
      </w:r>
      <w:r>
        <w:rPr>
          <w:lang w:eastAsia="ko-KR"/>
        </w:rPr>
        <w:t xml:space="preserve"> </w:t>
      </w:r>
      <w:r>
        <w:rPr>
          <w:lang w:eastAsia="ko-KR"/>
        </w:rPr>
        <w:t>죄인을</w:t>
      </w:r>
      <w:r>
        <w:rPr>
          <w:lang w:eastAsia="ko-KR"/>
        </w:rPr>
        <w:t xml:space="preserve"> </w:t>
      </w:r>
      <w:r>
        <w:rPr>
          <w:lang w:eastAsia="ko-KR"/>
        </w:rPr>
        <w:t>살리기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낮추고</w:t>
      </w:r>
      <w:r>
        <w:rPr>
          <w:lang w:eastAsia="ko-KR"/>
        </w:rPr>
        <w:t xml:space="preserve"> </w:t>
      </w:r>
      <w:r>
        <w:rPr>
          <w:lang w:eastAsia="ko-KR"/>
        </w:rPr>
        <w:t>내어</w:t>
      </w:r>
      <w:r>
        <w:rPr>
          <w:lang w:eastAsia="ko-KR"/>
        </w:rPr>
        <w:t xml:space="preserve"> </w:t>
      </w:r>
      <w:r>
        <w:rPr>
          <w:lang w:eastAsia="ko-KR"/>
        </w:rPr>
        <w:t>주는</w:t>
      </w:r>
      <w:r>
        <w:rPr>
          <w:lang w:eastAsia="ko-KR"/>
        </w:rPr>
        <w:t xml:space="preserve"> </w:t>
      </w:r>
      <w:r>
        <w:rPr>
          <w:lang w:eastAsia="ko-KR"/>
        </w:rPr>
        <w:t>십자가에서</w:t>
      </w:r>
      <w:r>
        <w:rPr>
          <w:lang w:eastAsia="ko-KR"/>
        </w:rPr>
        <w:t xml:space="preserve"> </w:t>
      </w:r>
      <w:r>
        <w:rPr>
          <w:lang w:eastAsia="ko-KR"/>
        </w:rPr>
        <w:t>참된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주셨습니다</w:t>
      </w:r>
      <w:r>
        <w:rPr>
          <w:lang w:eastAsia="ko-KR"/>
        </w:rPr>
        <w:t>.</w:t>
      </w:r>
    </w:p>
    <w:p w14:paraId="68668D84" w14:textId="72F38861" w:rsidR="00DD3485" w:rsidRDefault="008467EC">
      <w:pPr>
        <w:pStyle w:val="Heading1"/>
        <w:rPr>
          <w:lang w:eastAsia="ko-KR"/>
        </w:rPr>
      </w:pPr>
      <w:r>
        <w:rPr>
          <w:lang w:eastAsia="ko-KR"/>
        </w:rPr>
        <w:t>2. “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proofErr w:type="gramStart"/>
      <w:r>
        <w:rPr>
          <w:lang w:eastAsia="ko-KR"/>
        </w:rPr>
        <w:t>않았다</w:t>
      </w:r>
      <w:r>
        <w:rPr>
          <w:lang w:eastAsia="ko-KR"/>
        </w:rPr>
        <w:t>”</w:t>
      </w:r>
      <w:r>
        <w:rPr>
          <w:lang w:eastAsia="ko-KR"/>
        </w:rPr>
        <w:t>에서</w:t>
      </w:r>
      <w:proofErr w:type="gramEnd"/>
      <w:r>
        <w:rPr>
          <w:lang w:eastAsia="ko-KR"/>
        </w:rPr>
        <w:t xml:space="preserve"> “</w:t>
      </w:r>
      <w:r>
        <w:rPr>
          <w:lang w:eastAsia="ko-KR"/>
        </w:rPr>
        <w:t>믿을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proofErr w:type="gramStart"/>
      <w:r>
        <w:rPr>
          <w:lang w:eastAsia="ko-KR"/>
        </w:rPr>
        <w:t>없었다</w:t>
      </w:r>
      <w:r>
        <w:rPr>
          <w:lang w:eastAsia="ko-KR"/>
        </w:rPr>
        <w:t>”</w:t>
      </w:r>
      <w:r>
        <w:rPr>
          <w:lang w:eastAsia="ko-KR"/>
        </w:rPr>
        <w:t>로</w:t>
      </w:r>
      <w:proofErr w:type="gramEnd"/>
      <w:r>
        <w:rPr>
          <w:lang w:eastAsia="ko-KR"/>
        </w:rPr>
        <w:t xml:space="preserve"> —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 w:rsidR="00B36819">
        <w:rPr>
          <w:rFonts w:ascii="Malgun Gothic" w:eastAsia="Malgun Gothic" w:hAnsi="Malgun Gothic" w:cs="Malgun Gothic" w:hint="eastAsia"/>
          <w:lang w:eastAsia="ko-KR"/>
        </w:rPr>
        <w:t xml:space="preserve">계속 </w:t>
      </w:r>
      <w:r>
        <w:rPr>
          <w:lang w:eastAsia="ko-KR"/>
        </w:rPr>
        <w:t>거절하면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굳어진다</w:t>
      </w:r>
      <w:r>
        <w:rPr>
          <w:lang w:eastAsia="ko-KR"/>
        </w:rPr>
        <w:t xml:space="preserve"> (39-41</w:t>
      </w:r>
      <w:r>
        <w:rPr>
          <w:lang w:eastAsia="ko-KR"/>
        </w:rPr>
        <w:t>절</w:t>
      </w:r>
      <w:r>
        <w:rPr>
          <w:lang w:eastAsia="ko-KR"/>
        </w:rPr>
        <w:t>)</w:t>
      </w:r>
    </w:p>
    <w:p w14:paraId="414FE535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37</w:t>
      </w:r>
      <w:r>
        <w:rPr>
          <w:lang w:eastAsia="ko-KR"/>
        </w:rPr>
        <w:t>절에서는</w:t>
      </w:r>
      <w:r>
        <w:rPr>
          <w:lang w:eastAsia="ko-KR"/>
        </w:rPr>
        <w:t xml:space="preserve"> “</w:t>
      </w:r>
      <w:r>
        <w:rPr>
          <w:lang w:eastAsia="ko-KR"/>
        </w:rPr>
        <w:t>그들이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않았다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39</w:t>
      </w:r>
      <w:r>
        <w:rPr>
          <w:lang w:eastAsia="ko-KR"/>
        </w:rPr>
        <w:t>절에서는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무서운</w:t>
      </w:r>
      <w:r>
        <w:rPr>
          <w:lang w:eastAsia="ko-KR"/>
        </w:rPr>
        <w:t xml:space="preserve"> </w:t>
      </w:r>
      <w:r>
        <w:rPr>
          <w:lang w:eastAsia="ko-KR"/>
        </w:rPr>
        <w:t>표현이</w:t>
      </w:r>
      <w:r>
        <w:rPr>
          <w:lang w:eastAsia="ko-KR"/>
        </w:rPr>
        <w:t xml:space="preserve"> </w:t>
      </w:r>
      <w:r>
        <w:rPr>
          <w:lang w:eastAsia="ko-KR"/>
        </w:rPr>
        <w:t>나옵니다</w:t>
      </w:r>
      <w:r>
        <w:rPr>
          <w:lang w:eastAsia="ko-KR"/>
        </w:rPr>
        <w:t>. “</w:t>
      </w: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그들이</w:t>
      </w:r>
      <w:r>
        <w:rPr>
          <w:lang w:eastAsia="ko-KR"/>
        </w:rPr>
        <w:t xml:space="preserve"> </w:t>
      </w:r>
      <w:r>
        <w:rPr>
          <w:lang w:eastAsia="ko-KR"/>
        </w:rPr>
        <w:t>능히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못한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>…”</w:t>
      </w:r>
      <w:r>
        <w:rPr>
          <w:lang w:eastAsia="ko-KR"/>
        </w:rPr>
        <w:t>이라고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처음에는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않았습니다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계속해서</w:t>
      </w:r>
      <w:r>
        <w:rPr>
          <w:lang w:eastAsia="ko-KR"/>
        </w:rPr>
        <w:t xml:space="preserve"> </w:t>
      </w:r>
      <w:r>
        <w:rPr>
          <w:lang w:eastAsia="ko-KR"/>
        </w:rPr>
        <w:t>빛을</w:t>
      </w:r>
      <w:r>
        <w:rPr>
          <w:lang w:eastAsia="ko-KR"/>
        </w:rPr>
        <w:t xml:space="preserve"> </w:t>
      </w:r>
      <w:r>
        <w:rPr>
          <w:lang w:eastAsia="ko-KR"/>
        </w:rPr>
        <w:t>거절하고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거절하다</w:t>
      </w:r>
      <w:r>
        <w:rPr>
          <w:lang w:eastAsia="ko-KR"/>
        </w:rPr>
        <w:t xml:space="preserve"> </w:t>
      </w:r>
      <w:r>
        <w:rPr>
          <w:lang w:eastAsia="ko-KR"/>
        </w:rPr>
        <w:t>보니</w:t>
      </w:r>
      <w:r>
        <w:rPr>
          <w:lang w:eastAsia="ko-KR"/>
        </w:rPr>
        <w:t xml:space="preserve"> </w:t>
      </w:r>
      <w:r>
        <w:rPr>
          <w:lang w:eastAsia="ko-KR"/>
        </w:rPr>
        <w:t>결국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완고해져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못하는</w:t>
      </w:r>
      <w:r>
        <w:rPr>
          <w:lang w:eastAsia="ko-KR"/>
        </w:rPr>
        <w:t xml:space="preserve"> </w:t>
      </w:r>
      <w:r>
        <w:rPr>
          <w:lang w:eastAsia="ko-KR"/>
        </w:rPr>
        <w:t>상태에</w:t>
      </w:r>
      <w:r>
        <w:rPr>
          <w:lang w:eastAsia="ko-KR"/>
        </w:rPr>
        <w:t xml:space="preserve"> </w:t>
      </w:r>
      <w:r>
        <w:rPr>
          <w:lang w:eastAsia="ko-KR"/>
        </w:rPr>
        <w:t>이르게</w:t>
      </w:r>
      <w:r>
        <w:rPr>
          <w:lang w:eastAsia="ko-KR"/>
        </w:rPr>
        <w:t xml:space="preserve"> </w:t>
      </w:r>
      <w:r>
        <w:rPr>
          <w:lang w:eastAsia="ko-KR"/>
        </w:rPr>
        <w:t>된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3118FD71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40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이사야</w:t>
      </w:r>
      <w:r>
        <w:rPr>
          <w:lang w:eastAsia="ko-KR"/>
        </w:rPr>
        <w:t xml:space="preserve"> 6</w:t>
      </w:r>
      <w:r>
        <w:rPr>
          <w:lang w:eastAsia="ko-KR"/>
        </w:rPr>
        <w:t>장의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인용하면서</w:t>
      </w:r>
      <w:r>
        <w:rPr>
          <w:lang w:eastAsia="ko-KR"/>
        </w:rPr>
        <w:t xml:space="preserve"> </w:t>
      </w:r>
      <w:r>
        <w:rPr>
          <w:lang w:eastAsia="ko-KR"/>
        </w:rPr>
        <w:t>눈이</w:t>
      </w:r>
      <w:r>
        <w:rPr>
          <w:lang w:eastAsia="ko-KR"/>
        </w:rPr>
        <w:t xml:space="preserve"> </w:t>
      </w:r>
      <w:r>
        <w:rPr>
          <w:lang w:eastAsia="ko-KR"/>
        </w:rPr>
        <w:t>멀고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굳어져</w:t>
      </w:r>
      <w:r>
        <w:rPr>
          <w:lang w:eastAsia="ko-KR"/>
        </w:rPr>
        <w:t xml:space="preserve"> </w:t>
      </w:r>
      <w:r>
        <w:rPr>
          <w:lang w:eastAsia="ko-KR"/>
        </w:rPr>
        <w:t>보아도</w:t>
      </w:r>
      <w:r>
        <w:rPr>
          <w:lang w:eastAsia="ko-KR"/>
        </w:rPr>
        <w:t xml:space="preserve"> </w:t>
      </w:r>
      <w:r>
        <w:rPr>
          <w:lang w:eastAsia="ko-KR"/>
        </w:rPr>
        <w:t>보지</w:t>
      </w:r>
      <w:r>
        <w:rPr>
          <w:lang w:eastAsia="ko-KR"/>
        </w:rPr>
        <w:t xml:space="preserve"> </w:t>
      </w:r>
      <w:r>
        <w:rPr>
          <w:lang w:eastAsia="ko-KR"/>
        </w:rPr>
        <w:t>못하고</w:t>
      </w:r>
      <w:r>
        <w:rPr>
          <w:lang w:eastAsia="ko-KR"/>
        </w:rPr>
        <w:t xml:space="preserve"> </w:t>
      </w:r>
      <w:r>
        <w:rPr>
          <w:lang w:eastAsia="ko-KR"/>
        </w:rPr>
        <w:t>깨닫지</w:t>
      </w:r>
      <w:r>
        <w:rPr>
          <w:lang w:eastAsia="ko-KR"/>
        </w:rPr>
        <w:t xml:space="preserve"> </w:t>
      </w:r>
      <w:r>
        <w:rPr>
          <w:lang w:eastAsia="ko-KR"/>
        </w:rPr>
        <w:t>못하게</w:t>
      </w:r>
      <w:r>
        <w:rPr>
          <w:lang w:eastAsia="ko-KR"/>
        </w:rPr>
        <w:t xml:space="preserve"> </w:t>
      </w:r>
      <w:r>
        <w:rPr>
          <w:lang w:eastAsia="ko-KR"/>
        </w:rPr>
        <w:t>되는</w:t>
      </w:r>
      <w:r>
        <w:rPr>
          <w:lang w:eastAsia="ko-KR"/>
        </w:rPr>
        <w:t xml:space="preserve"> </w:t>
      </w:r>
      <w:r>
        <w:rPr>
          <w:lang w:eastAsia="ko-KR"/>
        </w:rPr>
        <w:t>모습을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이것은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지속적으로</w:t>
      </w:r>
      <w:r>
        <w:rPr>
          <w:lang w:eastAsia="ko-KR"/>
        </w:rPr>
        <w:t xml:space="preserve"> </w:t>
      </w:r>
      <w:r>
        <w:rPr>
          <w:lang w:eastAsia="ko-KR"/>
        </w:rPr>
        <w:t>거부하는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무서운지를</w:t>
      </w:r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줍니다</w:t>
      </w:r>
      <w:r>
        <w:rPr>
          <w:lang w:eastAsia="ko-KR"/>
        </w:rPr>
        <w:t xml:space="preserve">.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두려운</w:t>
      </w:r>
      <w:r>
        <w:rPr>
          <w:lang w:eastAsia="ko-KR"/>
        </w:rPr>
        <w:t xml:space="preserve"> </w:t>
      </w:r>
      <w:r>
        <w:rPr>
          <w:lang w:eastAsia="ko-KR"/>
        </w:rPr>
        <w:t>심판은</w:t>
      </w:r>
      <w:r>
        <w:rPr>
          <w:lang w:eastAsia="ko-KR"/>
        </w:rPr>
        <w:t xml:space="preserve"> </w:t>
      </w:r>
      <w:r>
        <w:rPr>
          <w:lang w:eastAsia="ko-KR"/>
        </w:rPr>
        <w:t>삶에</w:t>
      </w:r>
      <w:r>
        <w:rPr>
          <w:lang w:eastAsia="ko-KR"/>
        </w:rPr>
        <w:t xml:space="preserve"> </w:t>
      </w:r>
      <w:r>
        <w:rPr>
          <w:lang w:eastAsia="ko-KR"/>
        </w:rPr>
        <w:t>어려움이</w:t>
      </w:r>
      <w:r>
        <w:rPr>
          <w:lang w:eastAsia="ko-KR"/>
        </w:rPr>
        <w:t xml:space="preserve"> </w:t>
      </w:r>
      <w:r>
        <w:rPr>
          <w:lang w:eastAsia="ko-KR"/>
        </w:rPr>
        <w:t>생기는</w:t>
      </w:r>
      <w:r>
        <w:rPr>
          <w:lang w:eastAsia="ko-KR"/>
        </w:rPr>
        <w:t xml:space="preserve"> </w:t>
      </w:r>
      <w:r>
        <w:rPr>
          <w:lang w:eastAsia="ko-KR"/>
        </w:rPr>
        <w:t>것만이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무서운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들어도</w:t>
      </w:r>
      <w:r>
        <w:rPr>
          <w:lang w:eastAsia="ko-KR"/>
        </w:rPr>
        <w:t xml:space="preserve"> </w:t>
      </w:r>
      <w:r>
        <w:rPr>
          <w:lang w:eastAsia="ko-KR"/>
        </w:rPr>
        <w:t>아무런</w:t>
      </w:r>
      <w:r>
        <w:rPr>
          <w:lang w:eastAsia="ko-KR"/>
        </w:rPr>
        <w:t xml:space="preserve"> </w:t>
      </w:r>
      <w:r>
        <w:rPr>
          <w:lang w:eastAsia="ko-KR"/>
        </w:rPr>
        <w:t>찔림이</w:t>
      </w:r>
      <w:r>
        <w:rPr>
          <w:lang w:eastAsia="ko-KR"/>
        </w:rPr>
        <w:t xml:space="preserve"> </w:t>
      </w:r>
      <w:r>
        <w:rPr>
          <w:lang w:eastAsia="ko-KR"/>
        </w:rPr>
        <w:t>없고</w:t>
      </w:r>
      <w:r>
        <w:rPr>
          <w:lang w:eastAsia="ko-KR"/>
        </w:rPr>
        <w:t xml:space="preserve">, </w:t>
      </w:r>
      <w:r>
        <w:rPr>
          <w:lang w:eastAsia="ko-KR"/>
        </w:rPr>
        <w:t>죄를</w:t>
      </w:r>
      <w:r>
        <w:rPr>
          <w:lang w:eastAsia="ko-KR"/>
        </w:rPr>
        <w:t xml:space="preserve"> </w:t>
      </w:r>
      <w:r>
        <w:rPr>
          <w:lang w:eastAsia="ko-KR"/>
        </w:rPr>
        <w:t>지어도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아프지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, </w:t>
      </w:r>
      <w:r>
        <w:rPr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lang w:eastAsia="ko-KR"/>
        </w:rPr>
        <w:t>말씀하셔도</w:t>
      </w:r>
      <w:r>
        <w:rPr>
          <w:lang w:eastAsia="ko-KR"/>
        </w:rPr>
        <w:t xml:space="preserve">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방식대로</w:t>
      </w:r>
      <w:r>
        <w:rPr>
          <w:lang w:eastAsia="ko-KR"/>
        </w:rPr>
        <w:t xml:space="preserve"> </w:t>
      </w:r>
      <w:r>
        <w:rPr>
          <w:lang w:eastAsia="ko-KR"/>
        </w:rPr>
        <w:t>살겠다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굳어지는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26BFB411" w14:textId="21F8C914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40</w:t>
      </w:r>
      <w:r>
        <w:rPr>
          <w:lang w:eastAsia="ko-KR"/>
        </w:rPr>
        <w:t>절에는</w:t>
      </w:r>
      <w:r>
        <w:rPr>
          <w:lang w:eastAsia="ko-KR"/>
        </w:rPr>
        <w:t xml:space="preserve"> </w:t>
      </w:r>
      <w:r>
        <w:rPr>
          <w:lang w:eastAsia="ko-KR"/>
        </w:rPr>
        <w:t>회복의</w:t>
      </w:r>
      <w:r>
        <w:rPr>
          <w:lang w:eastAsia="ko-KR"/>
        </w:rPr>
        <w:t xml:space="preserve"> </w:t>
      </w:r>
      <w:r>
        <w:rPr>
          <w:lang w:eastAsia="ko-KR"/>
        </w:rPr>
        <w:t>길도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 w:rsidR="00BA4FCE">
        <w:rPr>
          <w:rFonts w:ascii="Batang" w:eastAsia="Batang" w:hAnsi="Batang" w:cs="Batang" w:hint="eastAsia"/>
          <w:lang w:eastAsia="ko-KR"/>
        </w:rPr>
        <w:t>보여줍니다</w:t>
      </w:r>
      <w:r>
        <w:rPr>
          <w:lang w:eastAsia="ko-KR"/>
        </w:rPr>
        <w:t xml:space="preserve">. </w:t>
      </w:r>
      <w:r>
        <w:rPr>
          <w:lang w:eastAsia="ko-KR"/>
        </w:rPr>
        <w:t>보고</w:t>
      </w:r>
      <w:r>
        <w:rPr>
          <w:lang w:eastAsia="ko-KR"/>
        </w:rPr>
        <w:t xml:space="preserve">, </w:t>
      </w:r>
      <w:r>
        <w:rPr>
          <w:lang w:eastAsia="ko-KR"/>
        </w:rPr>
        <w:t>깨닫고</w:t>
      </w:r>
      <w:r>
        <w:rPr>
          <w:lang w:eastAsia="ko-KR"/>
        </w:rPr>
        <w:t xml:space="preserve">, </w:t>
      </w:r>
      <w:r>
        <w:rPr>
          <w:lang w:eastAsia="ko-KR"/>
        </w:rPr>
        <w:t>돌이키고</w:t>
      </w:r>
      <w:r>
        <w:rPr>
          <w:lang w:eastAsia="ko-KR"/>
        </w:rPr>
        <w:t xml:space="preserve">, </w:t>
      </w:r>
      <w:r>
        <w:rPr>
          <w:lang w:eastAsia="ko-KR"/>
        </w:rPr>
        <w:t>고침을</w:t>
      </w:r>
      <w:r>
        <w:rPr>
          <w:lang w:eastAsia="ko-KR"/>
        </w:rPr>
        <w:t xml:space="preserve"> </w:t>
      </w:r>
      <w:r>
        <w:rPr>
          <w:lang w:eastAsia="ko-KR"/>
        </w:rPr>
        <w:t>받는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회개의</w:t>
      </w:r>
      <w:r>
        <w:rPr>
          <w:lang w:eastAsia="ko-KR"/>
        </w:rPr>
        <w:t xml:space="preserve"> </w:t>
      </w:r>
      <w:r>
        <w:rPr>
          <w:lang w:eastAsia="ko-KR"/>
        </w:rPr>
        <w:t>길입니다</w:t>
      </w:r>
      <w:r>
        <w:rPr>
          <w:lang w:eastAsia="ko-KR"/>
        </w:rPr>
        <w:t xml:space="preserve">. </w:t>
      </w:r>
      <w:r>
        <w:rPr>
          <w:lang w:eastAsia="ko-KR"/>
        </w:rPr>
        <w:t>회개는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“</w:t>
      </w:r>
      <w:r>
        <w:rPr>
          <w:lang w:eastAsia="ko-KR"/>
        </w:rPr>
        <w:t>좋은</w:t>
      </w:r>
      <w:r>
        <w:rPr>
          <w:lang w:eastAsia="ko-KR"/>
        </w:rPr>
        <w:t xml:space="preserve"> </w:t>
      </w:r>
      <w:r>
        <w:rPr>
          <w:lang w:eastAsia="ko-KR"/>
        </w:rPr>
        <w:t>말씀</w:t>
      </w:r>
      <w:r>
        <w:rPr>
          <w:lang w:eastAsia="ko-KR"/>
        </w:rPr>
        <w:t xml:space="preserve"> </w:t>
      </w:r>
      <w:r>
        <w:rPr>
          <w:lang w:eastAsia="ko-KR"/>
        </w:rPr>
        <w:t>들었다</w:t>
      </w:r>
      <w:r>
        <w:rPr>
          <w:lang w:eastAsia="ko-KR"/>
        </w:rPr>
        <w:t>”, “</w:t>
      </w:r>
      <w:r>
        <w:rPr>
          <w:lang w:eastAsia="ko-KR"/>
        </w:rPr>
        <w:t>은혜</w:t>
      </w:r>
      <w:r>
        <w:rPr>
          <w:lang w:eastAsia="ko-KR"/>
        </w:rPr>
        <w:t xml:space="preserve"> </w:t>
      </w:r>
      <w:r>
        <w:rPr>
          <w:lang w:eastAsia="ko-KR"/>
        </w:rPr>
        <w:t>받았다</w:t>
      </w:r>
      <w:r>
        <w:rPr>
          <w:lang w:eastAsia="ko-KR"/>
        </w:rPr>
        <w:t>”, “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찔렸다</w:t>
      </w:r>
      <w:r>
        <w:rPr>
          <w:lang w:eastAsia="ko-KR"/>
        </w:rPr>
        <w:t>”</w:t>
      </w:r>
      <w:r>
        <w:rPr>
          <w:lang w:eastAsia="ko-KR"/>
        </w:rPr>
        <w:t>에서</w:t>
      </w:r>
      <w:r>
        <w:rPr>
          <w:lang w:eastAsia="ko-KR"/>
        </w:rPr>
        <w:t xml:space="preserve"> </w:t>
      </w:r>
      <w:r>
        <w:rPr>
          <w:lang w:eastAsia="ko-KR"/>
        </w:rPr>
        <w:t>끝나지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참된</w:t>
      </w:r>
      <w:r>
        <w:rPr>
          <w:lang w:eastAsia="ko-KR"/>
        </w:rPr>
        <w:t xml:space="preserve"> </w:t>
      </w:r>
      <w:r>
        <w:rPr>
          <w:lang w:eastAsia="ko-KR"/>
        </w:rPr>
        <w:t>회개는</w:t>
      </w:r>
      <w:r>
        <w:rPr>
          <w:lang w:eastAsia="ko-KR"/>
        </w:rPr>
        <w:t xml:space="preserve"> </w:t>
      </w:r>
      <w:r>
        <w:rPr>
          <w:lang w:eastAsia="ko-KR"/>
        </w:rPr>
        <w:t>방향을</w:t>
      </w:r>
      <w:r>
        <w:rPr>
          <w:lang w:eastAsia="ko-KR"/>
        </w:rPr>
        <w:t xml:space="preserve"> </w:t>
      </w:r>
      <w:r>
        <w:rPr>
          <w:lang w:eastAsia="ko-KR"/>
        </w:rPr>
        <w:t>바꾸는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탕자가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아버지를</w:t>
      </w:r>
      <w:r>
        <w:rPr>
          <w:lang w:eastAsia="ko-KR"/>
        </w:rPr>
        <w:t xml:space="preserve"> </w:t>
      </w:r>
      <w:r>
        <w:rPr>
          <w:lang w:eastAsia="ko-KR"/>
        </w:rPr>
        <w:t>떠나</w:t>
      </w:r>
      <w:r>
        <w:rPr>
          <w:lang w:eastAsia="ko-KR"/>
        </w:rPr>
        <w:t xml:space="preserve"> </w:t>
      </w:r>
      <w:r w:rsidR="0065196F">
        <w:rPr>
          <w:rFonts w:ascii="Batang" w:eastAsia="Batang" w:hAnsi="Batang" w:cs="Batang" w:hint="eastAsia"/>
          <w:lang w:eastAsia="ko-KR"/>
        </w:rPr>
        <w:t>얼마나 비참한 상</w:t>
      </w:r>
      <w:r>
        <w:rPr>
          <w:lang w:eastAsia="ko-KR"/>
        </w:rPr>
        <w:t>태에</w:t>
      </w:r>
      <w:r>
        <w:rPr>
          <w:lang w:eastAsia="ko-KR"/>
        </w:rPr>
        <w:t xml:space="preserve"> </w:t>
      </w:r>
      <w:r>
        <w:rPr>
          <w:lang w:eastAsia="ko-KR"/>
        </w:rPr>
        <w:t>있는지를</w:t>
      </w:r>
      <w:r>
        <w:rPr>
          <w:lang w:eastAsia="ko-KR"/>
        </w:rPr>
        <w:t xml:space="preserve"> </w:t>
      </w:r>
      <w:r>
        <w:rPr>
          <w:lang w:eastAsia="ko-KR"/>
        </w:rPr>
        <w:t>깨닫고</w:t>
      </w:r>
      <w:r>
        <w:rPr>
          <w:lang w:eastAsia="ko-KR"/>
        </w:rPr>
        <w:t xml:space="preserve"> </w:t>
      </w:r>
      <w:r>
        <w:rPr>
          <w:lang w:eastAsia="ko-KR"/>
        </w:rPr>
        <w:t>일어나</w:t>
      </w:r>
      <w:r>
        <w:rPr>
          <w:lang w:eastAsia="ko-KR"/>
        </w:rPr>
        <w:t xml:space="preserve"> </w:t>
      </w:r>
      <w:r>
        <w:rPr>
          <w:lang w:eastAsia="ko-KR"/>
        </w:rPr>
        <w:t>아버지에게</w:t>
      </w:r>
      <w:r>
        <w:rPr>
          <w:lang w:eastAsia="ko-KR"/>
        </w:rPr>
        <w:t xml:space="preserve"> </w:t>
      </w:r>
      <w:r>
        <w:rPr>
          <w:lang w:eastAsia="ko-KR"/>
        </w:rPr>
        <w:t>돌아갔던</w:t>
      </w:r>
      <w:r>
        <w:rPr>
          <w:lang w:eastAsia="ko-KR"/>
        </w:rPr>
        <w:t xml:space="preserve"> </w:t>
      </w:r>
      <w:r>
        <w:rPr>
          <w:lang w:eastAsia="ko-KR"/>
        </w:rPr>
        <w:t>것처럼</w:t>
      </w:r>
      <w:r>
        <w:rPr>
          <w:lang w:eastAsia="ko-KR"/>
        </w:rPr>
        <w:t xml:space="preserve">, </w:t>
      </w:r>
      <w:r>
        <w:rPr>
          <w:lang w:eastAsia="ko-KR"/>
        </w:rPr>
        <w:t>말씀</w:t>
      </w:r>
      <w:r>
        <w:rPr>
          <w:lang w:eastAsia="ko-KR"/>
        </w:rPr>
        <w:t xml:space="preserve"> </w:t>
      </w:r>
      <w:r>
        <w:rPr>
          <w:lang w:eastAsia="ko-KR"/>
        </w:rPr>
        <w:t>앞에서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모습을</w:t>
      </w:r>
      <w:r>
        <w:rPr>
          <w:lang w:eastAsia="ko-KR"/>
        </w:rPr>
        <w:t xml:space="preserve"> </w:t>
      </w:r>
      <w:r>
        <w:rPr>
          <w:lang w:eastAsia="ko-KR"/>
        </w:rPr>
        <w:t>보고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돌아가는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회개입니다</w:t>
      </w:r>
      <w:r>
        <w:rPr>
          <w:lang w:eastAsia="ko-KR"/>
        </w:rPr>
        <w:t>.</w:t>
      </w:r>
    </w:p>
    <w:p w14:paraId="236BA5C0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깨달음에</w:t>
      </w:r>
      <w:r>
        <w:rPr>
          <w:lang w:eastAsia="ko-KR"/>
        </w:rPr>
        <w:t xml:space="preserve"> </w:t>
      </w:r>
      <w:r>
        <w:rPr>
          <w:lang w:eastAsia="ko-KR"/>
        </w:rPr>
        <w:t>만족하면</w:t>
      </w:r>
      <w:r>
        <w:rPr>
          <w:lang w:eastAsia="ko-KR"/>
        </w:rPr>
        <w:t xml:space="preserve"> </w:t>
      </w:r>
      <w:r>
        <w:rPr>
          <w:lang w:eastAsia="ko-KR"/>
        </w:rPr>
        <w:t>안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듣고도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같은</w:t>
      </w:r>
      <w:r>
        <w:rPr>
          <w:lang w:eastAsia="ko-KR"/>
        </w:rPr>
        <w:t xml:space="preserve"> </w:t>
      </w:r>
      <w:r>
        <w:rPr>
          <w:lang w:eastAsia="ko-KR"/>
        </w:rPr>
        <w:t>방식으로</w:t>
      </w:r>
      <w:r>
        <w:rPr>
          <w:lang w:eastAsia="ko-KR"/>
        </w:rPr>
        <w:t xml:space="preserve"> </w:t>
      </w:r>
      <w:r>
        <w:rPr>
          <w:lang w:eastAsia="ko-KR"/>
        </w:rPr>
        <w:t>살면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부드럽게</w:t>
      </w:r>
      <w:r>
        <w:rPr>
          <w:lang w:eastAsia="ko-KR"/>
        </w:rPr>
        <w:t xml:space="preserve"> </w:t>
      </w:r>
      <w:r>
        <w:rPr>
          <w:lang w:eastAsia="ko-KR"/>
        </w:rPr>
        <w:t>만드는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오히려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완고함을</w:t>
      </w:r>
      <w:r>
        <w:rPr>
          <w:lang w:eastAsia="ko-KR"/>
        </w:rPr>
        <w:t xml:space="preserve"> </w:t>
      </w:r>
      <w:r>
        <w:rPr>
          <w:lang w:eastAsia="ko-KR"/>
        </w:rPr>
        <w:t>드러낼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순종하지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신앙이</w:t>
      </w:r>
      <w:r>
        <w:rPr>
          <w:lang w:eastAsia="ko-KR"/>
        </w:rPr>
        <w:t xml:space="preserve"> </w:t>
      </w:r>
      <w:r>
        <w:rPr>
          <w:lang w:eastAsia="ko-KR"/>
        </w:rPr>
        <w:t>오래되면</w:t>
      </w:r>
      <w:r>
        <w:rPr>
          <w:lang w:eastAsia="ko-KR"/>
        </w:rPr>
        <w:t xml:space="preserve"> </w:t>
      </w:r>
      <w:r>
        <w:rPr>
          <w:lang w:eastAsia="ko-KR"/>
        </w:rPr>
        <w:t>위험합니다</w:t>
      </w:r>
      <w:r>
        <w:rPr>
          <w:lang w:eastAsia="ko-KR"/>
        </w:rPr>
        <w:t xml:space="preserve">.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많이</w:t>
      </w:r>
      <w:r>
        <w:rPr>
          <w:lang w:eastAsia="ko-KR"/>
        </w:rPr>
        <w:t xml:space="preserve"> </w:t>
      </w:r>
      <w:r>
        <w:rPr>
          <w:lang w:eastAsia="ko-KR"/>
        </w:rPr>
        <w:t>아는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믿음의</w:t>
      </w:r>
      <w:r>
        <w:rPr>
          <w:lang w:eastAsia="ko-KR"/>
        </w:rPr>
        <w:t xml:space="preserve"> </w:t>
      </w:r>
      <w:r>
        <w:rPr>
          <w:lang w:eastAsia="ko-KR"/>
        </w:rPr>
        <w:t>깊이를</w:t>
      </w:r>
      <w:r>
        <w:rPr>
          <w:lang w:eastAsia="ko-KR"/>
        </w:rPr>
        <w:t xml:space="preserve"> </w:t>
      </w:r>
      <w:r>
        <w:rPr>
          <w:lang w:eastAsia="ko-KR"/>
        </w:rPr>
        <w:t>자동으로</w:t>
      </w:r>
      <w:r>
        <w:rPr>
          <w:lang w:eastAsia="ko-KR"/>
        </w:rPr>
        <w:t xml:space="preserve"> </w:t>
      </w:r>
      <w:r>
        <w:rPr>
          <w:lang w:eastAsia="ko-KR"/>
        </w:rPr>
        <w:t>보장하지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알고도</w:t>
      </w:r>
      <w:r>
        <w:rPr>
          <w:lang w:eastAsia="ko-KR"/>
        </w:rPr>
        <w:t xml:space="preserve"> </w:t>
      </w:r>
      <w:r>
        <w:rPr>
          <w:lang w:eastAsia="ko-KR"/>
        </w:rPr>
        <w:t>순종하지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반복되면</w:t>
      </w:r>
      <w:r>
        <w:rPr>
          <w:lang w:eastAsia="ko-KR"/>
        </w:rPr>
        <w:t xml:space="preserve">, </w:t>
      </w:r>
      <w:r>
        <w:rPr>
          <w:lang w:eastAsia="ko-KR"/>
        </w:rPr>
        <w:t>어느</w:t>
      </w:r>
      <w:r>
        <w:rPr>
          <w:lang w:eastAsia="ko-KR"/>
        </w:rPr>
        <w:t xml:space="preserve"> </w:t>
      </w:r>
      <w:r>
        <w:rPr>
          <w:lang w:eastAsia="ko-KR"/>
        </w:rPr>
        <w:t>순간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생각이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말씀보다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절대적인</w:t>
      </w:r>
      <w:r>
        <w:rPr>
          <w:lang w:eastAsia="ko-KR"/>
        </w:rPr>
        <w:t xml:space="preserve"> </w:t>
      </w:r>
      <w:r>
        <w:rPr>
          <w:lang w:eastAsia="ko-KR"/>
        </w:rPr>
        <w:t>기준이</w:t>
      </w:r>
      <w:r>
        <w:rPr>
          <w:lang w:eastAsia="ko-KR"/>
        </w:rPr>
        <w:t xml:space="preserve"> </w:t>
      </w:r>
      <w:r>
        <w:rPr>
          <w:lang w:eastAsia="ko-KR"/>
        </w:rPr>
        <w:t>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73C28BB7" w14:textId="0725771A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여러분</w:t>
      </w:r>
      <w:r>
        <w:rPr>
          <w:lang w:eastAsia="ko-KR"/>
        </w:rPr>
        <w:t xml:space="preserve">, </w:t>
      </w: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proofErr w:type="spellStart"/>
      <w:r w:rsidR="00362C4F">
        <w:rPr>
          <w:rFonts w:ascii="Batang" w:eastAsia="Batang" w:hAnsi="Batang" w:cs="Batang" w:hint="eastAsia"/>
          <w:lang w:eastAsia="ko-KR"/>
        </w:rPr>
        <w:t>타치한다면</w:t>
      </w:r>
      <w:proofErr w:type="spellEnd"/>
      <w:r w:rsidR="00362C4F">
        <w:rPr>
          <w:rFonts w:ascii="Batang" w:eastAsia="Batang" w:hAnsi="Batang" w:cs="Batang" w:hint="eastAsia"/>
          <w:lang w:eastAsia="ko-KR"/>
        </w:rPr>
        <w:t xml:space="preserve"> 회개를</w:t>
      </w:r>
      <w:r>
        <w:rPr>
          <w:lang w:eastAsia="ko-KR"/>
        </w:rPr>
        <w:t xml:space="preserve"> </w:t>
      </w:r>
      <w:r>
        <w:rPr>
          <w:lang w:eastAsia="ko-KR"/>
        </w:rPr>
        <w:t>미루지</w:t>
      </w:r>
      <w:r>
        <w:rPr>
          <w:lang w:eastAsia="ko-KR"/>
        </w:rPr>
        <w:t xml:space="preserve"> </w:t>
      </w:r>
      <w:r>
        <w:rPr>
          <w:lang w:eastAsia="ko-KR"/>
        </w:rPr>
        <w:t>마십시오</w:t>
      </w:r>
      <w:r>
        <w:rPr>
          <w:lang w:eastAsia="ko-KR"/>
        </w:rPr>
        <w:t xml:space="preserve">. </w:t>
      </w:r>
      <w:r>
        <w:rPr>
          <w:lang w:eastAsia="ko-KR"/>
        </w:rPr>
        <w:t>회개해야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보이면</w:t>
      </w:r>
      <w:r>
        <w:rPr>
          <w:lang w:eastAsia="ko-KR"/>
        </w:rPr>
        <w:t xml:space="preserve"> </w:t>
      </w:r>
      <w:r>
        <w:rPr>
          <w:lang w:eastAsia="ko-KR"/>
        </w:rPr>
        <w:t>회개하십시오</w:t>
      </w:r>
      <w:r>
        <w:rPr>
          <w:lang w:eastAsia="ko-KR"/>
        </w:rPr>
        <w:t xml:space="preserve">. </w:t>
      </w:r>
      <w:r>
        <w:rPr>
          <w:lang w:eastAsia="ko-KR"/>
        </w:rPr>
        <w:t>용서해야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생각나면</w:t>
      </w:r>
      <w:r>
        <w:rPr>
          <w:lang w:eastAsia="ko-KR"/>
        </w:rPr>
        <w:t xml:space="preserve"> </w:t>
      </w:r>
      <w:r>
        <w:rPr>
          <w:lang w:eastAsia="ko-KR"/>
        </w:rPr>
        <w:t>용서하십시오</w:t>
      </w:r>
      <w:r>
        <w:rPr>
          <w:lang w:eastAsia="ko-KR"/>
        </w:rPr>
        <w:t xml:space="preserve">. </w:t>
      </w:r>
      <w:r>
        <w:rPr>
          <w:lang w:eastAsia="ko-KR"/>
        </w:rPr>
        <w:t>끊어야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죄가</w:t>
      </w:r>
      <w:r>
        <w:rPr>
          <w:lang w:eastAsia="ko-KR"/>
        </w:rPr>
        <w:t xml:space="preserve"> </w:t>
      </w:r>
      <w:r>
        <w:rPr>
          <w:lang w:eastAsia="ko-KR"/>
        </w:rPr>
        <w:lastRenderedPageBreak/>
        <w:t>보이면</w:t>
      </w:r>
      <w:r>
        <w:rPr>
          <w:lang w:eastAsia="ko-KR"/>
        </w:rPr>
        <w:t xml:space="preserve"> </w:t>
      </w:r>
      <w:r>
        <w:rPr>
          <w:lang w:eastAsia="ko-KR"/>
        </w:rPr>
        <w:t>끊으십시오</w:t>
      </w:r>
      <w:r>
        <w:rPr>
          <w:lang w:eastAsia="ko-KR"/>
        </w:rPr>
        <w:t xml:space="preserve">. </w:t>
      </w:r>
      <w:r>
        <w:rPr>
          <w:lang w:eastAsia="ko-KR"/>
        </w:rPr>
        <w:t>섬겨야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떠오르면</w:t>
      </w:r>
      <w:r>
        <w:rPr>
          <w:lang w:eastAsia="ko-KR"/>
        </w:rPr>
        <w:t xml:space="preserve"> </w:t>
      </w:r>
      <w:r>
        <w:rPr>
          <w:lang w:eastAsia="ko-KR"/>
        </w:rPr>
        <w:t>섬기십시오</w:t>
      </w:r>
      <w:r>
        <w:rPr>
          <w:lang w:eastAsia="ko-KR"/>
        </w:rPr>
        <w:t xml:space="preserve">. </w:t>
      </w:r>
      <w:r>
        <w:rPr>
          <w:lang w:eastAsia="ko-KR"/>
        </w:rPr>
        <w:t>복음을</w:t>
      </w:r>
      <w:r>
        <w:rPr>
          <w:lang w:eastAsia="ko-KR"/>
        </w:rPr>
        <w:t xml:space="preserve"> </w:t>
      </w:r>
      <w:r>
        <w:rPr>
          <w:lang w:eastAsia="ko-KR"/>
        </w:rPr>
        <w:t>전해야</w:t>
      </w:r>
      <w:r>
        <w:rPr>
          <w:lang w:eastAsia="ko-KR"/>
        </w:rPr>
        <w:t xml:space="preserve"> </w:t>
      </w:r>
      <w:r>
        <w:rPr>
          <w:lang w:eastAsia="ko-KR"/>
        </w:rPr>
        <w:t>할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생각나면</w:t>
      </w:r>
      <w:r>
        <w:rPr>
          <w:lang w:eastAsia="ko-KR"/>
        </w:rPr>
        <w:t xml:space="preserve"> </w:t>
      </w:r>
      <w:r>
        <w:rPr>
          <w:lang w:eastAsia="ko-KR"/>
        </w:rPr>
        <w:t>기도하고</w:t>
      </w:r>
      <w:r>
        <w:rPr>
          <w:lang w:eastAsia="ko-KR"/>
        </w:rPr>
        <w:t xml:space="preserve"> </w:t>
      </w:r>
      <w:r>
        <w:rPr>
          <w:lang w:eastAsia="ko-KR"/>
        </w:rPr>
        <w:t>다가가십시오</w:t>
      </w:r>
      <w:r>
        <w:rPr>
          <w:lang w:eastAsia="ko-KR"/>
        </w:rPr>
        <w:t xml:space="preserve">. </w:t>
      </w:r>
      <w:r>
        <w:rPr>
          <w:lang w:eastAsia="ko-KR"/>
        </w:rPr>
        <w:t>말씀에</w:t>
      </w:r>
      <w:r>
        <w:rPr>
          <w:lang w:eastAsia="ko-KR"/>
        </w:rPr>
        <w:t xml:space="preserve"> </w:t>
      </w:r>
      <w:r>
        <w:rPr>
          <w:lang w:eastAsia="ko-KR"/>
        </w:rPr>
        <w:t>반응하는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잃지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은혜입니다</w:t>
      </w:r>
      <w:r>
        <w:rPr>
          <w:lang w:eastAsia="ko-KR"/>
        </w:rPr>
        <w:t>.</w:t>
      </w:r>
    </w:p>
    <w:p w14:paraId="0976EAF0" w14:textId="77777777" w:rsidR="00DD3485" w:rsidRDefault="008467EC">
      <w:pPr>
        <w:pStyle w:val="Heading1"/>
        <w:rPr>
          <w:lang w:eastAsia="ko-KR"/>
        </w:rPr>
      </w:pPr>
      <w:r>
        <w:rPr>
          <w:lang w:eastAsia="ko-KR"/>
        </w:rPr>
        <w:t xml:space="preserve">3.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영광보다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사랑했다</w:t>
      </w:r>
      <w:r>
        <w:rPr>
          <w:lang w:eastAsia="ko-KR"/>
        </w:rPr>
        <w:t xml:space="preserve"> — 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누구의</w:t>
      </w:r>
      <w:r>
        <w:rPr>
          <w:lang w:eastAsia="ko-KR"/>
        </w:rPr>
        <w:t xml:space="preserve"> </w:t>
      </w:r>
      <w:r>
        <w:rPr>
          <w:lang w:eastAsia="ko-KR"/>
        </w:rPr>
        <w:t>인정을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사는가</w:t>
      </w:r>
      <w:r>
        <w:rPr>
          <w:lang w:eastAsia="ko-KR"/>
        </w:rPr>
        <w:t>? (42-43</w:t>
      </w:r>
      <w:r>
        <w:rPr>
          <w:lang w:eastAsia="ko-KR"/>
        </w:rPr>
        <w:t>절</w:t>
      </w:r>
      <w:r>
        <w:rPr>
          <w:lang w:eastAsia="ko-KR"/>
        </w:rPr>
        <w:t>)</w:t>
      </w:r>
    </w:p>
    <w:p w14:paraId="321FAB9E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42</w:t>
      </w:r>
      <w:r>
        <w:rPr>
          <w:lang w:eastAsia="ko-KR"/>
        </w:rPr>
        <w:t>절과</w:t>
      </w:r>
      <w:r>
        <w:rPr>
          <w:lang w:eastAsia="ko-KR"/>
        </w:rPr>
        <w:t xml:space="preserve"> 43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불신앙의</w:t>
      </w:r>
      <w:r>
        <w:rPr>
          <w:lang w:eastAsia="ko-KR"/>
        </w:rPr>
        <w:t xml:space="preserve"> </w:t>
      </w:r>
      <w:r>
        <w:rPr>
          <w:lang w:eastAsia="ko-KR"/>
        </w:rPr>
        <w:t>뿌리를</w:t>
      </w:r>
      <w:r>
        <w:rPr>
          <w:lang w:eastAsia="ko-KR"/>
        </w:rPr>
        <w:t xml:space="preserve"> </w:t>
      </w:r>
      <w:r>
        <w:rPr>
          <w:lang w:eastAsia="ko-KR"/>
        </w:rPr>
        <w:t>아주</w:t>
      </w:r>
      <w:r>
        <w:rPr>
          <w:lang w:eastAsia="ko-KR"/>
        </w:rPr>
        <w:t xml:space="preserve"> </w:t>
      </w:r>
      <w:r>
        <w:rPr>
          <w:lang w:eastAsia="ko-KR"/>
        </w:rPr>
        <w:t>정확하게</w:t>
      </w:r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줍니다</w:t>
      </w:r>
      <w:r>
        <w:rPr>
          <w:lang w:eastAsia="ko-KR"/>
        </w:rPr>
        <w:t xml:space="preserve">. </w:t>
      </w:r>
      <w:r>
        <w:rPr>
          <w:lang w:eastAsia="ko-KR"/>
        </w:rPr>
        <w:t>지도자들</w:t>
      </w:r>
      <w:r>
        <w:rPr>
          <w:lang w:eastAsia="ko-KR"/>
        </w:rPr>
        <w:t xml:space="preserve"> </w:t>
      </w:r>
      <w:r>
        <w:rPr>
          <w:lang w:eastAsia="ko-KR"/>
        </w:rPr>
        <w:t>가운데서도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사람들이</w:t>
      </w:r>
      <w:r>
        <w:rPr>
          <w:lang w:eastAsia="ko-KR"/>
        </w:rPr>
        <w:t xml:space="preserve"> </w:t>
      </w:r>
      <w:r>
        <w:rPr>
          <w:lang w:eastAsia="ko-KR"/>
        </w:rPr>
        <w:t>있었습니다</w:t>
      </w:r>
      <w:r>
        <w:rPr>
          <w:lang w:eastAsia="ko-KR"/>
        </w:rPr>
        <w:t xml:space="preserve">. </w:t>
      </w:r>
      <w:r>
        <w:rPr>
          <w:lang w:eastAsia="ko-KR"/>
        </w:rPr>
        <w:t>그들은</w:t>
      </w:r>
      <w:r>
        <w:rPr>
          <w:lang w:eastAsia="ko-KR"/>
        </w:rPr>
        <w:t xml:space="preserve"> </w:t>
      </w:r>
      <w:r>
        <w:rPr>
          <w:lang w:eastAsia="ko-KR"/>
        </w:rPr>
        <w:t>표적을</w:t>
      </w:r>
      <w:r>
        <w:rPr>
          <w:lang w:eastAsia="ko-KR"/>
        </w:rPr>
        <w:t xml:space="preserve"> </w:t>
      </w:r>
      <w:r>
        <w:rPr>
          <w:lang w:eastAsia="ko-KR"/>
        </w:rPr>
        <w:t>보았고</w:t>
      </w:r>
      <w:r>
        <w:rPr>
          <w:lang w:eastAsia="ko-KR"/>
        </w:rPr>
        <w:t xml:space="preserve">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하나님께로부터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오셨다는</w:t>
      </w:r>
      <w:r>
        <w:rPr>
          <w:lang w:eastAsia="ko-KR"/>
        </w:rPr>
        <w:t xml:space="preserve"> </w:t>
      </w:r>
      <w:r>
        <w:rPr>
          <w:lang w:eastAsia="ko-KR"/>
        </w:rPr>
        <w:t>사실을</w:t>
      </w:r>
      <w:r>
        <w:rPr>
          <w:lang w:eastAsia="ko-KR"/>
        </w:rPr>
        <w:t xml:space="preserve"> </w:t>
      </w:r>
      <w:r>
        <w:rPr>
          <w:lang w:eastAsia="ko-KR"/>
        </w:rPr>
        <w:t>어느</w:t>
      </w:r>
      <w:r>
        <w:rPr>
          <w:lang w:eastAsia="ko-KR"/>
        </w:rPr>
        <w:t xml:space="preserve"> </w:t>
      </w:r>
      <w:r>
        <w:rPr>
          <w:lang w:eastAsia="ko-KR"/>
        </w:rPr>
        <w:t>정도</w:t>
      </w:r>
      <w:r>
        <w:rPr>
          <w:lang w:eastAsia="ko-KR"/>
        </w:rPr>
        <w:t xml:space="preserve"> </w:t>
      </w:r>
      <w:r>
        <w:rPr>
          <w:lang w:eastAsia="ko-KR"/>
        </w:rPr>
        <w:t>인정했습니다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공개적으로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시인하지</w:t>
      </w:r>
      <w:r>
        <w:rPr>
          <w:lang w:eastAsia="ko-KR"/>
        </w:rPr>
        <w:t xml:space="preserve"> </w:t>
      </w:r>
      <w:r>
        <w:rPr>
          <w:lang w:eastAsia="ko-KR"/>
        </w:rPr>
        <w:t>못했습니다</w:t>
      </w:r>
      <w:r>
        <w:rPr>
          <w:lang w:eastAsia="ko-KR"/>
        </w:rPr>
        <w:t xml:space="preserve">. </w:t>
      </w:r>
      <w:r>
        <w:rPr>
          <w:lang w:eastAsia="ko-KR"/>
        </w:rPr>
        <w:t>이유는</w:t>
      </w:r>
      <w:r>
        <w:rPr>
          <w:lang w:eastAsia="ko-KR"/>
        </w:rPr>
        <w:t xml:space="preserve"> </w:t>
      </w:r>
      <w:r>
        <w:rPr>
          <w:lang w:eastAsia="ko-KR"/>
        </w:rPr>
        <w:t>분명했습니다</w:t>
      </w:r>
      <w:r>
        <w:rPr>
          <w:lang w:eastAsia="ko-KR"/>
        </w:rPr>
        <w:t xml:space="preserve">. </w:t>
      </w:r>
      <w:r>
        <w:rPr>
          <w:lang w:eastAsia="ko-KR"/>
        </w:rPr>
        <w:t>출교를</w:t>
      </w:r>
      <w:r>
        <w:rPr>
          <w:lang w:eastAsia="ko-KR"/>
        </w:rPr>
        <w:t xml:space="preserve"> </w:t>
      </w:r>
      <w:r>
        <w:rPr>
          <w:lang w:eastAsia="ko-KR"/>
        </w:rPr>
        <w:t>당할까</w:t>
      </w:r>
      <w:r>
        <w:rPr>
          <w:lang w:eastAsia="ko-KR"/>
        </w:rPr>
        <w:t xml:space="preserve"> </w:t>
      </w:r>
      <w:r>
        <w:rPr>
          <w:lang w:eastAsia="ko-KR"/>
        </w:rPr>
        <w:t>두려웠기</w:t>
      </w:r>
      <w:r>
        <w:rPr>
          <w:lang w:eastAsia="ko-KR"/>
        </w:rPr>
        <w:t xml:space="preserve"> </w:t>
      </w:r>
      <w:r>
        <w:rPr>
          <w:lang w:eastAsia="ko-KR"/>
        </w:rPr>
        <w:t>때문입니다</w:t>
      </w:r>
      <w:r>
        <w:rPr>
          <w:lang w:eastAsia="ko-KR"/>
        </w:rPr>
        <w:t>.</w:t>
      </w:r>
    </w:p>
    <w:p w14:paraId="0407893F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당시</w:t>
      </w:r>
      <w:r>
        <w:rPr>
          <w:lang w:eastAsia="ko-KR"/>
        </w:rPr>
        <w:t xml:space="preserve"> </w:t>
      </w:r>
      <w:r>
        <w:rPr>
          <w:lang w:eastAsia="ko-KR"/>
        </w:rPr>
        <w:t>회당에서</w:t>
      </w:r>
      <w:r>
        <w:rPr>
          <w:lang w:eastAsia="ko-KR"/>
        </w:rPr>
        <w:t xml:space="preserve"> </w:t>
      </w:r>
      <w:r>
        <w:rPr>
          <w:lang w:eastAsia="ko-KR"/>
        </w:rPr>
        <w:t>쫓겨난다는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lang w:eastAsia="ko-KR"/>
        </w:rPr>
        <w:t>예배</w:t>
      </w:r>
      <w:r>
        <w:rPr>
          <w:lang w:eastAsia="ko-KR"/>
        </w:rPr>
        <w:t xml:space="preserve"> </w:t>
      </w:r>
      <w:r>
        <w:rPr>
          <w:lang w:eastAsia="ko-KR"/>
        </w:rPr>
        <w:t>장소</w:t>
      </w:r>
      <w:r>
        <w:rPr>
          <w:lang w:eastAsia="ko-KR"/>
        </w:rPr>
        <w:t xml:space="preserve"> </w:t>
      </w:r>
      <w:r>
        <w:rPr>
          <w:lang w:eastAsia="ko-KR"/>
        </w:rPr>
        <w:t>하나를</w:t>
      </w:r>
      <w:r>
        <w:rPr>
          <w:lang w:eastAsia="ko-KR"/>
        </w:rPr>
        <w:t xml:space="preserve"> </w:t>
      </w:r>
      <w:r>
        <w:rPr>
          <w:lang w:eastAsia="ko-KR"/>
        </w:rPr>
        <w:t>잃는</w:t>
      </w:r>
      <w:r>
        <w:rPr>
          <w:lang w:eastAsia="ko-KR"/>
        </w:rPr>
        <w:t xml:space="preserve"> </w:t>
      </w:r>
      <w:r>
        <w:rPr>
          <w:lang w:eastAsia="ko-KR"/>
        </w:rPr>
        <w:t>정도가</w:t>
      </w:r>
      <w:r>
        <w:rPr>
          <w:lang w:eastAsia="ko-KR"/>
        </w:rPr>
        <w:t xml:space="preserve"> </w:t>
      </w:r>
      <w:r>
        <w:rPr>
          <w:lang w:eastAsia="ko-KR"/>
        </w:rPr>
        <w:t>아니었습니다</w:t>
      </w:r>
      <w:r>
        <w:rPr>
          <w:lang w:eastAsia="ko-KR"/>
        </w:rPr>
        <w:t xml:space="preserve">. </w:t>
      </w:r>
      <w:r>
        <w:rPr>
          <w:lang w:eastAsia="ko-KR"/>
        </w:rPr>
        <w:t>공동체에서의</w:t>
      </w:r>
      <w:r>
        <w:rPr>
          <w:lang w:eastAsia="ko-KR"/>
        </w:rPr>
        <w:t xml:space="preserve"> </w:t>
      </w:r>
      <w:r>
        <w:rPr>
          <w:lang w:eastAsia="ko-KR"/>
        </w:rPr>
        <w:t>관계와</w:t>
      </w:r>
      <w:r>
        <w:rPr>
          <w:lang w:eastAsia="ko-KR"/>
        </w:rPr>
        <w:t xml:space="preserve"> </w:t>
      </w:r>
      <w:r>
        <w:rPr>
          <w:lang w:eastAsia="ko-KR"/>
        </w:rPr>
        <w:t>지위와</w:t>
      </w:r>
      <w:r>
        <w:rPr>
          <w:lang w:eastAsia="ko-KR"/>
        </w:rPr>
        <w:t xml:space="preserve"> </w:t>
      </w:r>
      <w:r>
        <w:rPr>
          <w:lang w:eastAsia="ko-KR"/>
        </w:rPr>
        <w:t>평판에</w:t>
      </w:r>
      <w:r>
        <w:rPr>
          <w:lang w:eastAsia="ko-KR"/>
        </w:rPr>
        <w:t xml:space="preserve"> </w:t>
      </w:r>
      <w:r>
        <w:rPr>
          <w:lang w:eastAsia="ko-KR"/>
        </w:rPr>
        <w:t>큰</w:t>
      </w:r>
      <w:r>
        <w:rPr>
          <w:lang w:eastAsia="ko-KR"/>
        </w:rPr>
        <w:t xml:space="preserve"> </w:t>
      </w:r>
      <w:r>
        <w:rPr>
          <w:lang w:eastAsia="ko-KR"/>
        </w:rPr>
        <w:t>손실을</w:t>
      </w:r>
      <w:r>
        <w:rPr>
          <w:lang w:eastAsia="ko-KR"/>
        </w:rPr>
        <w:t xml:space="preserve"> </w:t>
      </w:r>
      <w:r>
        <w:rPr>
          <w:lang w:eastAsia="ko-KR"/>
        </w:rPr>
        <w:t>감수해야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일이었습니다</w:t>
      </w:r>
      <w:r>
        <w:rPr>
          <w:lang w:eastAsia="ko-KR"/>
        </w:rPr>
        <w:t xml:space="preserve">. </w:t>
      </w:r>
      <w:r>
        <w:rPr>
          <w:lang w:eastAsia="ko-KR"/>
        </w:rPr>
        <w:t>그들은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원했지만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손해</w:t>
      </w:r>
      <w:r>
        <w:rPr>
          <w:lang w:eastAsia="ko-KR"/>
        </w:rPr>
        <w:t xml:space="preserve"> </w:t>
      </w:r>
      <w:r>
        <w:rPr>
          <w:lang w:eastAsia="ko-KR"/>
        </w:rPr>
        <w:t>보는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원하지</w:t>
      </w:r>
      <w:r>
        <w:rPr>
          <w:lang w:eastAsia="ko-KR"/>
        </w:rPr>
        <w:t xml:space="preserve"> </w:t>
      </w:r>
      <w:r>
        <w:rPr>
          <w:lang w:eastAsia="ko-KR"/>
        </w:rPr>
        <w:t>않았습니다</w:t>
      </w:r>
      <w:r>
        <w:rPr>
          <w:lang w:eastAsia="ko-KR"/>
        </w:rPr>
        <w:t xml:space="preserve">.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믿고</w:t>
      </w:r>
      <w:r>
        <w:rPr>
          <w:lang w:eastAsia="ko-KR"/>
        </w:rPr>
        <w:t xml:space="preserve"> </w:t>
      </w:r>
      <w:r>
        <w:rPr>
          <w:lang w:eastAsia="ko-KR"/>
        </w:rPr>
        <w:t>싶었지만</w:t>
      </w:r>
      <w:r>
        <w:rPr>
          <w:lang w:eastAsia="ko-KR"/>
        </w:rPr>
        <w:t xml:space="preserve"> </w:t>
      </w:r>
      <w:r>
        <w:rPr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lang w:eastAsia="ko-KR"/>
        </w:rPr>
        <w:t>인정도</w:t>
      </w:r>
      <w:r>
        <w:rPr>
          <w:lang w:eastAsia="ko-KR"/>
        </w:rPr>
        <w:t xml:space="preserve"> </w:t>
      </w:r>
      <w:r>
        <w:rPr>
          <w:lang w:eastAsia="ko-KR"/>
        </w:rPr>
        <w:t>놓치고</w:t>
      </w:r>
      <w:r>
        <w:rPr>
          <w:lang w:eastAsia="ko-KR"/>
        </w:rPr>
        <w:t xml:space="preserve"> </w:t>
      </w:r>
      <w:r>
        <w:rPr>
          <w:lang w:eastAsia="ko-KR"/>
        </w:rPr>
        <w:t>싶지</w:t>
      </w:r>
      <w:r>
        <w:rPr>
          <w:lang w:eastAsia="ko-KR"/>
        </w:rPr>
        <w:t xml:space="preserve"> </w:t>
      </w:r>
      <w:r>
        <w:rPr>
          <w:lang w:eastAsia="ko-KR"/>
        </w:rPr>
        <w:t>않았습니다</w:t>
      </w:r>
      <w:r>
        <w:rPr>
          <w:lang w:eastAsia="ko-KR"/>
        </w:rPr>
        <w:t>.</w:t>
      </w:r>
    </w:p>
    <w:p w14:paraId="3028D5E2" w14:textId="6F4A869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43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그들의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문장으로</w:t>
      </w:r>
      <w:r>
        <w:rPr>
          <w:lang w:eastAsia="ko-KR"/>
        </w:rPr>
        <w:t xml:space="preserve"> </w:t>
      </w:r>
      <w:r>
        <w:rPr>
          <w:lang w:eastAsia="ko-KR"/>
        </w:rPr>
        <w:t>해부합니다</w:t>
      </w:r>
      <w:r>
        <w:rPr>
          <w:lang w:eastAsia="ko-KR"/>
        </w:rPr>
        <w:t>. “</w:t>
      </w:r>
      <w:r>
        <w:rPr>
          <w:lang w:eastAsia="ko-KR"/>
        </w:rPr>
        <w:t>그들은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영광보다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사랑하였다</w:t>
      </w:r>
      <w:r>
        <w:rPr>
          <w:lang w:eastAsia="ko-KR"/>
        </w:rPr>
        <w:t xml:space="preserve">.” </w:t>
      </w:r>
      <w:r>
        <w:rPr>
          <w:lang w:eastAsia="ko-KR"/>
        </w:rPr>
        <w:t>여기서</w:t>
      </w:r>
      <w:r>
        <w:rPr>
          <w:lang w:eastAsia="ko-KR"/>
        </w:rPr>
        <w:t xml:space="preserve"> “</w:t>
      </w:r>
      <w:r>
        <w:rPr>
          <w:lang w:eastAsia="ko-KR"/>
        </w:rPr>
        <w:t>사랑하였다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말은</w:t>
      </w:r>
      <w:r>
        <w:rPr>
          <w:lang w:eastAsia="ko-KR"/>
        </w:rPr>
        <w:t xml:space="preserve"> </w:t>
      </w:r>
      <w:r>
        <w:rPr>
          <w:lang w:eastAsia="ko-KR"/>
        </w:rPr>
        <w:t>헬라어</w:t>
      </w:r>
      <w:r>
        <w:rPr>
          <w:lang w:eastAsia="ko-KR"/>
        </w:rPr>
        <w:t xml:space="preserve"> </w:t>
      </w:r>
      <w:proofErr w:type="spellStart"/>
      <w:r>
        <w:t>ἀ</w:t>
      </w:r>
      <w:r>
        <w:t>γ</w:t>
      </w:r>
      <w:proofErr w:type="spellEnd"/>
      <w:r>
        <w:t>απ</w:t>
      </w:r>
      <w:proofErr w:type="spellStart"/>
      <w:r>
        <w:t>άω</w:t>
      </w:r>
      <w:proofErr w:type="spellEnd"/>
      <w:r>
        <w:rPr>
          <w:lang w:eastAsia="ko-KR"/>
        </w:rPr>
        <w:t>(</w:t>
      </w:r>
      <w:proofErr w:type="spellStart"/>
      <w:r>
        <w:rPr>
          <w:lang w:eastAsia="ko-KR"/>
        </w:rPr>
        <w:t>아가파오</w:t>
      </w:r>
      <w:proofErr w:type="spellEnd"/>
      <w:r>
        <w:rPr>
          <w:lang w:eastAsia="ko-KR"/>
        </w:rPr>
        <w:t>)</w:t>
      </w:r>
      <w:r>
        <w:rPr>
          <w:lang w:eastAsia="ko-KR"/>
        </w:rPr>
        <w:t>에서</w:t>
      </w:r>
      <w:r>
        <w:rPr>
          <w:lang w:eastAsia="ko-KR"/>
        </w:rPr>
        <w:t xml:space="preserve"> </w:t>
      </w:r>
      <w:r>
        <w:rPr>
          <w:lang w:eastAsia="ko-KR"/>
        </w:rPr>
        <w:t>온</w:t>
      </w:r>
      <w:r>
        <w:rPr>
          <w:lang w:eastAsia="ko-KR"/>
        </w:rPr>
        <w:t xml:space="preserve"> </w:t>
      </w:r>
      <w:r>
        <w:rPr>
          <w:lang w:eastAsia="ko-KR"/>
        </w:rPr>
        <w:t>말입니다</w:t>
      </w:r>
      <w:r>
        <w:rPr>
          <w:lang w:eastAsia="ko-KR"/>
        </w:rPr>
        <w:t xml:space="preserve">.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구절은</w:t>
      </w:r>
      <w:r>
        <w:rPr>
          <w:lang w:eastAsia="ko-KR"/>
        </w:rPr>
        <w:t xml:space="preserve"> </w:t>
      </w:r>
      <w:r>
        <w:rPr>
          <w:lang w:eastAsia="ko-KR"/>
        </w:rPr>
        <w:t>그들이</w:t>
      </w:r>
      <w:r>
        <w:rPr>
          <w:lang w:eastAsia="ko-KR"/>
        </w:rPr>
        <w:t xml:space="preserve"> </w:t>
      </w:r>
      <w:r w:rsidR="00246D6E">
        <w:rPr>
          <w:rFonts w:ascii="Batang" w:eastAsia="Batang" w:hAnsi="Batang" w:cs="Batang" w:hint="eastAsia"/>
          <w:lang w:eastAsia="ko-KR"/>
        </w:rPr>
        <w:t xml:space="preserve">마음중심에서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귀하게</w:t>
      </w:r>
      <w:r>
        <w:rPr>
          <w:lang w:eastAsia="ko-KR"/>
        </w:rPr>
        <w:t xml:space="preserve"> </w:t>
      </w:r>
      <w:r>
        <w:rPr>
          <w:lang w:eastAsia="ko-KR"/>
        </w:rPr>
        <w:t>여기고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선택했는지를</w:t>
      </w:r>
      <w:r>
        <w:rPr>
          <w:lang w:eastAsia="ko-KR"/>
        </w:rPr>
        <w:t xml:space="preserve"> </w:t>
      </w:r>
      <w:r>
        <w:rPr>
          <w:lang w:eastAsia="ko-KR"/>
        </w:rPr>
        <w:t>보여</w:t>
      </w:r>
      <w:r>
        <w:rPr>
          <w:lang w:eastAsia="ko-KR"/>
        </w:rPr>
        <w:t xml:space="preserve"> </w:t>
      </w:r>
      <w:r>
        <w:rPr>
          <w:lang w:eastAsia="ko-KR"/>
        </w:rPr>
        <w:t>줍니다</w:t>
      </w:r>
      <w:r>
        <w:rPr>
          <w:lang w:eastAsia="ko-KR"/>
        </w:rPr>
        <w:t>. “</w:t>
      </w:r>
      <w:r>
        <w:rPr>
          <w:lang w:eastAsia="ko-KR"/>
        </w:rPr>
        <w:t>영광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여기서</w:t>
      </w:r>
      <w:r>
        <w:rPr>
          <w:lang w:eastAsia="ko-KR"/>
        </w:rPr>
        <w:t xml:space="preserve"> </w:t>
      </w:r>
      <w:r>
        <w:rPr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lang w:eastAsia="ko-KR"/>
        </w:rPr>
        <w:t>칭찬</w:t>
      </w:r>
      <w:r>
        <w:rPr>
          <w:lang w:eastAsia="ko-KR"/>
        </w:rPr>
        <w:t xml:space="preserve">, </w:t>
      </w:r>
      <w:r>
        <w:rPr>
          <w:lang w:eastAsia="ko-KR"/>
        </w:rPr>
        <w:t>인정</w:t>
      </w:r>
      <w:r>
        <w:rPr>
          <w:lang w:eastAsia="ko-KR"/>
        </w:rPr>
        <w:t xml:space="preserve">, </w:t>
      </w:r>
      <w:r>
        <w:rPr>
          <w:lang w:eastAsia="ko-KR"/>
        </w:rPr>
        <w:t>명예</w:t>
      </w:r>
      <w:r>
        <w:rPr>
          <w:lang w:eastAsia="ko-KR"/>
        </w:rPr>
        <w:t xml:space="preserve">, </w:t>
      </w:r>
      <w:r>
        <w:rPr>
          <w:lang w:eastAsia="ko-KR"/>
        </w:rPr>
        <w:t>평판을</w:t>
      </w:r>
      <w:r>
        <w:rPr>
          <w:lang w:eastAsia="ko-KR"/>
        </w:rPr>
        <w:t xml:space="preserve"> </w:t>
      </w:r>
      <w:r>
        <w:rPr>
          <w:lang w:eastAsia="ko-KR"/>
        </w:rPr>
        <w:t>포함합니다</w:t>
      </w:r>
      <w:r>
        <w:rPr>
          <w:lang w:eastAsia="ko-KR"/>
        </w:rPr>
        <w:t xml:space="preserve">. </w:t>
      </w:r>
      <w:r>
        <w:rPr>
          <w:lang w:eastAsia="ko-KR"/>
        </w:rPr>
        <w:t>결국</w:t>
      </w:r>
      <w:r>
        <w:rPr>
          <w:lang w:eastAsia="ko-KR"/>
        </w:rPr>
        <w:t xml:space="preserve"> </w:t>
      </w:r>
      <w:r>
        <w:rPr>
          <w:lang w:eastAsia="ko-KR"/>
        </w:rPr>
        <w:t>그들의</w:t>
      </w:r>
      <w:r>
        <w:rPr>
          <w:lang w:eastAsia="ko-KR"/>
        </w:rPr>
        <w:t xml:space="preserve"> </w:t>
      </w:r>
      <w:r>
        <w:rPr>
          <w:lang w:eastAsia="ko-KR"/>
        </w:rPr>
        <w:t>결정적인</w:t>
      </w:r>
      <w:r>
        <w:rPr>
          <w:lang w:eastAsia="ko-KR"/>
        </w:rPr>
        <w:t xml:space="preserve"> </w:t>
      </w:r>
      <w:r>
        <w:rPr>
          <w:lang w:eastAsia="ko-KR"/>
        </w:rPr>
        <w:t>문제는</w:t>
      </w:r>
      <w:r>
        <w:rPr>
          <w:lang w:eastAsia="ko-KR"/>
        </w:rPr>
        <w:t xml:space="preserve"> </w:t>
      </w:r>
      <w:r>
        <w:rPr>
          <w:lang w:eastAsia="ko-KR"/>
        </w:rPr>
        <w:t>정보가</w:t>
      </w:r>
      <w:r>
        <w:rPr>
          <w:lang w:eastAsia="ko-KR"/>
        </w:rPr>
        <w:t xml:space="preserve"> </w:t>
      </w:r>
      <w:r>
        <w:rPr>
          <w:lang w:eastAsia="ko-KR"/>
        </w:rPr>
        <w:t>부족한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사랑의</w:t>
      </w:r>
      <w:r>
        <w:rPr>
          <w:lang w:eastAsia="ko-KR"/>
        </w:rPr>
        <w:t xml:space="preserve"> </w:t>
      </w:r>
      <w:r>
        <w:rPr>
          <w:lang w:eastAsia="ko-KR"/>
        </w:rPr>
        <w:t>방향이</w:t>
      </w:r>
      <w:r>
        <w:rPr>
          <w:lang w:eastAsia="ko-KR"/>
        </w:rPr>
        <w:t xml:space="preserve"> </w:t>
      </w:r>
      <w:r>
        <w:rPr>
          <w:lang w:eastAsia="ko-KR"/>
        </w:rPr>
        <w:t>잘못된</w:t>
      </w:r>
      <w:r>
        <w:rPr>
          <w:lang w:eastAsia="ko-KR"/>
        </w:rPr>
        <w:t xml:space="preserve"> </w:t>
      </w:r>
      <w:r>
        <w:rPr>
          <w:lang w:eastAsia="ko-KR"/>
        </w:rPr>
        <w:t>것이었습니다</w:t>
      </w:r>
      <w:r>
        <w:rPr>
          <w:lang w:eastAsia="ko-KR"/>
        </w:rPr>
        <w:t>.</w:t>
      </w:r>
    </w:p>
    <w:p w14:paraId="29A20815" w14:textId="40CF7D5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우리에게도</w:t>
      </w:r>
      <w:r>
        <w:rPr>
          <w:lang w:eastAsia="ko-KR"/>
        </w:rPr>
        <w:t xml:space="preserve"> </w:t>
      </w:r>
      <w:r>
        <w:rPr>
          <w:lang w:eastAsia="ko-KR"/>
        </w:rPr>
        <w:t>아주</w:t>
      </w:r>
      <w:r>
        <w:rPr>
          <w:lang w:eastAsia="ko-KR"/>
        </w:rPr>
        <w:t xml:space="preserve"> </w:t>
      </w:r>
      <w:r>
        <w:rPr>
          <w:lang w:eastAsia="ko-KR"/>
        </w:rPr>
        <w:t>날카롭게</w:t>
      </w:r>
      <w:r>
        <w:rPr>
          <w:lang w:eastAsia="ko-KR"/>
        </w:rPr>
        <w:t xml:space="preserve"> </w:t>
      </w:r>
      <w:r>
        <w:rPr>
          <w:lang w:eastAsia="ko-KR"/>
        </w:rPr>
        <w:t>들어옵니다</w:t>
      </w:r>
      <w:r>
        <w:rPr>
          <w:lang w:eastAsia="ko-KR"/>
        </w:rPr>
        <w:t xml:space="preserve">.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사람들에게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보일지에</w:t>
      </w:r>
      <w:r>
        <w:rPr>
          <w:lang w:eastAsia="ko-KR"/>
        </w:rPr>
        <w:t xml:space="preserve"> </w:t>
      </w:r>
      <w:r>
        <w:rPr>
          <w:lang w:eastAsia="ko-KR"/>
        </w:rPr>
        <w:t>대해서는</w:t>
      </w:r>
      <w:r>
        <w:rPr>
          <w:lang w:eastAsia="ko-KR"/>
        </w:rPr>
        <w:t xml:space="preserve"> </w:t>
      </w:r>
      <w:r>
        <w:rPr>
          <w:lang w:eastAsia="ko-KR"/>
        </w:rPr>
        <w:t>민감합니다</w:t>
      </w:r>
      <w:r>
        <w:rPr>
          <w:lang w:eastAsia="ko-KR"/>
        </w:rPr>
        <w:t xml:space="preserve">. </w:t>
      </w:r>
      <w:r>
        <w:rPr>
          <w:lang w:eastAsia="ko-KR"/>
        </w:rPr>
        <w:t>직장에서</w:t>
      </w:r>
      <w:r>
        <w:rPr>
          <w:lang w:eastAsia="ko-KR"/>
        </w:rPr>
        <w:t xml:space="preserve"> </w:t>
      </w:r>
      <w:r>
        <w:rPr>
          <w:lang w:eastAsia="ko-KR"/>
        </w:rPr>
        <w:t>상사가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평가할지</w:t>
      </w:r>
      <w:r>
        <w:rPr>
          <w:lang w:eastAsia="ko-KR"/>
        </w:rPr>
        <w:t xml:space="preserve"> </w:t>
      </w:r>
      <w:r>
        <w:rPr>
          <w:lang w:eastAsia="ko-KR"/>
        </w:rPr>
        <w:t>신경</w:t>
      </w:r>
      <w:r>
        <w:rPr>
          <w:lang w:eastAsia="ko-KR"/>
        </w:rPr>
        <w:t xml:space="preserve"> </w:t>
      </w:r>
      <w:r>
        <w:rPr>
          <w:lang w:eastAsia="ko-KR"/>
        </w:rPr>
        <w:t>씁니다</w:t>
      </w:r>
      <w:r>
        <w:rPr>
          <w:lang w:eastAsia="ko-KR"/>
        </w:rPr>
        <w:t xml:space="preserve">. </w:t>
      </w:r>
      <w:r>
        <w:rPr>
          <w:lang w:eastAsia="ko-KR"/>
        </w:rPr>
        <w:t>친구들이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생각할지</w:t>
      </w:r>
      <w:r>
        <w:rPr>
          <w:lang w:eastAsia="ko-KR"/>
        </w:rPr>
        <w:t xml:space="preserve"> </w:t>
      </w:r>
      <w:r>
        <w:rPr>
          <w:lang w:eastAsia="ko-KR"/>
        </w:rPr>
        <w:t>신경</w:t>
      </w:r>
      <w:r>
        <w:rPr>
          <w:lang w:eastAsia="ko-KR"/>
        </w:rPr>
        <w:t xml:space="preserve"> </w:t>
      </w:r>
      <w:r>
        <w:rPr>
          <w:lang w:eastAsia="ko-KR"/>
        </w:rPr>
        <w:t>씁니다</w:t>
      </w:r>
      <w:r>
        <w:rPr>
          <w:lang w:eastAsia="ko-KR"/>
        </w:rPr>
        <w:t xml:space="preserve">. </w:t>
      </w:r>
      <w:r>
        <w:rPr>
          <w:lang w:eastAsia="ko-KR"/>
        </w:rPr>
        <w:t>가족의</w:t>
      </w:r>
      <w:r>
        <w:rPr>
          <w:lang w:eastAsia="ko-KR"/>
        </w:rPr>
        <w:t xml:space="preserve"> </w:t>
      </w:r>
      <w:r>
        <w:rPr>
          <w:lang w:eastAsia="ko-KR"/>
        </w:rPr>
        <w:t>기대</w:t>
      </w:r>
      <w:r>
        <w:rPr>
          <w:lang w:eastAsia="ko-KR"/>
        </w:rPr>
        <w:t xml:space="preserve">, </w:t>
      </w:r>
      <w:r>
        <w:rPr>
          <w:lang w:eastAsia="ko-KR"/>
        </w:rPr>
        <w:t>사회의</w:t>
      </w:r>
      <w:r>
        <w:rPr>
          <w:lang w:eastAsia="ko-KR"/>
        </w:rPr>
        <w:t xml:space="preserve"> </w:t>
      </w:r>
      <w:r>
        <w:rPr>
          <w:lang w:eastAsia="ko-KR"/>
        </w:rPr>
        <w:t>평판</w:t>
      </w:r>
      <w:r>
        <w:rPr>
          <w:lang w:eastAsia="ko-KR"/>
        </w:rPr>
        <w:t xml:space="preserve">, </w:t>
      </w:r>
      <w:r>
        <w:rPr>
          <w:lang w:eastAsia="ko-KR"/>
        </w:rPr>
        <w:t>나의</w:t>
      </w:r>
      <w:r>
        <w:rPr>
          <w:lang w:eastAsia="ko-KR"/>
        </w:rPr>
        <w:t xml:space="preserve"> </w:t>
      </w:r>
      <w:r>
        <w:rPr>
          <w:lang w:eastAsia="ko-KR"/>
        </w:rPr>
        <w:t>체면</w:t>
      </w:r>
      <w:r>
        <w:rPr>
          <w:lang w:eastAsia="ko-KR"/>
        </w:rPr>
        <w:t xml:space="preserve">, </w:t>
      </w:r>
      <w:r>
        <w:rPr>
          <w:lang w:eastAsia="ko-KR"/>
        </w:rPr>
        <w:t>경력</w:t>
      </w:r>
      <w:r>
        <w:rPr>
          <w:lang w:eastAsia="ko-KR"/>
        </w:rPr>
        <w:t xml:space="preserve">, </w:t>
      </w:r>
      <w:r>
        <w:rPr>
          <w:lang w:eastAsia="ko-KR"/>
        </w:rPr>
        <w:t>인기</w:t>
      </w:r>
      <w:r>
        <w:rPr>
          <w:lang w:eastAsia="ko-KR"/>
        </w:rPr>
        <w:t>,</w:t>
      </w:r>
      <w:r w:rsidR="005018F2">
        <w:rPr>
          <w:rFonts w:hint="eastAsia"/>
          <w:lang w:eastAsia="ko-KR"/>
        </w:rPr>
        <w:t xml:space="preserve"> </w:t>
      </w:r>
      <w:r>
        <w:rPr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lang w:eastAsia="ko-KR"/>
        </w:rPr>
        <w:t>반응에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쉽게</w:t>
      </w:r>
      <w:r>
        <w:rPr>
          <w:lang w:eastAsia="ko-KR"/>
        </w:rPr>
        <w:t xml:space="preserve"> </w:t>
      </w:r>
      <w:r>
        <w:rPr>
          <w:lang w:eastAsia="ko-KR"/>
        </w:rPr>
        <w:t>흔들립니다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하나님께서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보시는가에</w:t>
      </w:r>
      <w:r>
        <w:rPr>
          <w:lang w:eastAsia="ko-KR"/>
        </w:rPr>
        <w:t xml:space="preserve"> </w:t>
      </w:r>
      <w:r>
        <w:rPr>
          <w:lang w:eastAsia="ko-KR"/>
        </w:rPr>
        <w:t>대해서는</w:t>
      </w:r>
      <w:r>
        <w:rPr>
          <w:lang w:eastAsia="ko-KR"/>
        </w:rPr>
        <w:t xml:space="preserve"> </w:t>
      </w:r>
      <w:r w:rsidR="0043016E">
        <w:rPr>
          <w:rFonts w:ascii="Batang" w:eastAsia="Batang" w:hAnsi="Batang" w:cs="Batang" w:hint="eastAsia"/>
          <w:lang w:eastAsia="ko-KR"/>
        </w:rPr>
        <w:t xml:space="preserve">정말 </w:t>
      </w:r>
      <w:r>
        <w:rPr>
          <w:lang w:eastAsia="ko-KR"/>
        </w:rPr>
        <w:t>놀랄</w:t>
      </w:r>
      <w:r>
        <w:rPr>
          <w:lang w:eastAsia="ko-KR"/>
        </w:rPr>
        <w:t xml:space="preserve"> </w:t>
      </w:r>
      <w:r>
        <w:rPr>
          <w:lang w:eastAsia="ko-KR"/>
        </w:rPr>
        <w:t>만큼</w:t>
      </w:r>
      <w:r>
        <w:rPr>
          <w:lang w:eastAsia="ko-KR"/>
        </w:rPr>
        <w:t xml:space="preserve"> </w:t>
      </w:r>
      <w:r>
        <w:rPr>
          <w:lang w:eastAsia="ko-KR"/>
        </w:rPr>
        <w:t>무감각할</w:t>
      </w:r>
      <w:r>
        <w:rPr>
          <w:lang w:eastAsia="ko-KR"/>
        </w:rPr>
        <w:t xml:space="preserve"> </w:t>
      </w:r>
      <w:r>
        <w:rPr>
          <w:lang w:eastAsia="ko-KR"/>
        </w:rPr>
        <w:t>때가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481CE452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인정</w:t>
      </w:r>
      <w:r>
        <w:rPr>
          <w:lang w:eastAsia="ko-KR"/>
        </w:rPr>
        <w:t xml:space="preserve"> </w:t>
      </w:r>
      <w:r>
        <w:rPr>
          <w:lang w:eastAsia="ko-KR"/>
        </w:rPr>
        <w:t>자체가</w:t>
      </w:r>
      <w:r>
        <w:rPr>
          <w:lang w:eastAsia="ko-KR"/>
        </w:rPr>
        <w:t xml:space="preserve"> </w:t>
      </w:r>
      <w:r>
        <w:rPr>
          <w:lang w:eastAsia="ko-KR"/>
        </w:rPr>
        <w:t>나쁜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문제는</w:t>
      </w:r>
      <w:r>
        <w:rPr>
          <w:lang w:eastAsia="ko-KR"/>
        </w:rPr>
        <w:t xml:space="preserve"> </w:t>
      </w:r>
      <w:r>
        <w:rPr>
          <w:lang w:eastAsia="ko-KR"/>
        </w:rPr>
        <w:t>그것이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인정보다</w:t>
      </w:r>
      <w:r>
        <w:rPr>
          <w:lang w:eastAsia="ko-KR"/>
        </w:rPr>
        <w:t xml:space="preserve"> </w:t>
      </w:r>
      <w:r>
        <w:rPr>
          <w:lang w:eastAsia="ko-KR"/>
        </w:rPr>
        <w:t>커질</w:t>
      </w:r>
      <w:r>
        <w:rPr>
          <w:lang w:eastAsia="ko-KR"/>
        </w:rPr>
        <w:t xml:space="preserve"> </w:t>
      </w:r>
      <w:r>
        <w:rPr>
          <w:lang w:eastAsia="ko-KR"/>
        </w:rPr>
        <w:t>때입니다</w:t>
      </w:r>
      <w:r>
        <w:rPr>
          <w:lang w:eastAsia="ko-KR"/>
        </w:rPr>
        <w:t xml:space="preserve">. </w:t>
      </w:r>
      <w:r>
        <w:rPr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lang w:eastAsia="ko-KR"/>
        </w:rPr>
        <w:t>인정받기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하나님께</w:t>
      </w:r>
      <w:r>
        <w:rPr>
          <w:lang w:eastAsia="ko-KR"/>
        </w:rPr>
        <w:t xml:space="preserve"> </w:t>
      </w:r>
      <w:r>
        <w:rPr>
          <w:lang w:eastAsia="ko-KR"/>
        </w:rPr>
        <w:t>불순종한다면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순간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영광이</w:t>
      </w:r>
      <w:r>
        <w:rPr>
          <w:lang w:eastAsia="ko-KR"/>
        </w:rPr>
        <w:t xml:space="preserve"> </w:t>
      </w:r>
      <w:r>
        <w:rPr>
          <w:lang w:eastAsia="ko-KR"/>
        </w:rPr>
        <w:t>우상이</w:t>
      </w:r>
      <w:r>
        <w:rPr>
          <w:lang w:eastAsia="ko-KR"/>
        </w:rPr>
        <w:t xml:space="preserve"> </w:t>
      </w:r>
      <w:r>
        <w:rPr>
          <w:lang w:eastAsia="ko-KR"/>
        </w:rPr>
        <w:t>된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누군가의</w:t>
      </w:r>
      <w:r>
        <w:rPr>
          <w:lang w:eastAsia="ko-KR"/>
        </w:rPr>
        <w:t xml:space="preserve"> </w:t>
      </w:r>
      <w:r>
        <w:rPr>
          <w:lang w:eastAsia="ko-KR"/>
        </w:rPr>
        <w:t>비난이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책망보다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무섭고</w:t>
      </w:r>
      <w:r>
        <w:rPr>
          <w:lang w:eastAsia="ko-KR"/>
        </w:rPr>
        <w:t xml:space="preserve">, </w:t>
      </w:r>
      <w:r>
        <w:rPr>
          <w:lang w:eastAsia="ko-KR"/>
        </w:rPr>
        <w:t>누군가의</w:t>
      </w:r>
      <w:r>
        <w:rPr>
          <w:lang w:eastAsia="ko-KR"/>
        </w:rPr>
        <w:t xml:space="preserve"> </w:t>
      </w:r>
      <w:r>
        <w:rPr>
          <w:lang w:eastAsia="ko-KR"/>
        </w:rPr>
        <w:t>칭찬이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기쁨보다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달콤하다면</w:t>
      </w:r>
      <w:r>
        <w:rPr>
          <w:lang w:eastAsia="ko-KR"/>
        </w:rPr>
        <w:t xml:space="preserve">,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사랑하고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176FFDB3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lastRenderedPageBreak/>
        <w:t>저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돌아보아도</w:t>
      </w:r>
      <w:r>
        <w:rPr>
          <w:lang w:eastAsia="ko-KR"/>
        </w:rPr>
        <w:t xml:space="preserve"> </w:t>
      </w:r>
      <w:r>
        <w:rPr>
          <w:lang w:eastAsia="ko-KR"/>
        </w:rPr>
        <w:t>그렇습니다</w:t>
      </w:r>
      <w:r>
        <w:rPr>
          <w:lang w:eastAsia="ko-KR"/>
        </w:rPr>
        <w:t xml:space="preserve">.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목소리</w:t>
      </w:r>
      <w:r>
        <w:rPr>
          <w:lang w:eastAsia="ko-KR"/>
        </w:rPr>
        <w:t xml:space="preserve">, </w:t>
      </w:r>
      <w:r>
        <w:rPr>
          <w:lang w:eastAsia="ko-KR"/>
        </w:rPr>
        <w:t>직장의</w:t>
      </w:r>
      <w:r>
        <w:rPr>
          <w:lang w:eastAsia="ko-KR"/>
        </w:rPr>
        <w:t xml:space="preserve"> </w:t>
      </w:r>
      <w:r>
        <w:rPr>
          <w:lang w:eastAsia="ko-KR"/>
        </w:rPr>
        <w:t>요구</w:t>
      </w:r>
      <w:r>
        <w:rPr>
          <w:lang w:eastAsia="ko-KR"/>
        </w:rPr>
        <w:t xml:space="preserve">, </w:t>
      </w:r>
      <w:r>
        <w:rPr>
          <w:lang w:eastAsia="ko-KR"/>
        </w:rPr>
        <w:t>눈앞의</w:t>
      </w:r>
      <w:r>
        <w:rPr>
          <w:lang w:eastAsia="ko-KR"/>
        </w:rPr>
        <w:t xml:space="preserve"> </w:t>
      </w:r>
      <w:r>
        <w:rPr>
          <w:lang w:eastAsia="ko-KR"/>
        </w:rPr>
        <w:t>평가에는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반응하면서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말씀에는</w:t>
      </w:r>
      <w:r>
        <w:rPr>
          <w:lang w:eastAsia="ko-KR"/>
        </w:rPr>
        <w:t xml:space="preserve"> </w:t>
      </w:r>
      <w:r>
        <w:rPr>
          <w:lang w:eastAsia="ko-KR"/>
        </w:rPr>
        <w:t>인색할</w:t>
      </w:r>
      <w:r>
        <w:rPr>
          <w:lang w:eastAsia="ko-KR"/>
        </w:rPr>
        <w:t xml:space="preserve"> </w:t>
      </w:r>
      <w:r>
        <w:rPr>
          <w:lang w:eastAsia="ko-KR"/>
        </w:rPr>
        <w:t>때가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하나님께서</w:t>
      </w:r>
      <w:r>
        <w:rPr>
          <w:lang w:eastAsia="ko-KR"/>
        </w:rPr>
        <w:t xml:space="preserve"> </w:t>
      </w:r>
      <w:r>
        <w:rPr>
          <w:lang w:eastAsia="ko-KR"/>
        </w:rPr>
        <w:t>원하시는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무엇인지</w:t>
      </w:r>
      <w:r>
        <w:rPr>
          <w:lang w:eastAsia="ko-KR"/>
        </w:rPr>
        <w:t xml:space="preserve"> </w:t>
      </w:r>
      <w:r>
        <w:rPr>
          <w:lang w:eastAsia="ko-KR"/>
        </w:rPr>
        <w:t>알면서도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편안함과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방식과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유익을</w:t>
      </w:r>
      <w:r>
        <w:rPr>
          <w:lang w:eastAsia="ko-KR"/>
        </w:rPr>
        <w:t xml:space="preserve"> </w:t>
      </w:r>
      <w:r>
        <w:rPr>
          <w:lang w:eastAsia="ko-KR"/>
        </w:rPr>
        <w:t>쉽게</w:t>
      </w:r>
      <w:r>
        <w:rPr>
          <w:lang w:eastAsia="ko-KR"/>
        </w:rPr>
        <w:t xml:space="preserve"> </w:t>
      </w:r>
      <w:r>
        <w:rPr>
          <w:lang w:eastAsia="ko-KR"/>
        </w:rPr>
        <w:t>놓지</w:t>
      </w:r>
      <w:r>
        <w:rPr>
          <w:lang w:eastAsia="ko-KR"/>
        </w:rPr>
        <w:t xml:space="preserve"> </w:t>
      </w:r>
      <w:r>
        <w:rPr>
          <w:lang w:eastAsia="ko-KR"/>
        </w:rPr>
        <w:t>못합니다</w:t>
      </w:r>
      <w:r>
        <w:rPr>
          <w:lang w:eastAsia="ko-KR"/>
        </w:rPr>
        <w:t xml:space="preserve">. </w:t>
      </w:r>
      <w:r>
        <w:rPr>
          <w:lang w:eastAsia="ko-KR"/>
        </w:rPr>
        <w:t>이것이</w:t>
      </w:r>
      <w:r>
        <w:rPr>
          <w:lang w:eastAsia="ko-KR"/>
        </w:rPr>
        <w:t xml:space="preserve"> </w:t>
      </w:r>
      <w:r>
        <w:rPr>
          <w:lang w:eastAsia="ko-KR"/>
        </w:rPr>
        <w:t>단순한</w:t>
      </w:r>
      <w:r>
        <w:rPr>
          <w:lang w:eastAsia="ko-KR"/>
        </w:rPr>
        <w:t xml:space="preserve"> </w:t>
      </w:r>
      <w:r>
        <w:rPr>
          <w:lang w:eastAsia="ko-KR"/>
        </w:rPr>
        <w:t>성격</w:t>
      </w:r>
      <w:r>
        <w:rPr>
          <w:lang w:eastAsia="ko-KR"/>
        </w:rPr>
        <w:t xml:space="preserve"> </w:t>
      </w:r>
      <w:r>
        <w:rPr>
          <w:lang w:eastAsia="ko-KR"/>
        </w:rPr>
        <w:t>문제가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영적인</w:t>
      </w:r>
      <w:r>
        <w:rPr>
          <w:lang w:eastAsia="ko-KR"/>
        </w:rPr>
        <w:t xml:space="preserve"> </w:t>
      </w:r>
      <w:r>
        <w:rPr>
          <w:lang w:eastAsia="ko-KR"/>
        </w:rPr>
        <w:t>문제입니다</w:t>
      </w:r>
      <w:r>
        <w:rPr>
          <w:lang w:eastAsia="ko-KR"/>
        </w:rPr>
        <w:t xml:space="preserve">.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사랑하느냐의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문제입니다</w:t>
      </w:r>
      <w:r>
        <w:rPr>
          <w:lang w:eastAsia="ko-KR"/>
        </w:rPr>
        <w:t>.</w:t>
      </w:r>
    </w:p>
    <w:p w14:paraId="3E6482AF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하나님도</w:t>
      </w:r>
      <w:r>
        <w:rPr>
          <w:lang w:eastAsia="ko-KR"/>
        </w:rPr>
        <w:t xml:space="preserve"> </w:t>
      </w:r>
      <w:r>
        <w:rPr>
          <w:lang w:eastAsia="ko-KR"/>
        </w:rPr>
        <w:t>놓치고</w:t>
      </w:r>
      <w:r>
        <w:rPr>
          <w:lang w:eastAsia="ko-KR"/>
        </w:rPr>
        <w:t xml:space="preserve"> </w:t>
      </w:r>
      <w:r>
        <w:rPr>
          <w:lang w:eastAsia="ko-KR"/>
        </w:rPr>
        <w:t>싶지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 </w:t>
      </w:r>
      <w:r>
        <w:rPr>
          <w:lang w:eastAsia="ko-KR"/>
        </w:rPr>
        <w:t>세상의</w:t>
      </w:r>
      <w:r>
        <w:rPr>
          <w:lang w:eastAsia="ko-KR"/>
        </w:rPr>
        <w:t xml:space="preserve"> </w:t>
      </w:r>
      <w:r>
        <w:rPr>
          <w:lang w:eastAsia="ko-KR"/>
        </w:rPr>
        <w:t>인정도</w:t>
      </w:r>
      <w:r>
        <w:rPr>
          <w:lang w:eastAsia="ko-KR"/>
        </w:rPr>
        <w:t xml:space="preserve"> </w:t>
      </w:r>
      <w:r>
        <w:rPr>
          <w:lang w:eastAsia="ko-KR"/>
        </w:rPr>
        <w:t>놓치고</w:t>
      </w:r>
      <w:r>
        <w:rPr>
          <w:lang w:eastAsia="ko-KR"/>
        </w:rPr>
        <w:t xml:space="preserve"> </w:t>
      </w:r>
      <w:r>
        <w:rPr>
          <w:lang w:eastAsia="ko-KR"/>
        </w:rPr>
        <w:t>싶지</w:t>
      </w:r>
      <w:r>
        <w:rPr>
          <w:lang w:eastAsia="ko-KR"/>
        </w:rPr>
        <w:t xml:space="preserve"> </w:t>
      </w:r>
      <w:r>
        <w:rPr>
          <w:lang w:eastAsia="ko-KR"/>
        </w:rPr>
        <w:t>않을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우리</w:t>
      </w:r>
      <w:r>
        <w:rPr>
          <w:lang w:eastAsia="ko-KR"/>
        </w:rPr>
        <w:t xml:space="preserve"> </w:t>
      </w:r>
      <w:r>
        <w:rPr>
          <w:lang w:eastAsia="ko-KR"/>
        </w:rPr>
        <w:t>마음의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칸만을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요구하시는</w:t>
      </w:r>
      <w:r>
        <w:rPr>
          <w:lang w:eastAsia="ko-KR"/>
        </w:rPr>
        <w:t xml:space="preserve"> </w:t>
      </w:r>
      <w:r>
        <w:rPr>
          <w:lang w:eastAsia="ko-KR"/>
        </w:rPr>
        <w:t>분이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그분은</w:t>
      </w:r>
      <w:r>
        <w:rPr>
          <w:lang w:eastAsia="ko-KR"/>
        </w:rPr>
        <w:t xml:space="preserve"> </w:t>
      </w:r>
      <w:r>
        <w:rPr>
          <w:lang w:eastAsia="ko-KR"/>
        </w:rPr>
        <w:t>주님이십니다</w:t>
      </w:r>
      <w:r>
        <w:rPr>
          <w:lang w:eastAsia="ko-KR"/>
        </w:rPr>
        <w:t xml:space="preserve">.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최고의</w:t>
      </w:r>
      <w:r>
        <w:rPr>
          <w:lang w:eastAsia="ko-KR"/>
        </w:rPr>
        <w:t xml:space="preserve"> </w:t>
      </w:r>
      <w:r>
        <w:rPr>
          <w:lang w:eastAsia="ko-KR"/>
        </w:rPr>
        <w:t>사랑</w:t>
      </w:r>
      <w:r>
        <w:rPr>
          <w:lang w:eastAsia="ko-KR"/>
        </w:rPr>
        <w:t xml:space="preserve">, </w:t>
      </w:r>
      <w:r>
        <w:rPr>
          <w:lang w:eastAsia="ko-KR"/>
        </w:rPr>
        <w:t>최고의</w:t>
      </w:r>
      <w:r>
        <w:rPr>
          <w:lang w:eastAsia="ko-KR"/>
        </w:rPr>
        <w:t xml:space="preserve"> </w:t>
      </w:r>
      <w:r>
        <w:rPr>
          <w:lang w:eastAsia="ko-KR"/>
        </w:rPr>
        <w:t>가치</w:t>
      </w:r>
      <w:r>
        <w:rPr>
          <w:lang w:eastAsia="ko-KR"/>
        </w:rPr>
        <w:t xml:space="preserve">, </w:t>
      </w:r>
      <w:r>
        <w:rPr>
          <w:lang w:eastAsia="ko-KR"/>
        </w:rPr>
        <w:t>최고의</w:t>
      </w:r>
      <w:r>
        <w:rPr>
          <w:lang w:eastAsia="ko-KR"/>
        </w:rPr>
        <w:t xml:space="preserve"> </w:t>
      </w:r>
      <w:r>
        <w:rPr>
          <w:lang w:eastAsia="ko-KR"/>
        </w:rPr>
        <w:t>충성을</w:t>
      </w:r>
      <w:r>
        <w:rPr>
          <w:lang w:eastAsia="ko-KR"/>
        </w:rPr>
        <w:t xml:space="preserve"> </w:t>
      </w:r>
      <w:r>
        <w:rPr>
          <w:lang w:eastAsia="ko-KR"/>
        </w:rPr>
        <w:t>받으실</w:t>
      </w:r>
      <w:r>
        <w:rPr>
          <w:lang w:eastAsia="ko-KR"/>
        </w:rPr>
        <w:t xml:space="preserve"> </w:t>
      </w:r>
      <w:r>
        <w:rPr>
          <w:lang w:eastAsia="ko-KR"/>
        </w:rPr>
        <w:t>분입니다</w:t>
      </w:r>
      <w:r>
        <w:rPr>
          <w:lang w:eastAsia="ko-KR"/>
        </w:rPr>
        <w:t>.</w:t>
      </w:r>
    </w:p>
    <w:p w14:paraId="30F6586E" w14:textId="250D3F55" w:rsidR="00DD3485" w:rsidRPr="00D03417" w:rsidRDefault="008467EC">
      <w:pPr>
        <w:ind w:firstLine="259"/>
        <w:jc w:val="both"/>
        <w:rPr>
          <w:rFonts w:ascii="Batang" w:eastAsia="Batang" w:hAnsi="Batang" w:cs="Batang"/>
          <w:lang w:eastAsia="ko-KR"/>
        </w:rPr>
      </w:pP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자신에게</w:t>
      </w:r>
      <w:r>
        <w:rPr>
          <w:lang w:eastAsia="ko-KR"/>
        </w:rPr>
        <w:t xml:space="preserve"> </w:t>
      </w:r>
      <w:r>
        <w:rPr>
          <w:lang w:eastAsia="ko-KR"/>
        </w:rPr>
        <w:t>물어야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잃을까</w:t>
      </w:r>
      <w:r>
        <w:rPr>
          <w:lang w:eastAsia="ko-KR"/>
        </w:rPr>
        <w:t xml:space="preserve"> </w:t>
      </w:r>
      <w:r>
        <w:rPr>
          <w:lang w:eastAsia="ko-KR"/>
        </w:rPr>
        <w:t>봐</w:t>
      </w:r>
      <w:r>
        <w:rPr>
          <w:lang w:eastAsia="ko-KR"/>
        </w:rPr>
        <w:t xml:space="preserve"> </w:t>
      </w:r>
      <w:r>
        <w:rPr>
          <w:lang w:eastAsia="ko-KR"/>
        </w:rPr>
        <w:t>예수님께</w:t>
      </w:r>
      <w:r>
        <w:rPr>
          <w:lang w:eastAsia="ko-KR"/>
        </w:rPr>
        <w:t xml:space="preserve"> </w:t>
      </w:r>
      <w:r>
        <w:rPr>
          <w:lang w:eastAsia="ko-KR"/>
        </w:rPr>
        <w:t>순종하지</w:t>
      </w:r>
      <w:r>
        <w:rPr>
          <w:lang w:eastAsia="ko-KR"/>
        </w:rPr>
        <w:t xml:space="preserve"> </w:t>
      </w:r>
      <w:r>
        <w:rPr>
          <w:lang w:eastAsia="ko-KR"/>
        </w:rPr>
        <w:t>못하는가</w:t>
      </w:r>
      <w:r>
        <w:rPr>
          <w:lang w:eastAsia="ko-KR"/>
        </w:rPr>
        <w:t xml:space="preserve">? </w:t>
      </w:r>
      <w:r>
        <w:rPr>
          <w:lang w:eastAsia="ko-KR"/>
        </w:rPr>
        <w:t>누구의</w:t>
      </w:r>
      <w:r>
        <w:rPr>
          <w:lang w:eastAsia="ko-KR"/>
        </w:rPr>
        <w:t xml:space="preserve"> </w:t>
      </w:r>
      <w:r>
        <w:rPr>
          <w:lang w:eastAsia="ko-KR"/>
        </w:rPr>
        <w:t>시선을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두려워하는가</w:t>
      </w:r>
      <w:r>
        <w:rPr>
          <w:lang w:eastAsia="ko-KR"/>
        </w:rPr>
        <w:t xml:space="preserve">? </w:t>
      </w:r>
      <w:r>
        <w:rPr>
          <w:lang w:eastAsia="ko-KR"/>
        </w:rPr>
        <w:t>누구의</w:t>
      </w:r>
      <w:r>
        <w:rPr>
          <w:lang w:eastAsia="ko-KR"/>
        </w:rPr>
        <w:t xml:space="preserve"> </w:t>
      </w:r>
      <w:r>
        <w:rPr>
          <w:lang w:eastAsia="ko-KR"/>
        </w:rPr>
        <w:t>칭찬을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원하고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 xml:space="preserve">?”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사랑하는지가</w:t>
      </w:r>
      <w:r>
        <w:rPr>
          <w:lang w:eastAsia="ko-KR"/>
        </w:rPr>
        <w:t xml:space="preserve"> </w:t>
      </w:r>
      <w:r>
        <w:rPr>
          <w:lang w:eastAsia="ko-KR"/>
        </w:rPr>
        <w:t>결국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누구에게</w:t>
      </w:r>
      <w:r>
        <w:rPr>
          <w:lang w:eastAsia="ko-KR"/>
        </w:rPr>
        <w:t xml:space="preserve"> </w:t>
      </w:r>
      <w:r>
        <w:rPr>
          <w:lang w:eastAsia="ko-KR"/>
        </w:rPr>
        <w:t>순종할지를</w:t>
      </w:r>
      <w:r>
        <w:rPr>
          <w:lang w:eastAsia="ko-KR"/>
        </w:rPr>
        <w:t xml:space="preserve"> </w:t>
      </w:r>
      <w:r>
        <w:rPr>
          <w:lang w:eastAsia="ko-KR"/>
        </w:rPr>
        <w:t>결정합니다</w:t>
      </w:r>
      <w:r>
        <w:rPr>
          <w:lang w:eastAsia="ko-KR"/>
        </w:rPr>
        <w:t>.</w:t>
      </w:r>
      <w:r w:rsidR="00D03417">
        <w:rPr>
          <w:rFonts w:hint="eastAsia"/>
          <w:lang w:eastAsia="ko-KR"/>
        </w:rPr>
        <w:t xml:space="preserve"> </w:t>
      </w:r>
      <w:r w:rsidR="00D03417">
        <w:rPr>
          <w:rFonts w:ascii="Batang" w:eastAsia="Batang" w:hAnsi="Batang" w:cs="Batang" w:hint="eastAsia"/>
          <w:lang w:eastAsia="ko-KR"/>
        </w:rPr>
        <w:t>이것이 우리</w:t>
      </w:r>
      <w:r w:rsidR="009611EE">
        <w:rPr>
          <w:rFonts w:ascii="Batang" w:eastAsia="Batang" w:hAnsi="Batang" w:cs="Batang" w:hint="eastAsia"/>
          <w:lang w:eastAsia="ko-KR"/>
        </w:rPr>
        <w:t>의 영생을 결정하고  참 행복을 결정합니다.</w:t>
      </w:r>
    </w:p>
    <w:p w14:paraId="75AB3A2A" w14:textId="77777777" w:rsidR="00DD3485" w:rsidRDefault="008467EC">
      <w:pPr>
        <w:pStyle w:val="Heading1"/>
        <w:rPr>
          <w:lang w:eastAsia="ko-KR"/>
        </w:rPr>
      </w:pPr>
      <w:r>
        <w:rPr>
          <w:lang w:eastAsia="ko-KR"/>
        </w:rPr>
        <w:t xml:space="preserve">4. </w:t>
      </w:r>
      <w:r>
        <w:rPr>
          <w:lang w:eastAsia="ko-KR"/>
        </w:rPr>
        <w:t>빛으로</w:t>
      </w:r>
      <w:r>
        <w:rPr>
          <w:lang w:eastAsia="ko-KR"/>
        </w:rPr>
        <w:t xml:space="preserve"> </w:t>
      </w:r>
      <w:r>
        <w:rPr>
          <w:lang w:eastAsia="ko-KR"/>
        </w:rPr>
        <w:t>오신</w:t>
      </w:r>
      <w:r>
        <w:rPr>
          <w:lang w:eastAsia="ko-KR"/>
        </w:rPr>
        <w:t xml:space="preserve"> </w:t>
      </w:r>
      <w:r>
        <w:rPr>
          <w:lang w:eastAsia="ko-KR"/>
        </w:rPr>
        <w:t>예수님</w:t>
      </w:r>
      <w:r>
        <w:rPr>
          <w:lang w:eastAsia="ko-KR"/>
        </w:rPr>
        <w:t xml:space="preserve"> — </w:t>
      </w:r>
      <w:r>
        <w:rPr>
          <w:lang w:eastAsia="ko-KR"/>
        </w:rPr>
        <w:t>거절한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마지막</w:t>
      </w:r>
      <w:r>
        <w:rPr>
          <w:lang w:eastAsia="ko-KR"/>
        </w:rPr>
        <w:t xml:space="preserve"> </w:t>
      </w:r>
      <w:r>
        <w:rPr>
          <w:lang w:eastAsia="ko-KR"/>
        </w:rPr>
        <w:t>날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판단한다</w:t>
      </w:r>
      <w:r>
        <w:rPr>
          <w:lang w:eastAsia="ko-KR"/>
        </w:rPr>
        <w:t xml:space="preserve"> (44-50</w:t>
      </w:r>
      <w:r>
        <w:rPr>
          <w:lang w:eastAsia="ko-KR"/>
        </w:rPr>
        <w:t>절</w:t>
      </w:r>
      <w:r>
        <w:rPr>
          <w:lang w:eastAsia="ko-KR"/>
        </w:rPr>
        <w:t>)</w:t>
      </w:r>
    </w:p>
    <w:p w14:paraId="44E36507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44</w:t>
      </w:r>
      <w:r>
        <w:rPr>
          <w:lang w:eastAsia="ko-KR"/>
        </w:rPr>
        <w:t>절부터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큰</w:t>
      </w:r>
      <w:r>
        <w:rPr>
          <w:lang w:eastAsia="ko-KR"/>
        </w:rPr>
        <w:t xml:space="preserve"> </w:t>
      </w:r>
      <w:r>
        <w:rPr>
          <w:lang w:eastAsia="ko-KR"/>
        </w:rPr>
        <w:t>소리로</w:t>
      </w:r>
      <w:r>
        <w:rPr>
          <w:lang w:eastAsia="ko-KR"/>
        </w:rPr>
        <w:t xml:space="preserve"> </w:t>
      </w:r>
      <w:r>
        <w:rPr>
          <w:lang w:eastAsia="ko-KR"/>
        </w:rPr>
        <w:t>외치십니다</w:t>
      </w:r>
      <w:r>
        <w:rPr>
          <w:lang w:eastAsia="ko-KR"/>
        </w:rPr>
        <w:t xml:space="preserve">.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보내신</w:t>
      </w:r>
      <w:r>
        <w:rPr>
          <w:lang w:eastAsia="ko-KR"/>
        </w:rPr>
        <w:t xml:space="preserve"> </w:t>
      </w:r>
      <w:r>
        <w:rPr>
          <w:lang w:eastAsia="ko-KR"/>
        </w:rPr>
        <w:t>아버지를</w:t>
      </w:r>
      <w:r>
        <w:rPr>
          <w:lang w:eastAsia="ko-KR"/>
        </w:rPr>
        <w:t xml:space="preserve"> </w:t>
      </w:r>
      <w:r>
        <w:rPr>
          <w:lang w:eastAsia="ko-KR"/>
        </w:rPr>
        <w:t>믿는</w:t>
      </w:r>
      <w:r>
        <w:rPr>
          <w:lang w:eastAsia="ko-KR"/>
        </w:rPr>
        <w:t xml:space="preserve"> </w:t>
      </w:r>
      <w:r>
        <w:rPr>
          <w:lang w:eastAsia="ko-KR"/>
        </w:rPr>
        <w:t>것이며</w:t>
      </w:r>
      <w:r>
        <w:rPr>
          <w:lang w:eastAsia="ko-KR"/>
        </w:rPr>
        <w:t xml:space="preserve">,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보는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아버지를</w:t>
      </w:r>
      <w:r>
        <w:rPr>
          <w:lang w:eastAsia="ko-KR"/>
        </w:rPr>
        <w:t xml:space="preserve"> </w:t>
      </w:r>
      <w:r>
        <w:rPr>
          <w:lang w:eastAsia="ko-KR"/>
        </w:rPr>
        <w:t>보는</w:t>
      </w:r>
      <w:r>
        <w:rPr>
          <w:lang w:eastAsia="ko-KR"/>
        </w:rPr>
        <w:t xml:space="preserve"> </w:t>
      </w:r>
      <w:r>
        <w:rPr>
          <w:lang w:eastAsia="ko-KR"/>
        </w:rPr>
        <w:t>것이라고</w:t>
      </w:r>
      <w:r>
        <w:rPr>
          <w:lang w:eastAsia="ko-KR"/>
        </w:rPr>
        <w:t xml:space="preserve"> </w:t>
      </w:r>
      <w:r>
        <w:rPr>
          <w:lang w:eastAsia="ko-KR"/>
        </w:rPr>
        <w:t>말씀하십니다</w:t>
      </w:r>
      <w:r>
        <w:rPr>
          <w:lang w:eastAsia="ko-KR"/>
        </w:rPr>
        <w:t xml:space="preserve">. </w:t>
      </w:r>
      <w:r>
        <w:rPr>
          <w:lang w:eastAsia="ko-KR"/>
        </w:rPr>
        <w:t>그리고</w:t>
      </w:r>
      <w:r>
        <w:rPr>
          <w:lang w:eastAsia="ko-KR"/>
        </w:rPr>
        <w:t xml:space="preserve"> 46</w:t>
      </w:r>
      <w:r>
        <w:rPr>
          <w:lang w:eastAsia="ko-KR"/>
        </w:rPr>
        <w:t>절에서</w:t>
      </w:r>
      <w:r>
        <w:rPr>
          <w:lang w:eastAsia="ko-KR"/>
        </w:rPr>
        <w:t xml:space="preserve"> “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빛으로</w:t>
      </w:r>
      <w:r>
        <w:rPr>
          <w:lang w:eastAsia="ko-KR"/>
        </w:rPr>
        <w:t xml:space="preserve"> </w:t>
      </w:r>
      <w:r>
        <w:rPr>
          <w:lang w:eastAsia="ko-KR"/>
        </w:rPr>
        <w:t>세상에</w:t>
      </w:r>
      <w:r>
        <w:rPr>
          <w:lang w:eastAsia="ko-KR"/>
        </w:rPr>
        <w:t xml:space="preserve"> </w:t>
      </w:r>
      <w:r>
        <w:rPr>
          <w:lang w:eastAsia="ko-KR"/>
        </w:rPr>
        <w:t>왔다</w:t>
      </w:r>
      <w:r>
        <w:rPr>
          <w:lang w:eastAsia="ko-KR"/>
        </w:rPr>
        <w:t>”</w:t>
      </w:r>
      <w:r>
        <w:rPr>
          <w:lang w:eastAsia="ko-KR"/>
        </w:rPr>
        <w:t>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오신</w:t>
      </w:r>
      <w:r>
        <w:rPr>
          <w:lang w:eastAsia="ko-KR"/>
        </w:rPr>
        <w:t xml:space="preserve"> </w:t>
      </w:r>
      <w:r>
        <w:rPr>
          <w:lang w:eastAsia="ko-KR"/>
        </w:rPr>
        <w:t>목적은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어둠</w:t>
      </w:r>
      <w:r>
        <w:rPr>
          <w:lang w:eastAsia="ko-KR"/>
        </w:rPr>
        <w:t xml:space="preserve"> </w:t>
      </w:r>
      <w:r>
        <w:rPr>
          <w:lang w:eastAsia="ko-KR"/>
        </w:rPr>
        <w:t>속에</w:t>
      </w:r>
      <w:r>
        <w:rPr>
          <w:lang w:eastAsia="ko-KR"/>
        </w:rPr>
        <w:t xml:space="preserve"> </w:t>
      </w:r>
      <w:r>
        <w:rPr>
          <w:lang w:eastAsia="ko-KR"/>
        </w:rPr>
        <w:t>그대로</w:t>
      </w:r>
      <w:r>
        <w:rPr>
          <w:lang w:eastAsia="ko-KR"/>
        </w:rPr>
        <w:t xml:space="preserve"> </w:t>
      </w:r>
      <w:r>
        <w:rPr>
          <w:lang w:eastAsia="ko-KR"/>
        </w:rPr>
        <w:t>두기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빛</w:t>
      </w:r>
      <w:r>
        <w:rPr>
          <w:lang w:eastAsia="ko-KR"/>
        </w:rPr>
        <w:t xml:space="preserve"> </w:t>
      </w:r>
      <w:r>
        <w:rPr>
          <w:lang w:eastAsia="ko-KR"/>
        </w:rPr>
        <w:t>가운데로</w:t>
      </w:r>
      <w:r>
        <w:rPr>
          <w:lang w:eastAsia="ko-KR"/>
        </w:rPr>
        <w:t xml:space="preserve"> </w:t>
      </w:r>
      <w:r>
        <w:rPr>
          <w:lang w:eastAsia="ko-KR"/>
        </w:rPr>
        <w:t>불러내기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>.</w:t>
      </w:r>
    </w:p>
    <w:p w14:paraId="62A79C7A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여기서</w:t>
      </w:r>
      <w:r>
        <w:rPr>
          <w:lang w:eastAsia="ko-KR"/>
        </w:rPr>
        <w:t xml:space="preserve"> </w:t>
      </w:r>
      <w:r>
        <w:rPr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47</w:t>
      </w:r>
      <w:r>
        <w:rPr>
          <w:lang w:eastAsia="ko-KR"/>
        </w:rPr>
        <w:t>절과</w:t>
      </w:r>
      <w:r>
        <w:rPr>
          <w:lang w:eastAsia="ko-KR"/>
        </w:rPr>
        <w:t xml:space="preserve"> 48</w:t>
      </w:r>
      <w:r>
        <w:rPr>
          <w:lang w:eastAsia="ko-KR"/>
        </w:rPr>
        <w:t>절입니다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세상을</w:t>
      </w:r>
      <w:r>
        <w:rPr>
          <w:lang w:eastAsia="ko-KR"/>
        </w:rPr>
        <w:t xml:space="preserve"> </w:t>
      </w:r>
      <w:r>
        <w:rPr>
          <w:lang w:eastAsia="ko-KR"/>
        </w:rPr>
        <w:t>심판하러</w:t>
      </w:r>
      <w:r>
        <w:rPr>
          <w:lang w:eastAsia="ko-KR"/>
        </w:rPr>
        <w:t xml:space="preserve"> </w:t>
      </w:r>
      <w:r>
        <w:rPr>
          <w:lang w:eastAsia="ko-KR"/>
        </w:rPr>
        <w:t>온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세상을</w:t>
      </w:r>
      <w:r>
        <w:rPr>
          <w:lang w:eastAsia="ko-KR"/>
        </w:rPr>
        <w:t xml:space="preserve"> </w:t>
      </w:r>
      <w:r>
        <w:rPr>
          <w:lang w:eastAsia="ko-KR"/>
        </w:rPr>
        <w:t>구원하러</w:t>
      </w:r>
      <w:r>
        <w:rPr>
          <w:lang w:eastAsia="ko-KR"/>
        </w:rPr>
        <w:t xml:space="preserve"> </w:t>
      </w:r>
      <w:r>
        <w:rPr>
          <w:lang w:eastAsia="ko-KR"/>
        </w:rPr>
        <w:t>왔다고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곧</w:t>
      </w:r>
      <w:r>
        <w:rPr>
          <w:lang w:eastAsia="ko-KR"/>
        </w:rPr>
        <w:t xml:space="preserve"> </w:t>
      </w:r>
      <w:r>
        <w:rPr>
          <w:lang w:eastAsia="ko-KR"/>
        </w:rPr>
        <w:t>이어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거절하고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받지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자를</w:t>
      </w:r>
      <w:r>
        <w:rPr>
          <w:lang w:eastAsia="ko-KR"/>
        </w:rPr>
        <w:t xml:space="preserve"> </w:t>
      </w:r>
      <w:r>
        <w:rPr>
          <w:lang w:eastAsia="ko-KR"/>
        </w:rPr>
        <w:t>마지막</w:t>
      </w:r>
      <w:r>
        <w:rPr>
          <w:lang w:eastAsia="ko-KR"/>
        </w:rPr>
        <w:t xml:space="preserve"> </w:t>
      </w:r>
      <w:r>
        <w:rPr>
          <w:lang w:eastAsia="ko-KR"/>
        </w:rPr>
        <w:t>날에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심판할</w:t>
      </w:r>
      <w:r>
        <w:rPr>
          <w:lang w:eastAsia="ko-KR"/>
        </w:rPr>
        <w:t xml:space="preserve"> </w:t>
      </w:r>
      <w:r>
        <w:rPr>
          <w:lang w:eastAsia="ko-KR"/>
        </w:rPr>
        <w:t>것이라고</w:t>
      </w:r>
      <w:r>
        <w:rPr>
          <w:lang w:eastAsia="ko-KR"/>
        </w:rPr>
        <w:t xml:space="preserve"> </w:t>
      </w:r>
      <w:r>
        <w:rPr>
          <w:lang w:eastAsia="ko-KR"/>
        </w:rPr>
        <w:t>하십니다</w:t>
      </w:r>
      <w:r>
        <w:rPr>
          <w:lang w:eastAsia="ko-KR"/>
        </w:rPr>
        <w:t xml:space="preserve">. </w:t>
      </w:r>
      <w:r>
        <w:rPr>
          <w:lang w:eastAsia="ko-KR"/>
        </w:rPr>
        <w:t>모순이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초림의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목적은</w:t>
      </w:r>
      <w:r>
        <w:rPr>
          <w:lang w:eastAsia="ko-KR"/>
        </w:rPr>
        <w:t xml:space="preserve"> </w:t>
      </w:r>
      <w:r>
        <w:rPr>
          <w:lang w:eastAsia="ko-KR"/>
        </w:rPr>
        <w:t>구원입니다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구원을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주신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끝까지</w:t>
      </w:r>
      <w:r>
        <w:rPr>
          <w:lang w:eastAsia="ko-KR"/>
        </w:rPr>
        <w:t xml:space="preserve"> </w:t>
      </w:r>
      <w:r>
        <w:rPr>
          <w:lang w:eastAsia="ko-KR"/>
        </w:rPr>
        <w:t>거절하면</w:t>
      </w:r>
      <w:r>
        <w:rPr>
          <w:lang w:eastAsia="ko-KR"/>
        </w:rPr>
        <w:t xml:space="preserve">, </w:t>
      </w:r>
      <w:r>
        <w:rPr>
          <w:lang w:eastAsia="ko-KR"/>
        </w:rPr>
        <w:t>바로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빛을</w:t>
      </w:r>
      <w:r>
        <w:rPr>
          <w:lang w:eastAsia="ko-KR"/>
        </w:rPr>
        <w:t xml:space="preserve"> </w:t>
      </w:r>
      <w:r>
        <w:rPr>
          <w:lang w:eastAsia="ko-KR"/>
        </w:rPr>
        <w:t>거절했다는</w:t>
      </w:r>
      <w:r>
        <w:rPr>
          <w:lang w:eastAsia="ko-KR"/>
        </w:rPr>
        <w:t xml:space="preserve"> </w:t>
      </w:r>
      <w:r>
        <w:rPr>
          <w:lang w:eastAsia="ko-KR"/>
        </w:rPr>
        <w:t>증거가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>.</w:t>
      </w:r>
    </w:p>
    <w:p w14:paraId="532AD37A" w14:textId="2B830911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복음은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중립</w:t>
      </w:r>
      <w:r>
        <w:rPr>
          <w:lang w:eastAsia="ko-KR"/>
        </w:rPr>
        <w:t>예수님의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생명으로</w:t>
      </w:r>
      <w:r>
        <w:rPr>
          <w:lang w:eastAsia="ko-KR"/>
        </w:rPr>
        <w:t xml:space="preserve"> </w:t>
      </w:r>
      <w:r>
        <w:rPr>
          <w:lang w:eastAsia="ko-KR"/>
        </w:rPr>
        <w:t>부르는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말씀입니다</w:t>
      </w:r>
      <w:r>
        <w:rPr>
          <w:lang w:eastAsia="ko-KR"/>
        </w:rPr>
        <w:t>. 49</w:t>
      </w:r>
      <w:r>
        <w:rPr>
          <w:lang w:eastAsia="ko-KR"/>
        </w:rPr>
        <w:t>절과</w:t>
      </w:r>
      <w:r>
        <w:rPr>
          <w:lang w:eastAsia="ko-KR"/>
        </w:rPr>
        <w:t xml:space="preserve"> 50</w:t>
      </w:r>
      <w:r>
        <w:rPr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자신이</w:t>
      </w:r>
      <w:r>
        <w:rPr>
          <w:lang w:eastAsia="ko-KR"/>
        </w:rPr>
        <w:t xml:space="preserve"> </w:t>
      </w:r>
      <w:r>
        <w:rPr>
          <w:lang w:eastAsia="ko-KR"/>
        </w:rPr>
        <w:t>임의로</w:t>
      </w:r>
      <w:r>
        <w:rPr>
          <w:lang w:eastAsia="ko-KR"/>
        </w:rPr>
        <w:t xml:space="preserve"> </w:t>
      </w:r>
      <w:r>
        <w:rPr>
          <w:lang w:eastAsia="ko-KR"/>
        </w:rPr>
        <w:t>말한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아버지께서</w:t>
      </w:r>
      <w:r>
        <w:rPr>
          <w:lang w:eastAsia="ko-KR"/>
        </w:rPr>
        <w:t xml:space="preserve"> </w:t>
      </w:r>
      <w:r>
        <w:rPr>
          <w:lang w:eastAsia="ko-KR"/>
        </w:rPr>
        <w:t>명하신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말하며</w:t>
      </w:r>
      <w:r>
        <w:rPr>
          <w:lang w:eastAsia="ko-KR"/>
        </w:rPr>
        <w:t xml:space="preserve">,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명령이</w:t>
      </w:r>
      <w:r>
        <w:rPr>
          <w:lang w:eastAsia="ko-KR"/>
        </w:rPr>
        <w:t xml:space="preserve"> </w:t>
      </w:r>
      <w:r>
        <w:rPr>
          <w:lang w:eastAsia="ko-KR"/>
        </w:rPr>
        <w:t>영생이라고</w:t>
      </w:r>
      <w:r>
        <w:rPr>
          <w:lang w:eastAsia="ko-KR"/>
        </w:rPr>
        <w:t xml:space="preserve"> </w:t>
      </w:r>
      <w:r>
        <w:rPr>
          <w:lang w:eastAsia="ko-KR"/>
        </w:rPr>
        <w:t>선언하십니다</w:t>
      </w:r>
      <w:r>
        <w:rPr>
          <w:lang w:eastAsia="ko-KR"/>
        </w:rPr>
        <w:t>.</w:t>
      </w:r>
    </w:p>
    <w:p w14:paraId="2CFFE363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매주</w:t>
      </w:r>
      <w:r>
        <w:rPr>
          <w:lang w:eastAsia="ko-KR"/>
        </w:rPr>
        <w:t xml:space="preserve"> </w:t>
      </w:r>
      <w:r>
        <w:rPr>
          <w:lang w:eastAsia="ko-KR"/>
        </w:rPr>
        <w:t>듣는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단지</w:t>
      </w:r>
      <w:r>
        <w:rPr>
          <w:lang w:eastAsia="ko-KR"/>
        </w:rPr>
        <w:t xml:space="preserve"> </w:t>
      </w:r>
      <w:r>
        <w:rPr>
          <w:lang w:eastAsia="ko-KR"/>
        </w:rPr>
        <w:t>지식을</w:t>
      </w:r>
      <w:r>
        <w:rPr>
          <w:lang w:eastAsia="ko-KR"/>
        </w:rPr>
        <w:t xml:space="preserve"> </w:t>
      </w:r>
      <w:r>
        <w:rPr>
          <w:lang w:eastAsia="ko-KR"/>
        </w:rPr>
        <w:t>늘려</w:t>
      </w:r>
      <w:r>
        <w:rPr>
          <w:lang w:eastAsia="ko-KR"/>
        </w:rPr>
        <w:t xml:space="preserve"> </w:t>
      </w:r>
      <w:r>
        <w:rPr>
          <w:lang w:eastAsia="ko-KR"/>
        </w:rPr>
        <w:t>주기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살리기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말씀입니다</w:t>
      </w:r>
      <w:r>
        <w:rPr>
          <w:lang w:eastAsia="ko-KR"/>
        </w:rPr>
        <w:t xml:space="preserve">.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어둠에서</w:t>
      </w:r>
      <w:r>
        <w:rPr>
          <w:lang w:eastAsia="ko-KR"/>
        </w:rPr>
        <w:t xml:space="preserve"> </w:t>
      </w:r>
      <w:r>
        <w:rPr>
          <w:lang w:eastAsia="ko-KR"/>
        </w:rPr>
        <w:t>빛으로</w:t>
      </w:r>
      <w:r>
        <w:rPr>
          <w:lang w:eastAsia="ko-KR"/>
        </w:rPr>
        <w:t xml:space="preserve"> </w:t>
      </w:r>
      <w:r>
        <w:rPr>
          <w:lang w:eastAsia="ko-KR"/>
        </w:rPr>
        <w:t>옮기기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말씀입니다</w:t>
      </w:r>
      <w:r>
        <w:rPr>
          <w:lang w:eastAsia="ko-KR"/>
        </w:rPr>
        <w:t xml:space="preserve">. </w:t>
      </w:r>
      <w:r>
        <w:rPr>
          <w:lang w:eastAsia="ko-KR"/>
        </w:rPr>
        <w:t>죄에서</w:t>
      </w:r>
      <w:r>
        <w:rPr>
          <w:lang w:eastAsia="ko-KR"/>
        </w:rPr>
        <w:t xml:space="preserve"> </w:t>
      </w:r>
      <w:r>
        <w:rPr>
          <w:lang w:eastAsia="ko-KR"/>
        </w:rPr>
        <w:t>돌이켜</w:t>
      </w:r>
      <w:r>
        <w:rPr>
          <w:lang w:eastAsia="ko-KR"/>
        </w:rPr>
        <w:t xml:space="preserve"> </w:t>
      </w:r>
      <w:r>
        <w:rPr>
          <w:lang w:eastAsia="ko-KR"/>
        </w:rPr>
        <w:t>생명으로</w:t>
      </w:r>
      <w:r>
        <w:rPr>
          <w:lang w:eastAsia="ko-KR"/>
        </w:rPr>
        <w:t xml:space="preserve"> </w:t>
      </w:r>
      <w:r>
        <w:rPr>
          <w:lang w:eastAsia="ko-KR"/>
        </w:rPr>
        <w:t>오라고</w:t>
      </w:r>
      <w:r>
        <w:rPr>
          <w:lang w:eastAsia="ko-KR"/>
        </w:rPr>
        <w:t xml:space="preserve"> </w:t>
      </w:r>
      <w:r>
        <w:rPr>
          <w:lang w:eastAsia="ko-KR"/>
        </w:rPr>
        <w:t>부르는</w:t>
      </w:r>
      <w:r>
        <w:rPr>
          <w:lang w:eastAsia="ko-KR"/>
        </w:rPr>
        <w:t xml:space="preserve"> </w:t>
      </w:r>
      <w:r>
        <w:rPr>
          <w:lang w:eastAsia="ko-KR"/>
        </w:rPr>
        <w:t>말씀입니다</w:t>
      </w:r>
      <w:r>
        <w:rPr>
          <w:lang w:eastAsia="ko-KR"/>
        </w:rPr>
        <w:t>.</w:t>
      </w:r>
    </w:p>
    <w:p w14:paraId="6FC30E4D" w14:textId="75CBD27A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lastRenderedPageBreak/>
        <w:t>그런데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듣고도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미루고</w:t>
      </w:r>
      <w:r>
        <w:rPr>
          <w:lang w:eastAsia="ko-KR"/>
        </w:rPr>
        <w:t xml:space="preserve">, </w:t>
      </w:r>
      <w:r>
        <w:rPr>
          <w:lang w:eastAsia="ko-KR"/>
        </w:rPr>
        <w:t>변명하고</w:t>
      </w:r>
      <w:r>
        <w:rPr>
          <w:lang w:eastAsia="ko-KR"/>
        </w:rPr>
        <w:t xml:space="preserve">,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생각을</w:t>
      </w:r>
      <w:r>
        <w:rPr>
          <w:lang w:eastAsia="ko-KR"/>
        </w:rPr>
        <w:t xml:space="preserve"> </w:t>
      </w:r>
      <w:r>
        <w:rPr>
          <w:lang w:eastAsia="ko-KR"/>
        </w:rPr>
        <w:t>붙들고</w:t>
      </w:r>
      <w:r>
        <w:rPr>
          <w:lang w:eastAsia="ko-KR"/>
        </w:rPr>
        <w:t xml:space="preserve">,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사랑하는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놓지</w:t>
      </w:r>
      <w:r>
        <w:rPr>
          <w:lang w:eastAsia="ko-KR"/>
        </w:rPr>
        <w:t xml:space="preserve"> </w:t>
      </w:r>
      <w:r>
        <w:rPr>
          <w:lang w:eastAsia="ko-KR"/>
        </w:rPr>
        <w:t>않으면</w:t>
      </w:r>
      <w:r>
        <w:rPr>
          <w:lang w:eastAsia="ko-KR"/>
        </w:rPr>
        <w:t xml:space="preserve"> </w:t>
      </w:r>
      <w:r>
        <w:rPr>
          <w:lang w:eastAsia="ko-KR"/>
        </w:rPr>
        <w:t>결국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말씀이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고발하게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 xml:space="preserve">. </w:t>
      </w:r>
      <w:r w:rsidR="007F1498">
        <w:rPr>
          <w:rFonts w:ascii="Batang" w:eastAsia="Batang" w:hAnsi="Batang" w:cs="Batang" w:hint="eastAsia"/>
          <w:lang w:eastAsia="ko-KR"/>
        </w:rPr>
        <w:t xml:space="preserve">주님 앞에 서면 </w:t>
      </w:r>
      <w:r>
        <w:rPr>
          <w:lang w:eastAsia="ko-KR"/>
        </w:rPr>
        <w:t>“</w:t>
      </w:r>
      <w:r>
        <w:rPr>
          <w:lang w:eastAsia="ko-KR"/>
        </w:rPr>
        <w:t>주님</w:t>
      </w:r>
      <w:r>
        <w:rPr>
          <w:lang w:eastAsia="ko-KR"/>
        </w:rPr>
        <w:t xml:space="preserve">, </w:t>
      </w:r>
      <w:r>
        <w:rPr>
          <w:lang w:eastAsia="ko-KR"/>
        </w:rPr>
        <w:t>저는</w:t>
      </w:r>
      <w:r>
        <w:rPr>
          <w:lang w:eastAsia="ko-KR"/>
        </w:rPr>
        <w:t xml:space="preserve"> </w:t>
      </w:r>
      <w:r>
        <w:rPr>
          <w:lang w:eastAsia="ko-KR"/>
        </w:rPr>
        <w:t>몰랐습니다</w:t>
      </w:r>
      <w:r>
        <w:rPr>
          <w:lang w:eastAsia="ko-KR"/>
        </w:rPr>
        <w:t>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말</w:t>
      </w:r>
      <w:r w:rsidR="00403DCF">
        <w:rPr>
          <w:rFonts w:ascii="Batang" w:eastAsia="Batang" w:hAnsi="Batang" w:cs="Batang" w:hint="eastAsia"/>
          <w:lang w:eastAsia="ko-KR"/>
        </w:rPr>
        <w:t>할수</w:t>
      </w:r>
      <w:proofErr w:type="spellEnd"/>
      <w:r w:rsidR="00403DCF">
        <w:rPr>
          <w:rFonts w:ascii="Batang" w:eastAsia="Batang" w:hAnsi="Batang" w:cs="Batang" w:hint="eastAsia"/>
          <w:lang w:eastAsia="ko-KR"/>
        </w:rPr>
        <w:t xml:space="preserve"> 없습니다. 우리가 그 말씀을 </w:t>
      </w:r>
      <w:r>
        <w:rPr>
          <w:lang w:eastAsia="ko-KR"/>
        </w:rPr>
        <w:t>들었기</w:t>
      </w:r>
      <w:r>
        <w:rPr>
          <w:lang w:eastAsia="ko-KR"/>
        </w:rPr>
        <w:t xml:space="preserve"> </w:t>
      </w:r>
      <w:r>
        <w:rPr>
          <w:lang w:eastAsia="ko-KR"/>
        </w:rPr>
        <w:t>때문입니다</w:t>
      </w:r>
      <w:r>
        <w:rPr>
          <w:lang w:eastAsia="ko-KR"/>
        </w:rPr>
        <w:t xml:space="preserve">. </w:t>
      </w:r>
      <w:r w:rsidR="00403DCF">
        <w:rPr>
          <w:rFonts w:ascii="Batang" w:eastAsia="Batang" w:hAnsi="Batang" w:cs="Batang" w:hint="eastAsia"/>
          <w:lang w:eastAsia="ko-KR"/>
        </w:rPr>
        <w:t>그 들은 말씀이 우리를 정죄합니다. 왜냐면 우리가 듣고도</w:t>
      </w:r>
      <w:r>
        <w:rPr>
          <w:lang w:eastAsia="ko-KR"/>
        </w:rPr>
        <w:t xml:space="preserve"> </w:t>
      </w:r>
      <w:r>
        <w:rPr>
          <w:lang w:eastAsia="ko-KR"/>
        </w:rPr>
        <w:t>순종하지</w:t>
      </w:r>
      <w:r>
        <w:rPr>
          <w:lang w:eastAsia="ko-KR"/>
        </w:rPr>
        <w:t xml:space="preserve"> </w:t>
      </w:r>
      <w:r>
        <w:rPr>
          <w:lang w:eastAsia="ko-KR"/>
        </w:rPr>
        <w:t>않았기</w:t>
      </w:r>
      <w:r>
        <w:rPr>
          <w:lang w:eastAsia="ko-KR"/>
        </w:rPr>
        <w:t xml:space="preserve"> </w:t>
      </w:r>
      <w:r>
        <w:rPr>
          <w:lang w:eastAsia="ko-KR"/>
        </w:rPr>
        <w:t>때문입니다</w:t>
      </w:r>
      <w:r>
        <w:rPr>
          <w:lang w:eastAsia="ko-KR"/>
        </w:rPr>
        <w:t>.</w:t>
      </w:r>
    </w:p>
    <w:p w14:paraId="290888CD" w14:textId="2CA0979A" w:rsidR="00DD3485" w:rsidRPr="003535BD" w:rsidRDefault="008467EC">
      <w:pPr>
        <w:ind w:firstLine="259"/>
        <w:jc w:val="both"/>
        <w:rPr>
          <w:rFonts w:ascii="Batang" w:eastAsia="Batang" w:hAnsi="Batang" w:cs="Batang" w:hint="eastAsia"/>
          <w:lang w:eastAsia="ko-KR"/>
        </w:rPr>
      </w:pPr>
      <w:r>
        <w:rPr>
          <w:lang w:eastAsia="ko-KR"/>
        </w:rPr>
        <w:t>그래서</w:t>
      </w:r>
      <w:r>
        <w:rPr>
          <w:lang w:eastAsia="ko-KR"/>
        </w:rPr>
        <w:t xml:space="preserve"> </w:t>
      </w:r>
      <w:r>
        <w:rPr>
          <w:lang w:eastAsia="ko-KR"/>
        </w:rPr>
        <w:t>신앙은</w:t>
      </w:r>
      <w:r>
        <w:rPr>
          <w:lang w:eastAsia="ko-KR"/>
        </w:rPr>
        <w:t xml:space="preserve">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많이</w:t>
      </w:r>
      <w:r>
        <w:rPr>
          <w:lang w:eastAsia="ko-KR"/>
        </w:rPr>
        <w:t xml:space="preserve"> </w:t>
      </w:r>
      <w:r>
        <w:rPr>
          <w:lang w:eastAsia="ko-KR"/>
        </w:rPr>
        <w:t>듣는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끝나지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듣고</w:t>
      </w:r>
      <w:r>
        <w:rPr>
          <w:lang w:eastAsia="ko-KR"/>
        </w:rPr>
        <w:t xml:space="preserve"> </w:t>
      </w:r>
      <w:r>
        <w:rPr>
          <w:lang w:eastAsia="ko-KR"/>
        </w:rPr>
        <w:t>순종하는</w:t>
      </w:r>
      <w:r>
        <w:rPr>
          <w:lang w:eastAsia="ko-KR"/>
        </w:rPr>
        <w:t xml:space="preserve"> </w:t>
      </w:r>
      <w:r>
        <w:rPr>
          <w:lang w:eastAsia="ko-KR"/>
        </w:rPr>
        <w:t>데까지</w:t>
      </w:r>
      <w:r>
        <w:rPr>
          <w:lang w:eastAsia="ko-KR"/>
        </w:rPr>
        <w:t xml:space="preserve"> </w:t>
      </w:r>
      <w:r>
        <w:rPr>
          <w:lang w:eastAsia="ko-KR"/>
        </w:rPr>
        <w:t>가야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순종은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구원받을</w:t>
      </w:r>
      <w:r>
        <w:rPr>
          <w:lang w:eastAsia="ko-KR"/>
        </w:rPr>
        <w:t xml:space="preserve"> </w:t>
      </w:r>
      <w:r>
        <w:rPr>
          <w:lang w:eastAsia="ko-KR"/>
        </w:rPr>
        <w:t>자격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사람으로</w:t>
      </w:r>
      <w:r>
        <w:rPr>
          <w:lang w:eastAsia="ko-KR"/>
        </w:rPr>
        <w:t xml:space="preserve"> </w:t>
      </w:r>
      <w:r>
        <w:rPr>
          <w:lang w:eastAsia="ko-KR"/>
        </w:rPr>
        <w:t>만드는</w:t>
      </w:r>
      <w:r>
        <w:rPr>
          <w:lang w:eastAsia="ko-KR"/>
        </w:rPr>
        <w:t xml:space="preserve"> </w:t>
      </w:r>
      <w:r>
        <w:rPr>
          <w:lang w:eastAsia="ko-KR"/>
        </w:rPr>
        <w:t>공로가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오히려</w:t>
      </w:r>
      <w:r>
        <w:rPr>
          <w:lang w:eastAsia="ko-KR"/>
        </w:rPr>
        <w:t xml:space="preserve"> </w:t>
      </w:r>
      <w:r>
        <w:rPr>
          <w:lang w:eastAsia="ko-KR"/>
        </w:rPr>
        <w:t>참으로</w:t>
      </w:r>
      <w:r>
        <w:rPr>
          <w:lang w:eastAsia="ko-KR"/>
        </w:rPr>
        <w:t xml:space="preserve"> </w:t>
      </w:r>
      <w:r>
        <w:rPr>
          <w:lang w:eastAsia="ko-KR"/>
        </w:rPr>
        <w:t>그리스도를</w:t>
      </w:r>
      <w:r>
        <w:rPr>
          <w:lang w:eastAsia="ko-KR"/>
        </w:rPr>
        <w:t xml:space="preserve"> </w:t>
      </w:r>
      <w:r>
        <w:rPr>
          <w:lang w:eastAsia="ko-KR"/>
        </w:rPr>
        <w:t>귀하게</w:t>
      </w:r>
      <w:r>
        <w:rPr>
          <w:lang w:eastAsia="ko-KR"/>
        </w:rPr>
        <w:t xml:space="preserve"> </w:t>
      </w:r>
      <w:r>
        <w:rPr>
          <w:lang w:eastAsia="ko-KR"/>
        </w:rPr>
        <w:t>여기는</w:t>
      </w:r>
      <w:r>
        <w:rPr>
          <w:lang w:eastAsia="ko-KR"/>
        </w:rPr>
        <w:t xml:space="preserve"> </w:t>
      </w:r>
      <w:r>
        <w:rPr>
          <w:lang w:eastAsia="ko-KR"/>
        </w:rPr>
        <w:t>마음에서</w:t>
      </w:r>
      <w:r>
        <w:rPr>
          <w:lang w:eastAsia="ko-KR"/>
        </w:rPr>
        <w:t xml:space="preserve"> </w:t>
      </w:r>
      <w:r>
        <w:rPr>
          <w:lang w:eastAsia="ko-KR"/>
        </w:rPr>
        <w:t>나오는</w:t>
      </w:r>
      <w:r>
        <w:rPr>
          <w:lang w:eastAsia="ko-KR"/>
        </w:rPr>
        <w:t xml:space="preserve"> </w:t>
      </w:r>
      <w:r>
        <w:rPr>
          <w:lang w:eastAsia="ko-KR"/>
        </w:rPr>
        <w:t>믿음의</w:t>
      </w:r>
      <w:r>
        <w:rPr>
          <w:lang w:eastAsia="ko-KR"/>
        </w:rPr>
        <w:t xml:space="preserve"> </w:t>
      </w:r>
      <w:r>
        <w:rPr>
          <w:lang w:eastAsia="ko-KR"/>
        </w:rPr>
        <w:t>열매입니다</w:t>
      </w:r>
      <w:r>
        <w:rPr>
          <w:lang w:eastAsia="ko-KR"/>
        </w:rPr>
        <w:t xml:space="preserve">. </w:t>
      </w:r>
      <w:r>
        <w:rPr>
          <w:lang w:eastAsia="ko-KR"/>
        </w:rPr>
        <w:t>예수님이</w:t>
      </w:r>
      <w:r>
        <w:rPr>
          <w:lang w:eastAsia="ko-KR"/>
        </w:rPr>
        <w:t xml:space="preserve"> </w:t>
      </w:r>
      <w:r>
        <w:rPr>
          <w:lang w:eastAsia="ko-KR"/>
        </w:rPr>
        <w:t>정말</w:t>
      </w:r>
      <w:r>
        <w:rPr>
          <w:lang w:eastAsia="ko-KR"/>
        </w:rPr>
        <w:t xml:space="preserve"> </w:t>
      </w:r>
      <w:r>
        <w:rPr>
          <w:lang w:eastAsia="ko-KR"/>
        </w:rPr>
        <w:t>귀하게</w:t>
      </w:r>
      <w:r>
        <w:rPr>
          <w:lang w:eastAsia="ko-KR"/>
        </w:rPr>
        <w:t xml:space="preserve"> </w:t>
      </w:r>
      <w:r>
        <w:rPr>
          <w:lang w:eastAsia="ko-KR"/>
        </w:rPr>
        <w:t>보이면</w:t>
      </w:r>
      <w:r>
        <w:rPr>
          <w:lang w:eastAsia="ko-KR"/>
        </w:rPr>
        <w:t xml:space="preserve">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말씀도</w:t>
      </w:r>
      <w:r>
        <w:rPr>
          <w:lang w:eastAsia="ko-KR"/>
        </w:rPr>
        <w:t xml:space="preserve"> </w:t>
      </w:r>
      <w:r>
        <w:rPr>
          <w:lang w:eastAsia="ko-KR"/>
        </w:rPr>
        <w:t>귀하게</w:t>
      </w:r>
      <w:r>
        <w:rPr>
          <w:lang w:eastAsia="ko-KR"/>
        </w:rPr>
        <w:t xml:space="preserve"> </w:t>
      </w:r>
      <w:r>
        <w:rPr>
          <w:lang w:eastAsia="ko-KR"/>
        </w:rPr>
        <w:t>보입니다</w:t>
      </w:r>
      <w:r>
        <w:rPr>
          <w:lang w:eastAsia="ko-KR"/>
        </w:rPr>
        <w:t xml:space="preserve">.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영광이</w:t>
      </w:r>
      <w:r>
        <w:rPr>
          <w:lang w:eastAsia="ko-KR"/>
        </w:rPr>
        <w:t xml:space="preserve"> </w:t>
      </w:r>
      <w:r>
        <w:rPr>
          <w:lang w:eastAsia="ko-KR"/>
        </w:rPr>
        <w:t>보이면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자존심과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편안함보다</w:t>
      </w:r>
      <w:r>
        <w:rPr>
          <w:lang w:eastAsia="ko-KR"/>
        </w:rPr>
        <w:t xml:space="preserve"> </w:t>
      </w:r>
      <w:r>
        <w:rPr>
          <w:lang w:eastAsia="ko-KR"/>
        </w:rPr>
        <w:t>그분을</w:t>
      </w:r>
      <w:r>
        <w:rPr>
          <w:lang w:eastAsia="ko-KR"/>
        </w:rPr>
        <w:t xml:space="preserve"> </w:t>
      </w:r>
      <w:r>
        <w:rPr>
          <w:lang w:eastAsia="ko-KR"/>
        </w:rPr>
        <w:t>기쁘시게</w:t>
      </w:r>
      <w:r>
        <w:rPr>
          <w:lang w:eastAsia="ko-KR"/>
        </w:rPr>
        <w:t xml:space="preserve"> </w:t>
      </w:r>
      <w:r>
        <w:rPr>
          <w:lang w:eastAsia="ko-KR"/>
        </w:rPr>
        <w:t>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중요해</w:t>
      </w:r>
      <w:r w:rsidR="003535BD">
        <w:rPr>
          <w:rFonts w:hint="eastAsia"/>
          <w:lang w:eastAsia="ko-KR"/>
        </w:rPr>
        <w:t xml:space="preserve"> </w:t>
      </w:r>
      <w:r>
        <w:rPr>
          <w:lang w:eastAsia="ko-KR"/>
        </w:rPr>
        <w:t>집니다</w:t>
      </w:r>
      <w:r>
        <w:rPr>
          <w:lang w:eastAsia="ko-KR"/>
        </w:rPr>
        <w:t>.</w:t>
      </w:r>
      <w:r w:rsidR="003535BD">
        <w:rPr>
          <w:rFonts w:hint="eastAsia"/>
          <w:lang w:eastAsia="ko-KR"/>
        </w:rPr>
        <w:t xml:space="preserve"> </w:t>
      </w:r>
      <w:r w:rsidR="003535BD">
        <w:rPr>
          <w:rFonts w:ascii="Batang" w:eastAsia="Batang" w:hAnsi="Batang" w:cs="Batang" w:hint="eastAsia"/>
          <w:lang w:eastAsia="ko-KR"/>
        </w:rPr>
        <w:t xml:space="preserve">이 </w:t>
      </w:r>
      <w:r w:rsidR="00B84F15">
        <w:rPr>
          <w:rFonts w:ascii="Batang" w:eastAsia="Batang" w:hAnsi="Batang" w:cs="Batang" w:hint="eastAsia"/>
          <w:lang w:eastAsia="ko-KR"/>
        </w:rPr>
        <w:t>예</w:t>
      </w:r>
      <w:r w:rsidR="003535BD">
        <w:rPr>
          <w:rFonts w:ascii="Batang" w:eastAsia="Batang" w:hAnsi="Batang" w:cs="Batang" w:hint="eastAsia"/>
          <w:lang w:eastAsia="ko-KR"/>
        </w:rPr>
        <w:t xml:space="preserve">수님의 찬란한 영광을 보면 우리가 </w:t>
      </w:r>
      <w:proofErr w:type="spellStart"/>
      <w:r w:rsidR="00B84F15">
        <w:rPr>
          <w:rFonts w:ascii="Batang" w:eastAsia="Batang" w:hAnsi="Batang" w:cs="Batang" w:hint="eastAsia"/>
          <w:lang w:eastAsia="ko-KR"/>
        </w:rPr>
        <w:t>함께계신</w:t>
      </w:r>
      <w:proofErr w:type="spellEnd"/>
      <w:r w:rsidR="00B84F15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B84F15">
        <w:rPr>
          <w:rFonts w:ascii="Batang" w:eastAsia="Batang" w:hAnsi="Batang" w:cs="Batang" w:hint="eastAsia"/>
          <w:lang w:eastAsia="ko-KR"/>
        </w:rPr>
        <w:t>그분앞에</w:t>
      </w:r>
      <w:proofErr w:type="spellEnd"/>
      <w:r w:rsidR="00B84F15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B84F15">
        <w:rPr>
          <w:rFonts w:ascii="Batang" w:eastAsia="Batang" w:hAnsi="Batang" w:cs="Batang" w:hint="eastAsia"/>
          <w:lang w:eastAsia="ko-KR"/>
        </w:rPr>
        <w:t>살개</w:t>
      </w:r>
      <w:proofErr w:type="spellEnd"/>
      <w:r w:rsidR="00B84F15">
        <w:rPr>
          <w:rFonts w:ascii="Batang" w:eastAsia="Batang" w:hAnsi="Batang" w:cs="Batang" w:hint="eastAsia"/>
          <w:lang w:eastAsia="ko-KR"/>
        </w:rPr>
        <w:t xml:space="preserve"> 되고 우리의 일정 시간사용을 재조정할 것입니다. 우리의 아가페가 달라집니다. </w:t>
      </w:r>
      <w:r w:rsidR="00AB5E0E">
        <w:rPr>
          <w:rFonts w:ascii="Batang" w:eastAsia="Batang" w:hAnsi="Batang" w:cs="Batang" w:hint="eastAsia"/>
          <w:lang w:eastAsia="ko-KR"/>
        </w:rPr>
        <w:t>무엇보다도 귀하고 사랑하는 것이 예수님이 됩니다. 그리고 이 예수님 중심으로 내 삶을 살게 되는 것입니다.</w:t>
      </w:r>
    </w:p>
    <w:p w14:paraId="4774D872" w14:textId="77777777" w:rsidR="00DD3485" w:rsidRDefault="008467EC">
      <w:pPr>
        <w:pStyle w:val="Heading1"/>
        <w:rPr>
          <w:lang w:eastAsia="ko-KR"/>
        </w:rPr>
      </w:pPr>
      <w:r>
        <w:rPr>
          <w:lang w:eastAsia="ko-KR"/>
        </w:rPr>
        <w:t xml:space="preserve">5.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사는가</w:t>
      </w:r>
      <w:r>
        <w:rPr>
          <w:lang w:eastAsia="ko-KR"/>
        </w:rPr>
        <w:t xml:space="preserve">? — </w:t>
      </w:r>
      <w:r>
        <w:rPr>
          <w:lang w:eastAsia="ko-KR"/>
        </w:rPr>
        <w:t>말씀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서고</w:t>
      </w:r>
      <w:r>
        <w:rPr>
          <w:lang w:eastAsia="ko-KR"/>
        </w:rPr>
        <w:t xml:space="preserve">,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영혼을</w:t>
      </w:r>
      <w:r>
        <w:rPr>
          <w:lang w:eastAsia="ko-KR"/>
        </w:rPr>
        <w:t xml:space="preserve"> </w:t>
      </w:r>
      <w:r>
        <w:rPr>
          <w:lang w:eastAsia="ko-KR"/>
        </w:rPr>
        <w:t>사랑한다</w:t>
      </w:r>
    </w:p>
    <w:p w14:paraId="68A05B30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그렇다면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해야</w:t>
      </w:r>
      <w:r>
        <w:rPr>
          <w:lang w:eastAsia="ko-KR"/>
        </w:rPr>
        <w:t xml:space="preserve"> </w:t>
      </w:r>
      <w:r>
        <w:rPr>
          <w:lang w:eastAsia="ko-KR"/>
        </w:rPr>
        <w:t>합니까</w:t>
      </w:r>
      <w:r>
        <w:rPr>
          <w:lang w:eastAsia="ko-KR"/>
        </w:rPr>
        <w:t xml:space="preserve">? </w:t>
      </w:r>
      <w:r>
        <w:rPr>
          <w:lang w:eastAsia="ko-KR"/>
        </w:rPr>
        <w:t>먼저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은혜를</w:t>
      </w:r>
      <w:r>
        <w:rPr>
          <w:lang w:eastAsia="ko-KR"/>
        </w:rPr>
        <w:t xml:space="preserve"> </w:t>
      </w:r>
      <w:r>
        <w:rPr>
          <w:lang w:eastAsia="ko-KR"/>
        </w:rPr>
        <w:t>구해야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억지로</w:t>
      </w:r>
      <w:r>
        <w:rPr>
          <w:lang w:eastAsia="ko-KR"/>
        </w:rPr>
        <w:t xml:space="preserve"> </w:t>
      </w:r>
      <w:r>
        <w:rPr>
          <w:lang w:eastAsia="ko-KR"/>
        </w:rPr>
        <w:t>결심한다고</w:t>
      </w:r>
      <w:r>
        <w:rPr>
          <w:lang w:eastAsia="ko-KR"/>
        </w:rPr>
        <w:t xml:space="preserve"> </w:t>
      </w:r>
      <w:r>
        <w:rPr>
          <w:lang w:eastAsia="ko-KR"/>
        </w:rPr>
        <w:t>마음의</w:t>
      </w:r>
      <w:r>
        <w:rPr>
          <w:lang w:eastAsia="ko-KR"/>
        </w:rPr>
        <w:t xml:space="preserve"> </w:t>
      </w:r>
      <w:r>
        <w:rPr>
          <w:lang w:eastAsia="ko-KR"/>
        </w:rPr>
        <w:t>사랑이</w:t>
      </w:r>
      <w:r>
        <w:rPr>
          <w:lang w:eastAsia="ko-KR"/>
        </w:rPr>
        <w:t xml:space="preserve"> </w:t>
      </w:r>
      <w:r>
        <w:rPr>
          <w:lang w:eastAsia="ko-KR"/>
        </w:rPr>
        <w:t>바뀌는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lang w:eastAsia="ko-KR"/>
        </w:rPr>
        <w:t>그리스도의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보아야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고린도후서</w:t>
      </w:r>
      <w:r>
        <w:rPr>
          <w:lang w:eastAsia="ko-KR"/>
        </w:rPr>
        <w:t xml:space="preserve"> 4</w:t>
      </w:r>
      <w:r>
        <w:rPr>
          <w:lang w:eastAsia="ko-KR"/>
        </w:rPr>
        <w:t>장</w:t>
      </w:r>
      <w:r>
        <w:rPr>
          <w:lang w:eastAsia="ko-KR"/>
        </w:rPr>
        <w:t xml:space="preserve"> 4</w:t>
      </w:r>
      <w:r>
        <w:rPr>
          <w:lang w:eastAsia="ko-KR"/>
        </w:rPr>
        <w:t>절은</w:t>
      </w:r>
      <w:r>
        <w:rPr>
          <w:lang w:eastAsia="ko-KR"/>
        </w:rPr>
        <w:t xml:space="preserve">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세상의</w:t>
      </w:r>
      <w:r>
        <w:rPr>
          <w:lang w:eastAsia="ko-KR"/>
        </w:rPr>
        <w:t xml:space="preserve"> </w:t>
      </w:r>
      <w:r>
        <w:rPr>
          <w:lang w:eastAsia="ko-KR"/>
        </w:rPr>
        <w:t>신이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자들의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혼미하게</w:t>
      </w:r>
      <w:r>
        <w:rPr>
          <w:lang w:eastAsia="ko-KR"/>
        </w:rPr>
        <w:t xml:space="preserve"> </w:t>
      </w:r>
      <w:r>
        <w:rPr>
          <w:lang w:eastAsia="ko-KR"/>
        </w:rPr>
        <w:t>하여</w:t>
      </w:r>
      <w:r>
        <w:rPr>
          <w:lang w:eastAsia="ko-KR"/>
        </w:rPr>
        <w:t xml:space="preserve"> </w:t>
      </w:r>
      <w:r>
        <w:rPr>
          <w:lang w:eastAsia="ko-KR"/>
        </w:rPr>
        <w:t>그리스도의</w:t>
      </w:r>
      <w:r>
        <w:rPr>
          <w:lang w:eastAsia="ko-KR"/>
        </w:rPr>
        <w:t xml:space="preserve"> </w:t>
      </w:r>
      <w:r>
        <w:rPr>
          <w:lang w:eastAsia="ko-KR"/>
        </w:rPr>
        <w:t>영광의</w:t>
      </w:r>
      <w:r>
        <w:rPr>
          <w:lang w:eastAsia="ko-KR"/>
        </w:rPr>
        <w:t xml:space="preserve"> </w:t>
      </w:r>
      <w:r>
        <w:rPr>
          <w:lang w:eastAsia="ko-KR"/>
        </w:rPr>
        <w:t>복음의</w:t>
      </w:r>
      <w:r>
        <w:rPr>
          <w:lang w:eastAsia="ko-KR"/>
        </w:rPr>
        <w:t xml:space="preserve"> </w:t>
      </w:r>
      <w:r>
        <w:rPr>
          <w:lang w:eastAsia="ko-KR"/>
        </w:rPr>
        <w:t>광채를</w:t>
      </w:r>
      <w:r>
        <w:rPr>
          <w:lang w:eastAsia="ko-KR"/>
        </w:rPr>
        <w:t xml:space="preserve"> </w:t>
      </w:r>
      <w:r>
        <w:rPr>
          <w:lang w:eastAsia="ko-KR"/>
        </w:rPr>
        <w:t>보지</w:t>
      </w:r>
      <w:r>
        <w:rPr>
          <w:lang w:eastAsia="ko-KR"/>
        </w:rPr>
        <w:t xml:space="preserve"> </w:t>
      </w:r>
      <w:r>
        <w:rPr>
          <w:lang w:eastAsia="ko-KR"/>
        </w:rPr>
        <w:t>못하게</w:t>
      </w:r>
      <w:r>
        <w:rPr>
          <w:lang w:eastAsia="ko-KR"/>
        </w:rPr>
        <w:t xml:space="preserve"> </w:t>
      </w:r>
      <w:r>
        <w:rPr>
          <w:lang w:eastAsia="ko-KR"/>
        </w:rPr>
        <w:t>한다고</w:t>
      </w:r>
      <w:r>
        <w:rPr>
          <w:lang w:eastAsia="ko-KR"/>
        </w:rPr>
        <w:t xml:space="preserve"> </w:t>
      </w:r>
      <w:r>
        <w:rPr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lang w:eastAsia="ko-KR"/>
        </w:rPr>
        <w:t>반대로</w:t>
      </w:r>
      <w:r>
        <w:rPr>
          <w:lang w:eastAsia="ko-KR"/>
        </w:rPr>
        <w:t xml:space="preserve"> </w:t>
      </w:r>
      <w:r>
        <w:rPr>
          <w:lang w:eastAsia="ko-KR"/>
        </w:rPr>
        <w:t>성령께서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눈을</w:t>
      </w:r>
      <w:r>
        <w:rPr>
          <w:lang w:eastAsia="ko-KR"/>
        </w:rPr>
        <w:t xml:space="preserve"> </w:t>
      </w:r>
      <w:r>
        <w:rPr>
          <w:lang w:eastAsia="ko-KR"/>
        </w:rPr>
        <w:t>열어</w:t>
      </w:r>
      <w:r>
        <w:rPr>
          <w:lang w:eastAsia="ko-KR"/>
        </w:rPr>
        <w:t xml:space="preserve"> </w:t>
      </w:r>
      <w:r>
        <w:rPr>
          <w:lang w:eastAsia="ko-KR"/>
        </w:rPr>
        <w:t>예수님의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보게</w:t>
      </w:r>
      <w:r>
        <w:rPr>
          <w:lang w:eastAsia="ko-KR"/>
        </w:rPr>
        <w:t xml:space="preserve"> </w:t>
      </w:r>
      <w:r>
        <w:rPr>
          <w:lang w:eastAsia="ko-KR"/>
        </w:rPr>
        <w:t>하실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,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그동안</w:t>
      </w:r>
      <w:r>
        <w:rPr>
          <w:lang w:eastAsia="ko-KR"/>
        </w:rPr>
        <w:t xml:space="preserve"> </w:t>
      </w:r>
      <w:r>
        <w:rPr>
          <w:lang w:eastAsia="ko-KR"/>
        </w:rPr>
        <w:t>얼마나</w:t>
      </w:r>
      <w:r>
        <w:rPr>
          <w:lang w:eastAsia="ko-KR"/>
        </w:rPr>
        <w:t xml:space="preserve"> </w:t>
      </w:r>
      <w:r>
        <w:rPr>
          <w:lang w:eastAsia="ko-KR"/>
        </w:rPr>
        <w:t>작은</w:t>
      </w:r>
      <w:r>
        <w:rPr>
          <w:lang w:eastAsia="ko-KR"/>
        </w:rPr>
        <w:t xml:space="preserve"> </w:t>
      </w:r>
      <w:r>
        <w:rPr>
          <w:lang w:eastAsia="ko-KR"/>
        </w:rPr>
        <w:t>것에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빼앗기며</w:t>
      </w:r>
      <w:r>
        <w:rPr>
          <w:lang w:eastAsia="ko-KR"/>
        </w:rPr>
        <w:t xml:space="preserve"> </w:t>
      </w:r>
      <w:r>
        <w:rPr>
          <w:lang w:eastAsia="ko-KR"/>
        </w:rPr>
        <w:t>살았는지가</w:t>
      </w:r>
      <w:r>
        <w:rPr>
          <w:lang w:eastAsia="ko-KR"/>
        </w:rPr>
        <w:t xml:space="preserve"> </w:t>
      </w:r>
      <w:r>
        <w:rPr>
          <w:lang w:eastAsia="ko-KR"/>
        </w:rPr>
        <w:t>보이기</w:t>
      </w:r>
      <w:r>
        <w:rPr>
          <w:lang w:eastAsia="ko-KR"/>
        </w:rPr>
        <w:t xml:space="preserve"> </w:t>
      </w:r>
      <w:r>
        <w:rPr>
          <w:lang w:eastAsia="ko-KR"/>
        </w:rPr>
        <w:t>시작합니다</w:t>
      </w:r>
      <w:r>
        <w:rPr>
          <w:lang w:eastAsia="ko-KR"/>
        </w:rPr>
        <w:t>.</w:t>
      </w:r>
    </w:p>
    <w:p w14:paraId="6AD72F1B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죽어</w:t>
      </w:r>
      <w:r>
        <w:rPr>
          <w:lang w:eastAsia="ko-KR"/>
        </w:rPr>
        <w:t xml:space="preserve"> </w:t>
      </w:r>
      <w:r>
        <w:rPr>
          <w:lang w:eastAsia="ko-KR"/>
        </w:rPr>
        <w:t>하나님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설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가장</w:t>
      </w:r>
      <w:r>
        <w:rPr>
          <w:lang w:eastAsia="ko-KR"/>
        </w:rPr>
        <w:t xml:space="preserve"> </w:t>
      </w:r>
      <w:r>
        <w:rPr>
          <w:lang w:eastAsia="ko-KR"/>
        </w:rPr>
        <w:t>부끄러운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lang w:eastAsia="ko-KR"/>
        </w:rPr>
        <w:t>칭찬을</w:t>
      </w:r>
      <w:r>
        <w:rPr>
          <w:lang w:eastAsia="ko-KR"/>
        </w:rPr>
        <w:t xml:space="preserve"> </w:t>
      </w:r>
      <w:r>
        <w:rPr>
          <w:lang w:eastAsia="ko-KR"/>
        </w:rPr>
        <w:t>조금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받지</w:t>
      </w:r>
      <w:r>
        <w:rPr>
          <w:lang w:eastAsia="ko-KR"/>
        </w:rPr>
        <w:t xml:space="preserve"> </w:t>
      </w:r>
      <w:r>
        <w:rPr>
          <w:lang w:eastAsia="ko-KR"/>
        </w:rPr>
        <w:t>못한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아닐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높은</w:t>
      </w:r>
      <w:r>
        <w:rPr>
          <w:lang w:eastAsia="ko-KR"/>
        </w:rPr>
        <w:t xml:space="preserve"> </w:t>
      </w:r>
      <w:r>
        <w:rPr>
          <w:lang w:eastAsia="ko-KR"/>
        </w:rPr>
        <w:t>자리에</w:t>
      </w:r>
      <w:r>
        <w:rPr>
          <w:lang w:eastAsia="ko-KR"/>
        </w:rPr>
        <w:t xml:space="preserve"> </w:t>
      </w:r>
      <w:r>
        <w:rPr>
          <w:lang w:eastAsia="ko-KR"/>
        </w:rPr>
        <w:t>올라가지</w:t>
      </w:r>
      <w:r>
        <w:rPr>
          <w:lang w:eastAsia="ko-KR"/>
        </w:rPr>
        <w:t xml:space="preserve"> </w:t>
      </w:r>
      <w:r>
        <w:rPr>
          <w:lang w:eastAsia="ko-KR"/>
        </w:rPr>
        <w:t>못한</w:t>
      </w:r>
      <w:r>
        <w:rPr>
          <w:lang w:eastAsia="ko-KR"/>
        </w:rPr>
        <w:t xml:space="preserve"> </w:t>
      </w:r>
      <w:r>
        <w:rPr>
          <w:lang w:eastAsia="ko-KR"/>
        </w:rPr>
        <w:t>것도</w:t>
      </w:r>
      <w:r>
        <w:rPr>
          <w:lang w:eastAsia="ko-KR"/>
        </w:rPr>
        <w:t xml:space="preserve"> </w:t>
      </w:r>
      <w:r>
        <w:rPr>
          <w:lang w:eastAsia="ko-KR"/>
        </w:rPr>
        <w:t>아닐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주님의</w:t>
      </w:r>
      <w:r>
        <w:rPr>
          <w:lang w:eastAsia="ko-KR"/>
        </w:rPr>
        <w:t xml:space="preserve"> </w:t>
      </w:r>
      <w:r>
        <w:rPr>
          <w:lang w:eastAsia="ko-KR"/>
        </w:rPr>
        <w:t>영광보다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크게</w:t>
      </w:r>
      <w:r>
        <w:rPr>
          <w:lang w:eastAsia="ko-KR"/>
        </w:rPr>
        <w:t xml:space="preserve"> </w:t>
      </w:r>
      <w:r>
        <w:rPr>
          <w:lang w:eastAsia="ko-KR"/>
        </w:rPr>
        <w:t>여기며</w:t>
      </w:r>
      <w:r>
        <w:rPr>
          <w:lang w:eastAsia="ko-KR"/>
        </w:rPr>
        <w:t xml:space="preserve"> </w:t>
      </w:r>
      <w:r>
        <w:rPr>
          <w:lang w:eastAsia="ko-KR"/>
        </w:rPr>
        <w:t>살았던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부끄러울</w:t>
      </w:r>
      <w:r>
        <w:rPr>
          <w:lang w:eastAsia="ko-KR"/>
        </w:rPr>
        <w:t xml:space="preserve"> </w:t>
      </w:r>
      <w:r>
        <w:rPr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박수는</w:t>
      </w:r>
      <w:r>
        <w:rPr>
          <w:lang w:eastAsia="ko-KR"/>
        </w:rPr>
        <w:t xml:space="preserve"> </w:t>
      </w:r>
      <w:r>
        <w:rPr>
          <w:lang w:eastAsia="ko-KR"/>
        </w:rPr>
        <w:t>멈추고</w:t>
      </w:r>
      <w:r>
        <w:rPr>
          <w:lang w:eastAsia="ko-KR"/>
        </w:rPr>
        <w:t xml:space="preserve"> </w:t>
      </w:r>
      <w:r>
        <w:rPr>
          <w:lang w:eastAsia="ko-KR"/>
        </w:rPr>
        <w:t>평판은</w:t>
      </w:r>
      <w:r>
        <w:rPr>
          <w:lang w:eastAsia="ko-KR"/>
        </w:rPr>
        <w:t xml:space="preserve"> </w:t>
      </w:r>
      <w:r>
        <w:rPr>
          <w:lang w:eastAsia="ko-KR"/>
        </w:rPr>
        <w:t>사라집니다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주님의</w:t>
      </w:r>
      <w:r>
        <w:rPr>
          <w:lang w:eastAsia="ko-KR"/>
        </w:rPr>
        <w:t xml:space="preserve"> </w:t>
      </w:r>
      <w:r>
        <w:rPr>
          <w:lang w:eastAsia="ko-KR"/>
        </w:rPr>
        <w:t>말씀과</w:t>
      </w:r>
      <w:r>
        <w:rPr>
          <w:lang w:eastAsia="ko-KR"/>
        </w:rPr>
        <w:t xml:space="preserve"> </w:t>
      </w:r>
      <w:r>
        <w:rPr>
          <w:lang w:eastAsia="ko-KR"/>
        </w:rPr>
        <w:t>주님의</w:t>
      </w:r>
      <w:r>
        <w:rPr>
          <w:lang w:eastAsia="ko-KR"/>
        </w:rPr>
        <w:t xml:space="preserve"> </w:t>
      </w:r>
      <w:r>
        <w:rPr>
          <w:lang w:eastAsia="ko-KR"/>
        </w:rPr>
        <w:t>평가는</w:t>
      </w:r>
      <w:r>
        <w:rPr>
          <w:lang w:eastAsia="ko-KR"/>
        </w:rPr>
        <w:t xml:space="preserve"> </w:t>
      </w:r>
      <w:r>
        <w:rPr>
          <w:lang w:eastAsia="ko-KR"/>
        </w:rPr>
        <w:t>남습니다</w:t>
      </w:r>
      <w:r>
        <w:rPr>
          <w:lang w:eastAsia="ko-KR"/>
        </w:rPr>
        <w:t>.</w:t>
      </w:r>
    </w:p>
    <w:p w14:paraId="5C370383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그러므로</w:t>
      </w:r>
      <w:r>
        <w:rPr>
          <w:lang w:eastAsia="ko-KR"/>
        </w:rPr>
        <w:t xml:space="preserve"> </w:t>
      </w:r>
      <w:r>
        <w:rPr>
          <w:lang w:eastAsia="ko-KR"/>
        </w:rPr>
        <w:t>말씀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자주</w:t>
      </w:r>
      <w:r>
        <w:rPr>
          <w:lang w:eastAsia="ko-KR"/>
        </w:rPr>
        <w:t xml:space="preserve"> </w:t>
      </w:r>
      <w:r>
        <w:rPr>
          <w:lang w:eastAsia="ko-KR"/>
        </w:rPr>
        <w:t>서야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읽고</w:t>
      </w:r>
      <w:r>
        <w:rPr>
          <w:lang w:eastAsia="ko-KR"/>
        </w:rPr>
        <w:t xml:space="preserve">, </w:t>
      </w:r>
      <w:r>
        <w:rPr>
          <w:lang w:eastAsia="ko-KR"/>
        </w:rPr>
        <w:t>듣고</w:t>
      </w:r>
      <w:r>
        <w:rPr>
          <w:lang w:eastAsia="ko-KR"/>
        </w:rPr>
        <w:t xml:space="preserve">, </w:t>
      </w:r>
      <w:r>
        <w:rPr>
          <w:lang w:eastAsia="ko-KR"/>
        </w:rPr>
        <w:t>묵상하는</w:t>
      </w:r>
      <w:r>
        <w:rPr>
          <w:lang w:eastAsia="ko-KR"/>
        </w:rPr>
        <w:t xml:space="preserve"> </w:t>
      </w:r>
      <w:r>
        <w:rPr>
          <w:lang w:eastAsia="ko-KR"/>
        </w:rPr>
        <w:t>데서</w:t>
      </w:r>
      <w:r>
        <w:rPr>
          <w:lang w:eastAsia="ko-KR"/>
        </w:rPr>
        <w:t xml:space="preserve"> </w:t>
      </w:r>
      <w:r>
        <w:rPr>
          <w:lang w:eastAsia="ko-KR"/>
        </w:rPr>
        <w:t>멈추지</w:t>
      </w:r>
      <w:r>
        <w:rPr>
          <w:lang w:eastAsia="ko-KR"/>
        </w:rPr>
        <w:t xml:space="preserve"> </w:t>
      </w:r>
      <w:r>
        <w:rPr>
          <w:lang w:eastAsia="ko-KR"/>
        </w:rPr>
        <w:t>말고</w:t>
      </w:r>
      <w:r>
        <w:rPr>
          <w:lang w:eastAsia="ko-KR"/>
        </w:rPr>
        <w:t xml:space="preserve"> “</w:t>
      </w:r>
      <w:r>
        <w:rPr>
          <w:lang w:eastAsia="ko-KR"/>
        </w:rPr>
        <w:t>주님</w:t>
      </w:r>
      <w:r>
        <w:rPr>
          <w:lang w:eastAsia="ko-KR"/>
        </w:rPr>
        <w:t xml:space="preserve">, </w:t>
      </w: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말씀에</w:t>
      </w:r>
      <w:r>
        <w:rPr>
          <w:lang w:eastAsia="ko-KR"/>
        </w:rPr>
        <w:t xml:space="preserve"> </w:t>
      </w:r>
      <w:r>
        <w:rPr>
          <w:lang w:eastAsia="ko-KR"/>
        </w:rPr>
        <w:t>내가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r>
        <w:rPr>
          <w:lang w:eastAsia="ko-KR"/>
        </w:rPr>
        <w:t>순종해야</w:t>
      </w:r>
      <w:r>
        <w:rPr>
          <w:lang w:eastAsia="ko-KR"/>
        </w:rPr>
        <w:t xml:space="preserve"> </w:t>
      </w:r>
      <w:r>
        <w:rPr>
          <w:lang w:eastAsia="ko-KR"/>
        </w:rPr>
        <w:t>합니까</w:t>
      </w:r>
      <w:r>
        <w:rPr>
          <w:lang w:eastAsia="ko-KR"/>
        </w:rPr>
        <w:t>?”</w:t>
      </w:r>
      <w:proofErr w:type="spellStart"/>
      <w:r>
        <w:rPr>
          <w:lang w:eastAsia="ko-KR"/>
        </w:rPr>
        <w:t>라고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물어야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깨달은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있다면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돌이켜야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그것이</w:t>
      </w:r>
      <w:r>
        <w:rPr>
          <w:lang w:eastAsia="ko-KR"/>
        </w:rPr>
        <w:t xml:space="preserve"> </w:t>
      </w:r>
      <w:r>
        <w:rPr>
          <w:lang w:eastAsia="ko-KR"/>
        </w:rPr>
        <w:t>우리</w:t>
      </w:r>
      <w:r>
        <w:rPr>
          <w:lang w:eastAsia="ko-KR"/>
        </w:rPr>
        <w:t xml:space="preserve">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굳어지지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길입니다</w:t>
      </w:r>
      <w:r>
        <w:rPr>
          <w:lang w:eastAsia="ko-KR"/>
        </w:rPr>
        <w:t>.</w:t>
      </w:r>
    </w:p>
    <w:p w14:paraId="458E9739" w14:textId="5B6B14D4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lastRenderedPageBreak/>
        <w:t>또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구하는</w:t>
      </w:r>
      <w:r>
        <w:rPr>
          <w:lang w:eastAsia="ko-KR"/>
        </w:rPr>
        <w:t xml:space="preserve"> </w:t>
      </w:r>
      <w:r>
        <w:rPr>
          <w:lang w:eastAsia="ko-KR"/>
        </w:rPr>
        <w:t>삶은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살리는</w:t>
      </w:r>
      <w:r>
        <w:rPr>
          <w:lang w:eastAsia="ko-KR"/>
        </w:rPr>
        <w:t xml:space="preserve"> </w:t>
      </w:r>
      <w:r>
        <w:rPr>
          <w:lang w:eastAsia="ko-KR"/>
        </w:rPr>
        <w:t>데</w:t>
      </w:r>
      <w:r>
        <w:rPr>
          <w:lang w:eastAsia="ko-KR"/>
        </w:rPr>
        <w:t xml:space="preserve"> </w:t>
      </w:r>
      <w:r>
        <w:rPr>
          <w:lang w:eastAsia="ko-KR"/>
        </w:rPr>
        <w:t>나타납니다</w:t>
      </w:r>
      <w:r>
        <w:rPr>
          <w:lang w:eastAsia="ko-KR"/>
        </w:rPr>
        <w:t xml:space="preserve">. </w:t>
      </w:r>
      <w:r>
        <w:rPr>
          <w:lang w:eastAsia="ko-KR"/>
        </w:rPr>
        <w:t>목장의</w:t>
      </w:r>
      <w:r>
        <w:rPr>
          <w:lang w:eastAsia="ko-KR"/>
        </w:rPr>
        <w:t xml:space="preserve"> VIP</w:t>
      </w:r>
      <w:proofErr w:type="spellStart"/>
      <w:r>
        <w:rPr>
          <w:lang w:eastAsia="ko-KR"/>
        </w:rPr>
        <w:t>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기도하고</w:t>
      </w:r>
      <w:r>
        <w:rPr>
          <w:lang w:eastAsia="ko-KR"/>
        </w:rPr>
        <w:t xml:space="preserve">, </w:t>
      </w:r>
      <w:r>
        <w:rPr>
          <w:lang w:eastAsia="ko-KR"/>
        </w:rPr>
        <w:t>음식을</w:t>
      </w:r>
      <w:r>
        <w:rPr>
          <w:lang w:eastAsia="ko-KR"/>
        </w:rPr>
        <w:t xml:space="preserve"> </w:t>
      </w:r>
      <w:r>
        <w:rPr>
          <w:lang w:eastAsia="ko-KR"/>
        </w:rPr>
        <w:t>준비하고</w:t>
      </w:r>
      <w:r>
        <w:rPr>
          <w:lang w:eastAsia="ko-KR"/>
        </w:rPr>
        <w:t xml:space="preserve">, </w:t>
      </w:r>
      <w:r>
        <w:rPr>
          <w:lang w:eastAsia="ko-KR"/>
        </w:rPr>
        <w:t>초청하고</w:t>
      </w:r>
      <w:r>
        <w:rPr>
          <w:lang w:eastAsia="ko-KR"/>
        </w:rPr>
        <w:t xml:space="preserve">, </w:t>
      </w:r>
      <w:r>
        <w:rPr>
          <w:lang w:eastAsia="ko-KR"/>
        </w:rPr>
        <w:t>시간을</w:t>
      </w:r>
      <w:r>
        <w:rPr>
          <w:lang w:eastAsia="ko-KR"/>
        </w:rPr>
        <w:t xml:space="preserve"> </w:t>
      </w:r>
      <w:r>
        <w:rPr>
          <w:lang w:eastAsia="ko-KR"/>
        </w:rPr>
        <w:t>내고</w:t>
      </w:r>
      <w:r>
        <w:rPr>
          <w:lang w:eastAsia="ko-KR"/>
        </w:rPr>
        <w:t xml:space="preserve">, </w:t>
      </w:r>
      <w:r>
        <w:rPr>
          <w:lang w:eastAsia="ko-KR"/>
        </w:rPr>
        <w:t>사랑으로</w:t>
      </w:r>
      <w:r>
        <w:rPr>
          <w:lang w:eastAsia="ko-KR"/>
        </w:rPr>
        <w:t xml:space="preserve"> </w:t>
      </w:r>
      <w:r>
        <w:rPr>
          <w:lang w:eastAsia="ko-KR"/>
        </w:rPr>
        <w:t>섬기는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작아</w:t>
      </w:r>
      <w:r>
        <w:rPr>
          <w:lang w:eastAsia="ko-KR"/>
        </w:rPr>
        <w:t xml:space="preserve"> </w:t>
      </w:r>
      <w:r>
        <w:rPr>
          <w:lang w:eastAsia="ko-KR"/>
        </w:rPr>
        <w:t>보일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영혼을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나의</w:t>
      </w:r>
      <w:r>
        <w:rPr>
          <w:lang w:eastAsia="ko-KR"/>
        </w:rPr>
        <w:t xml:space="preserve"> </w:t>
      </w:r>
      <w:r>
        <w:rPr>
          <w:lang w:eastAsia="ko-KR"/>
        </w:rPr>
        <w:t>편안함을</w:t>
      </w:r>
      <w:r>
        <w:rPr>
          <w:lang w:eastAsia="ko-KR"/>
        </w:rPr>
        <w:t xml:space="preserve"> </w:t>
      </w:r>
      <w:r>
        <w:rPr>
          <w:lang w:eastAsia="ko-KR"/>
        </w:rPr>
        <w:t>내려놓는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하나님</w:t>
      </w:r>
      <w:r w:rsidR="00671167">
        <w:rPr>
          <w:rFonts w:ascii="Batang" w:eastAsia="Batang" w:hAnsi="Batang" w:cs="Batang" w:hint="eastAsia"/>
          <w:lang w:eastAsia="ko-KR"/>
        </w:rPr>
        <w:t xml:space="preserve">을 진정 사랑하는 </w:t>
      </w:r>
      <w:r>
        <w:rPr>
          <w:lang w:eastAsia="ko-KR"/>
        </w:rPr>
        <w:t xml:space="preserve"> </w:t>
      </w:r>
      <w:r>
        <w:rPr>
          <w:lang w:eastAsia="ko-KR"/>
        </w:rPr>
        <w:t>행동입니다</w:t>
      </w:r>
      <w:r>
        <w:rPr>
          <w:lang w:eastAsia="ko-KR"/>
        </w:rPr>
        <w:t xml:space="preserve">. </w:t>
      </w:r>
      <w:r w:rsidR="00145F1D">
        <w:rPr>
          <w:rFonts w:ascii="Batang" w:eastAsia="Batang" w:hAnsi="Batang" w:cs="Batang" w:hint="eastAsia"/>
          <w:lang w:eastAsia="ko-KR"/>
        </w:rPr>
        <w:t>예수님은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잃어버린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한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영혼을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찾기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위해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오셨습니다</w:t>
      </w:r>
      <w:r w:rsidR="00145F1D">
        <w:rPr>
          <w:lang w:eastAsia="ko-KR"/>
        </w:rPr>
        <w:t xml:space="preserve">. </w:t>
      </w:r>
      <w:r w:rsidR="00145F1D">
        <w:rPr>
          <w:rFonts w:ascii="Batang" w:eastAsia="Batang" w:hAnsi="Batang" w:cs="Batang" w:hint="eastAsia"/>
          <w:lang w:eastAsia="ko-KR"/>
        </w:rPr>
        <w:t>하나님은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그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한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사람이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회개하고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돌아올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때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하늘에서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크게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기뻐하십니다</w:t>
      </w:r>
      <w:r w:rsidR="00145F1D">
        <w:rPr>
          <w:lang w:eastAsia="ko-KR"/>
        </w:rPr>
        <w:t xml:space="preserve">. </w:t>
      </w:r>
      <w:r w:rsidR="00145F1D">
        <w:rPr>
          <w:rFonts w:ascii="Batang" w:eastAsia="Batang" w:hAnsi="Batang" w:cs="Batang" w:hint="eastAsia"/>
          <w:lang w:eastAsia="ko-KR"/>
        </w:rPr>
        <w:t>따라서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한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영혼을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구하는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일은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하나님께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매우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귀하고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중요한</w:t>
      </w:r>
      <w:r w:rsidR="00145F1D">
        <w:rPr>
          <w:lang w:eastAsia="ko-KR"/>
        </w:rPr>
        <w:t xml:space="preserve"> </w:t>
      </w:r>
      <w:r w:rsidR="00145F1D">
        <w:rPr>
          <w:rFonts w:ascii="Batang" w:eastAsia="Batang" w:hAnsi="Batang" w:cs="Batang" w:hint="eastAsia"/>
          <w:lang w:eastAsia="ko-KR"/>
        </w:rPr>
        <w:t>일입니다</w:t>
      </w:r>
      <w:r w:rsidR="00145F1D">
        <w:rPr>
          <w:lang w:eastAsia="ko-KR"/>
        </w:rPr>
        <w:t>.</w:t>
      </w:r>
      <w:r>
        <w:rPr>
          <w:lang w:eastAsia="ko-KR"/>
        </w:rPr>
        <w:t xml:space="preserve">. </w:t>
      </w:r>
      <w:r>
        <w:rPr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영혼을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기도하고</w:t>
      </w:r>
      <w:r>
        <w:rPr>
          <w:lang w:eastAsia="ko-KR"/>
        </w:rPr>
        <w:t xml:space="preserve"> </w:t>
      </w:r>
      <w:r>
        <w:rPr>
          <w:lang w:eastAsia="ko-KR"/>
        </w:rPr>
        <w:t>사랑하며</w:t>
      </w:r>
      <w:r>
        <w:rPr>
          <w:lang w:eastAsia="ko-KR"/>
        </w:rPr>
        <w:t xml:space="preserve"> </w:t>
      </w:r>
      <w:r>
        <w:rPr>
          <w:lang w:eastAsia="ko-KR"/>
        </w:rPr>
        <w:t>복음을</w:t>
      </w:r>
      <w:r>
        <w:rPr>
          <w:lang w:eastAsia="ko-KR"/>
        </w:rPr>
        <w:t xml:space="preserve"> </w:t>
      </w:r>
      <w:r>
        <w:rPr>
          <w:lang w:eastAsia="ko-KR"/>
        </w:rPr>
        <w:t>나누는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인정을</w:t>
      </w:r>
      <w:r>
        <w:rPr>
          <w:lang w:eastAsia="ko-KR"/>
        </w:rPr>
        <w:t xml:space="preserve"> </w:t>
      </w:r>
      <w:r>
        <w:rPr>
          <w:lang w:eastAsia="ko-KR"/>
        </w:rPr>
        <w:t>얻기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구하는</w:t>
      </w:r>
      <w:r>
        <w:rPr>
          <w:lang w:eastAsia="ko-KR"/>
        </w:rPr>
        <w:t xml:space="preserve"> </w:t>
      </w:r>
      <w:r>
        <w:rPr>
          <w:lang w:eastAsia="ko-KR"/>
        </w:rPr>
        <w:t>일입니다</w:t>
      </w:r>
      <w:r>
        <w:rPr>
          <w:lang w:eastAsia="ko-KR"/>
        </w:rPr>
        <w:t>.</w:t>
      </w:r>
    </w:p>
    <w:p w14:paraId="0A4C4F5C" w14:textId="5E5F9255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십자가를</w:t>
      </w:r>
      <w:r>
        <w:rPr>
          <w:lang w:eastAsia="ko-KR"/>
        </w:rPr>
        <w:t xml:space="preserve"> </w:t>
      </w:r>
      <w:r>
        <w:rPr>
          <w:lang w:eastAsia="ko-KR"/>
        </w:rPr>
        <w:t>보십시오</w:t>
      </w:r>
      <w:r>
        <w:rPr>
          <w:lang w:eastAsia="ko-KR"/>
        </w:rPr>
        <w:t xml:space="preserve">. </w:t>
      </w:r>
      <w:r>
        <w:rPr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지키기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버리지</w:t>
      </w:r>
      <w:r>
        <w:rPr>
          <w:lang w:eastAsia="ko-KR"/>
        </w:rPr>
        <w:t xml:space="preserve"> </w:t>
      </w:r>
      <w:r>
        <w:rPr>
          <w:lang w:eastAsia="ko-KR"/>
        </w:rPr>
        <w:t>않으셨습니다</w:t>
      </w:r>
      <w:r>
        <w:rPr>
          <w:lang w:eastAsia="ko-KR"/>
        </w:rPr>
        <w:t xml:space="preserve">. </w:t>
      </w:r>
      <w:r>
        <w:rPr>
          <w:lang w:eastAsia="ko-KR"/>
        </w:rPr>
        <w:t>오히려</w:t>
      </w:r>
      <w:r>
        <w:rPr>
          <w:lang w:eastAsia="ko-KR"/>
        </w:rPr>
        <w:t xml:space="preserve"> </w:t>
      </w:r>
      <w:r>
        <w:rPr>
          <w:lang w:eastAsia="ko-KR"/>
        </w:rPr>
        <w:t>우리를</w:t>
      </w:r>
      <w:r>
        <w:rPr>
          <w:lang w:eastAsia="ko-KR"/>
        </w:rPr>
        <w:t xml:space="preserve"> </w:t>
      </w:r>
      <w:r>
        <w:rPr>
          <w:lang w:eastAsia="ko-KR"/>
        </w:rPr>
        <w:t>살리기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내어</w:t>
      </w:r>
      <w:r>
        <w:rPr>
          <w:lang w:eastAsia="ko-KR"/>
        </w:rPr>
        <w:t xml:space="preserve"> </w:t>
      </w:r>
      <w:r>
        <w:rPr>
          <w:lang w:eastAsia="ko-KR"/>
        </w:rPr>
        <w:t>주셨습니다</w:t>
      </w:r>
      <w:r>
        <w:rPr>
          <w:lang w:eastAsia="ko-KR"/>
        </w:rPr>
        <w:t xml:space="preserve">.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십자가에서</w:t>
      </w:r>
      <w:r>
        <w:rPr>
          <w:lang w:eastAsia="ko-KR"/>
        </w:rPr>
        <w:t xml:space="preserve"> </w:t>
      </w:r>
      <w:r>
        <w:rPr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영광과</w:t>
      </w:r>
      <w:r>
        <w:rPr>
          <w:lang w:eastAsia="ko-KR"/>
        </w:rPr>
        <w:t xml:space="preserve"> </w:t>
      </w:r>
      <w:r>
        <w:rPr>
          <w:lang w:eastAsia="ko-KR"/>
        </w:rPr>
        <w:t>사랑을</w:t>
      </w:r>
      <w:r>
        <w:rPr>
          <w:lang w:eastAsia="ko-KR"/>
        </w:rPr>
        <w:t xml:space="preserve"> </w:t>
      </w:r>
      <w:r>
        <w:rPr>
          <w:lang w:eastAsia="ko-KR"/>
        </w:rPr>
        <w:t>봅니다</w:t>
      </w:r>
      <w:r>
        <w:rPr>
          <w:lang w:eastAsia="ko-KR"/>
        </w:rPr>
        <w:t xml:space="preserve">.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이상</w:t>
      </w:r>
      <w:r>
        <w:rPr>
          <w:lang w:eastAsia="ko-KR"/>
        </w:rPr>
        <w:t xml:space="preserve"> </w:t>
      </w:r>
      <w:r>
        <w:rPr>
          <w:lang w:eastAsia="ko-KR"/>
        </w:rPr>
        <w:t>자기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편안함만을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최고의</w:t>
      </w:r>
      <w:r>
        <w:rPr>
          <w:lang w:eastAsia="ko-KR"/>
        </w:rPr>
        <w:t xml:space="preserve"> </w:t>
      </w:r>
      <w:r>
        <w:rPr>
          <w:lang w:eastAsia="ko-KR"/>
        </w:rPr>
        <w:t>가치로</w:t>
      </w:r>
      <w:r>
        <w:rPr>
          <w:lang w:eastAsia="ko-KR"/>
        </w:rPr>
        <w:t xml:space="preserve"> </w:t>
      </w:r>
      <w:r>
        <w:rPr>
          <w:lang w:eastAsia="ko-KR"/>
        </w:rPr>
        <w:t>붙들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없습니다</w:t>
      </w:r>
      <w:r>
        <w:rPr>
          <w:lang w:eastAsia="ko-KR"/>
        </w:rPr>
        <w:t xml:space="preserve">. </w:t>
      </w:r>
      <w:r w:rsidR="00BE1068">
        <w:rPr>
          <w:rFonts w:ascii="Batang" w:eastAsia="Batang" w:hAnsi="Batang" w:cs="Batang" w:hint="eastAsia"/>
          <w:lang w:eastAsia="ko-KR"/>
        </w:rPr>
        <w:t xml:space="preserve">우리가 예수님께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사랑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사람을</w:t>
      </w:r>
      <w:r>
        <w:rPr>
          <w:lang w:eastAsia="ko-KR"/>
        </w:rPr>
        <w:t xml:space="preserve"> </w:t>
      </w:r>
      <w:r>
        <w:rPr>
          <w:lang w:eastAsia="ko-KR"/>
        </w:rPr>
        <w:t>사랑하고</w:t>
      </w:r>
      <w:r>
        <w:rPr>
          <w:lang w:eastAsia="ko-KR"/>
        </w:rPr>
        <w:t xml:space="preserve">, </w:t>
      </w:r>
      <w:r>
        <w:rPr>
          <w:lang w:eastAsia="ko-KR"/>
        </w:rPr>
        <w:t>받은</w:t>
      </w:r>
      <w:r>
        <w:rPr>
          <w:lang w:eastAsia="ko-KR"/>
        </w:rPr>
        <w:t xml:space="preserve"> </w:t>
      </w:r>
      <w:r>
        <w:rPr>
          <w:lang w:eastAsia="ko-KR"/>
        </w:rPr>
        <w:t>은혜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섬기고</w:t>
      </w:r>
      <w:r>
        <w:rPr>
          <w:lang w:eastAsia="ko-KR"/>
        </w:rPr>
        <w:t xml:space="preserve">,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귀하시기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 w:rsidR="00D400F1">
        <w:rPr>
          <w:rFonts w:ascii="Batang" w:eastAsia="Batang" w:hAnsi="Batang" w:cs="Batang" w:hint="eastAsia"/>
          <w:lang w:eastAsia="ko-KR"/>
        </w:rPr>
        <w:t xml:space="preserve">그분의 명령에 </w:t>
      </w:r>
      <w:r>
        <w:rPr>
          <w:lang w:eastAsia="ko-KR"/>
        </w:rPr>
        <w:t>순종하게</w:t>
      </w:r>
      <w:r>
        <w:rPr>
          <w:lang w:eastAsia="ko-KR"/>
        </w:rPr>
        <w:t xml:space="preserve"> </w:t>
      </w:r>
      <w:r>
        <w:rPr>
          <w:lang w:eastAsia="ko-KR"/>
        </w:rPr>
        <w:t>됩니다</w:t>
      </w:r>
      <w:r>
        <w:rPr>
          <w:lang w:eastAsia="ko-KR"/>
        </w:rPr>
        <w:t>.</w:t>
      </w:r>
    </w:p>
    <w:p w14:paraId="2C8D343F" w14:textId="77777777" w:rsidR="00DD3485" w:rsidRDefault="008467EC">
      <w:pPr>
        <w:pStyle w:val="Heading1"/>
        <w:rPr>
          <w:lang w:eastAsia="ko-KR"/>
        </w:rPr>
      </w:pPr>
      <w:r>
        <w:rPr>
          <w:lang w:eastAsia="ko-KR"/>
        </w:rPr>
        <w:t>결론</w:t>
      </w:r>
      <w:r>
        <w:rPr>
          <w:lang w:eastAsia="ko-KR"/>
        </w:rPr>
        <w:t xml:space="preserve"> —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붙들다가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놓치지</w:t>
      </w:r>
      <w:r>
        <w:rPr>
          <w:lang w:eastAsia="ko-KR"/>
        </w:rPr>
        <w:t xml:space="preserve"> </w:t>
      </w:r>
      <w:r>
        <w:rPr>
          <w:lang w:eastAsia="ko-KR"/>
        </w:rPr>
        <w:t>맙시다</w:t>
      </w:r>
    </w:p>
    <w:p w14:paraId="401A14BA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lang w:eastAsia="ko-KR"/>
        </w:rPr>
        <w:t>세</w:t>
      </w:r>
      <w:r>
        <w:rPr>
          <w:lang w:eastAsia="ko-KR"/>
        </w:rPr>
        <w:t xml:space="preserve"> </w:t>
      </w:r>
      <w:r>
        <w:rPr>
          <w:lang w:eastAsia="ko-KR"/>
        </w:rPr>
        <w:t>가지를</w:t>
      </w:r>
      <w:r>
        <w:rPr>
          <w:lang w:eastAsia="ko-KR"/>
        </w:rPr>
        <w:t xml:space="preserve"> </w:t>
      </w:r>
      <w:r>
        <w:rPr>
          <w:lang w:eastAsia="ko-KR"/>
        </w:rPr>
        <w:t>묻습니다</w:t>
      </w:r>
      <w:r>
        <w:rPr>
          <w:lang w:eastAsia="ko-KR"/>
        </w:rPr>
        <w:t>.</w:t>
      </w:r>
    </w:p>
    <w:p w14:paraId="4399F41E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첫째</w:t>
      </w:r>
      <w:r>
        <w:rPr>
          <w:lang w:eastAsia="ko-KR"/>
        </w:rPr>
        <w:t xml:space="preserve">, 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말씀에</w:t>
      </w:r>
      <w:r>
        <w:rPr>
          <w:lang w:eastAsia="ko-KR"/>
        </w:rPr>
        <w:t xml:space="preserve"> </w:t>
      </w:r>
      <w:r>
        <w:rPr>
          <w:lang w:eastAsia="ko-KR"/>
        </w:rPr>
        <w:t>반응하고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 xml:space="preserve">?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듣고</w:t>
      </w:r>
      <w:r>
        <w:rPr>
          <w:lang w:eastAsia="ko-KR"/>
        </w:rPr>
        <w:t xml:space="preserve"> </w:t>
      </w:r>
      <w:r>
        <w:rPr>
          <w:lang w:eastAsia="ko-KR"/>
        </w:rPr>
        <w:t>깨닫는</w:t>
      </w:r>
      <w:r>
        <w:rPr>
          <w:lang w:eastAsia="ko-KR"/>
        </w:rPr>
        <w:t xml:space="preserve"> </w:t>
      </w:r>
      <w:r>
        <w:rPr>
          <w:lang w:eastAsia="ko-KR"/>
        </w:rPr>
        <w:t>데서</w:t>
      </w:r>
      <w:r>
        <w:rPr>
          <w:lang w:eastAsia="ko-KR"/>
        </w:rPr>
        <w:t xml:space="preserve"> </w:t>
      </w:r>
      <w:r>
        <w:rPr>
          <w:lang w:eastAsia="ko-KR"/>
        </w:rPr>
        <w:t>끝나는가</w:t>
      </w:r>
      <w:r>
        <w:rPr>
          <w:lang w:eastAsia="ko-KR"/>
        </w:rPr>
        <w:t xml:space="preserve">, </w:t>
      </w:r>
      <w:r>
        <w:rPr>
          <w:lang w:eastAsia="ko-KR"/>
        </w:rPr>
        <w:t>아니면</w:t>
      </w:r>
      <w:r>
        <w:rPr>
          <w:lang w:eastAsia="ko-KR"/>
        </w:rPr>
        <w:t xml:space="preserve"> </w:t>
      </w:r>
      <w:r>
        <w:rPr>
          <w:lang w:eastAsia="ko-KR"/>
        </w:rPr>
        <w:t>실제로</w:t>
      </w:r>
      <w:r>
        <w:rPr>
          <w:lang w:eastAsia="ko-KR"/>
        </w:rPr>
        <w:t xml:space="preserve"> </w:t>
      </w:r>
      <w:r>
        <w:rPr>
          <w:lang w:eastAsia="ko-KR"/>
        </w:rPr>
        <w:t>돌이키고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>?</w:t>
      </w:r>
    </w:p>
    <w:p w14:paraId="043706DB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둘째</w:t>
      </w:r>
      <w:r>
        <w:rPr>
          <w:lang w:eastAsia="ko-KR"/>
        </w:rPr>
        <w:t xml:space="preserve">, </w:t>
      </w:r>
      <w:r>
        <w:rPr>
          <w:lang w:eastAsia="ko-KR"/>
        </w:rPr>
        <w:t>나는</w:t>
      </w:r>
      <w:r>
        <w:rPr>
          <w:lang w:eastAsia="ko-KR"/>
        </w:rPr>
        <w:t xml:space="preserve"> </w:t>
      </w:r>
      <w:r>
        <w:rPr>
          <w:lang w:eastAsia="ko-KR"/>
        </w:rPr>
        <w:t>누구의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사랑하는가</w:t>
      </w:r>
      <w:r>
        <w:rPr>
          <w:lang w:eastAsia="ko-KR"/>
        </w:rPr>
        <w:t xml:space="preserve">?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인정입니까</w:t>
      </w:r>
      <w:r>
        <w:rPr>
          <w:lang w:eastAsia="ko-KR"/>
        </w:rPr>
        <w:t xml:space="preserve">, </w:t>
      </w:r>
      <w:r>
        <w:rPr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lang w:eastAsia="ko-KR"/>
        </w:rPr>
        <w:t>칭찬과</w:t>
      </w:r>
      <w:r>
        <w:rPr>
          <w:lang w:eastAsia="ko-KR"/>
        </w:rPr>
        <w:t xml:space="preserve"> </w:t>
      </w:r>
      <w:r>
        <w:rPr>
          <w:lang w:eastAsia="ko-KR"/>
        </w:rPr>
        <w:t>평판입니까</w:t>
      </w:r>
      <w:r>
        <w:rPr>
          <w:lang w:eastAsia="ko-KR"/>
        </w:rPr>
        <w:t xml:space="preserve">? </w:t>
      </w:r>
      <w:r>
        <w:rPr>
          <w:lang w:eastAsia="ko-KR"/>
        </w:rPr>
        <w:t>예수님</w:t>
      </w:r>
      <w:r>
        <w:rPr>
          <w:lang w:eastAsia="ko-KR"/>
        </w:rPr>
        <w:t xml:space="preserve"> </w:t>
      </w:r>
      <w:r>
        <w:rPr>
          <w:lang w:eastAsia="ko-KR"/>
        </w:rPr>
        <w:t>때문에</w:t>
      </w:r>
      <w:r>
        <w:rPr>
          <w:lang w:eastAsia="ko-KR"/>
        </w:rPr>
        <w:t xml:space="preserve"> </w:t>
      </w:r>
      <w:r>
        <w:rPr>
          <w:lang w:eastAsia="ko-KR"/>
        </w:rPr>
        <w:t>잃을까</w:t>
      </w:r>
      <w:r>
        <w:rPr>
          <w:lang w:eastAsia="ko-KR"/>
        </w:rPr>
        <w:t xml:space="preserve"> </w:t>
      </w:r>
      <w:r>
        <w:rPr>
          <w:lang w:eastAsia="ko-KR"/>
        </w:rPr>
        <w:t>봐</w:t>
      </w:r>
      <w:r>
        <w:rPr>
          <w:lang w:eastAsia="ko-KR"/>
        </w:rPr>
        <w:t xml:space="preserve"> </w:t>
      </w:r>
      <w:r>
        <w:rPr>
          <w:lang w:eastAsia="ko-KR"/>
        </w:rPr>
        <w:t>두려워하는</w:t>
      </w:r>
      <w:r>
        <w:rPr>
          <w:lang w:eastAsia="ko-KR"/>
        </w:rPr>
        <w:t xml:space="preserve"> </w:t>
      </w:r>
      <w:r>
        <w:rPr>
          <w:lang w:eastAsia="ko-KR"/>
        </w:rPr>
        <w:t>것이</w:t>
      </w:r>
      <w:r>
        <w:rPr>
          <w:lang w:eastAsia="ko-KR"/>
        </w:rPr>
        <w:t xml:space="preserve"> </w:t>
      </w:r>
      <w:r>
        <w:rPr>
          <w:lang w:eastAsia="ko-KR"/>
        </w:rPr>
        <w:t>무엇입니까</w:t>
      </w:r>
      <w:r>
        <w:rPr>
          <w:lang w:eastAsia="ko-KR"/>
        </w:rPr>
        <w:t>?</w:t>
      </w:r>
    </w:p>
    <w:p w14:paraId="4E0EBEDF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셋째</w:t>
      </w:r>
      <w:r>
        <w:rPr>
          <w:lang w:eastAsia="ko-KR"/>
        </w:rPr>
        <w:t xml:space="preserve">,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앞에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영혼을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무엇을</w:t>
      </w:r>
      <w:r>
        <w:rPr>
          <w:lang w:eastAsia="ko-KR"/>
        </w:rPr>
        <w:t xml:space="preserve"> </w:t>
      </w:r>
      <w:r>
        <w:rPr>
          <w:lang w:eastAsia="ko-KR"/>
        </w:rPr>
        <w:t>내려놓고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 xml:space="preserve">? </w:t>
      </w:r>
      <w:r>
        <w:rPr>
          <w:lang w:eastAsia="ko-KR"/>
        </w:rPr>
        <w:t>나의</w:t>
      </w:r>
      <w:r>
        <w:rPr>
          <w:lang w:eastAsia="ko-KR"/>
        </w:rPr>
        <w:t xml:space="preserve"> </w:t>
      </w:r>
      <w:r>
        <w:rPr>
          <w:lang w:eastAsia="ko-KR"/>
        </w:rPr>
        <w:t>편안함과</w:t>
      </w:r>
      <w:r>
        <w:rPr>
          <w:lang w:eastAsia="ko-KR"/>
        </w:rPr>
        <w:t xml:space="preserve"> </w:t>
      </w:r>
      <w:r>
        <w:rPr>
          <w:lang w:eastAsia="ko-KR"/>
        </w:rPr>
        <w:t>시간과</w:t>
      </w:r>
      <w:r>
        <w:rPr>
          <w:lang w:eastAsia="ko-KR"/>
        </w:rPr>
        <w:t xml:space="preserve"> </w:t>
      </w:r>
      <w:r>
        <w:rPr>
          <w:lang w:eastAsia="ko-KR"/>
        </w:rPr>
        <w:t>자존심보다</w:t>
      </w:r>
      <w:r>
        <w:rPr>
          <w:lang w:eastAsia="ko-KR"/>
        </w:rPr>
        <w:t xml:space="preserve">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귀하게</w:t>
      </w:r>
      <w:r>
        <w:rPr>
          <w:lang w:eastAsia="ko-KR"/>
        </w:rPr>
        <w:t xml:space="preserve"> </w:t>
      </w:r>
      <w:r>
        <w:rPr>
          <w:lang w:eastAsia="ko-KR"/>
        </w:rPr>
        <w:t>여기시는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귀하게</w:t>
      </w:r>
      <w:r>
        <w:rPr>
          <w:lang w:eastAsia="ko-KR"/>
        </w:rPr>
        <w:t xml:space="preserve"> </w:t>
      </w:r>
      <w:r>
        <w:rPr>
          <w:lang w:eastAsia="ko-KR"/>
        </w:rPr>
        <w:t>여기고</w:t>
      </w:r>
      <w:r>
        <w:rPr>
          <w:lang w:eastAsia="ko-KR"/>
        </w:rPr>
        <w:t xml:space="preserve"> </w:t>
      </w:r>
      <w:r>
        <w:rPr>
          <w:lang w:eastAsia="ko-KR"/>
        </w:rPr>
        <w:t>있는가</w:t>
      </w:r>
      <w:r>
        <w:rPr>
          <w:lang w:eastAsia="ko-KR"/>
        </w:rPr>
        <w:t>?</w:t>
      </w:r>
    </w:p>
    <w:p w14:paraId="26BD5D82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사랑하는</w:t>
      </w:r>
      <w:r>
        <w:rPr>
          <w:lang w:eastAsia="ko-KR"/>
        </w:rPr>
        <w:t xml:space="preserve"> </w:t>
      </w:r>
      <w:r>
        <w:rPr>
          <w:lang w:eastAsia="ko-KR"/>
        </w:rPr>
        <w:t>여러분</w:t>
      </w:r>
      <w:r>
        <w:rPr>
          <w:lang w:eastAsia="ko-KR"/>
        </w:rPr>
        <w:t xml:space="preserve">,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영광은</w:t>
      </w:r>
      <w:r>
        <w:rPr>
          <w:lang w:eastAsia="ko-KR"/>
        </w:rPr>
        <w:t xml:space="preserve"> </w:t>
      </w:r>
      <w:r>
        <w:rPr>
          <w:lang w:eastAsia="ko-KR"/>
        </w:rPr>
        <w:t>잠깐입니다</w:t>
      </w:r>
      <w:r>
        <w:rPr>
          <w:lang w:eastAsia="ko-KR"/>
        </w:rPr>
        <w:t xml:space="preserve">. </w:t>
      </w:r>
      <w:r>
        <w:rPr>
          <w:lang w:eastAsia="ko-KR"/>
        </w:rPr>
        <w:t>오늘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칭찬하는</w:t>
      </w:r>
      <w:r>
        <w:rPr>
          <w:lang w:eastAsia="ko-KR"/>
        </w:rPr>
        <w:t xml:space="preserve"> </w:t>
      </w:r>
      <w:r>
        <w:rPr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lang w:eastAsia="ko-KR"/>
        </w:rPr>
        <w:t>내일은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잊을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lang w:eastAsia="ko-KR"/>
        </w:rPr>
        <w:t>세상의</w:t>
      </w:r>
      <w:r>
        <w:rPr>
          <w:lang w:eastAsia="ko-KR"/>
        </w:rPr>
        <w:t xml:space="preserve"> </w:t>
      </w:r>
      <w:r>
        <w:rPr>
          <w:lang w:eastAsia="ko-KR"/>
        </w:rPr>
        <w:t>평판은</w:t>
      </w:r>
      <w:r>
        <w:rPr>
          <w:lang w:eastAsia="ko-KR"/>
        </w:rPr>
        <w:t xml:space="preserve"> </w:t>
      </w:r>
      <w:r>
        <w:rPr>
          <w:lang w:eastAsia="ko-KR"/>
        </w:rPr>
        <w:t>계속</w:t>
      </w:r>
      <w:r>
        <w:rPr>
          <w:lang w:eastAsia="ko-KR"/>
        </w:rPr>
        <w:t xml:space="preserve"> </w:t>
      </w:r>
      <w:r>
        <w:rPr>
          <w:lang w:eastAsia="ko-KR"/>
        </w:rPr>
        <w:t>바뀝니다</w:t>
      </w:r>
      <w:r>
        <w:rPr>
          <w:lang w:eastAsia="ko-KR"/>
        </w:rPr>
        <w:t xml:space="preserve">. </w:t>
      </w:r>
      <w:r>
        <w:rPr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lang w:eastAsia="ko-KR"/>
        </w:rPr>
        <w:t>영광은</w:t>
      </w:r>
      <w:r>
        <w:rPr>
          <w:lang w:eastAsia="ko-KR"/>
        </w:rPr>
        <w:t xml:space="preserve"> </w:t>
      </w:r>
      <w:r>
        <w:rPr>
          <w:lang w:eastAsia="ko-KR"/>
        </w:rPr>
        <w:t>영원합니다</w:t>
      </w:r>
      <w:r>
        <w:rPr>
          <w:lang w:eastAsia="ko-KR"/>
        </w:rPr>
        <w:t xml:space="preserve">. </w:t>
      </w:r>
      <w:r>
        <w:rPr>
          <w:lang w:eastAsia="ko-KR"/>
        </w:rPr>
        <w:t>마지막</w:t>
      </w:r>
      <w:r>
        <w:rPr>
          <w:lang w:eastAsia="ko-KR"/>
        </w:rPr>
        <w:t xml:space="preserve"> </w:t>
      </w:r>
      <w:r>
        <w:rPr>
          <w:lang w:eastAsia="ko-KR"/>
        </w:rPr>
        <w:t>날에</w:t>
      </w:r>
      <w:r>
        <w:rPr>
          <w:lang w:eastAsia="ko-KR"/>
        </w:rPr>
        <w:t xml:space="preserve"> </w:t>
      </w:r>
      <w:r>
        <w:rPr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lang w:eastAsia="ko-KR"/>
        </w:rPr>
        <w:t>것은</w:t>
      </w:r>
      <w:r>
        <w:rPr>
          <w:lang w:eastAsia="ko-KR"/>
        </w:rPr>
        <w:t xml:space="preserve"> </w:t>
      </w:r>
      <w:r>
        <w:rPr>
          <w:lang w:eastAsia="ko-KR"/>
        </w:rPr>
        <w:t>사람들이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평가했는가가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아니라</w:t>
      </w:r>
      <w:r>
        <w:rPr>
          <w:lang w:eastAsia="ko-KR"/>
        </w:rPr>
        <w:t xml:space="preserve"> </w:t>
      </w:r>
      <w:r>
        <w:rPr>
          <w:lang w:eastAsia="ko-KR"/>
        </w:rPr>
        <w:t>주님께서</w:t>
      </w:r>
      <w:r>
        <w:rPr>
          <w:lang w:eastAsia="ko-KR"/>
        </w:rPr>
        <w:t xml:space="preserve"> </w:t>
      </w:r>
      <w:r>
        <w:rPr>
          <w:lang w:eastAsia="ko-KR"/>
        </w:rPr>
        <w:t>나를</w:t>
      </w:r>
      <w:r>
        <w:rPr>
          <w:lang w:eastAsia="ko-KR"/>
        </w:rPr>
        <w:t xml:space="preserve"> </w:t>
      </w:r>
      <w:r>
        <w:rPr>
          <w:lang w:eastAsia="ko-KR"/>
        </w:rPr>
        <w:t>어떻게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보시는가입니다</w:t>
      </w:r>
      <w:proofErr w:type="spellEnd"/>
      <w:r>
        <w:rPr>
          <w:lang w:eastAsia="ko-KR"/>
        </w:rPr>
        <w:t>.</w:t>
      </w:r>
    </w:p>
    <w:p w14:paraId="49B91EAA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lastRenderedPageBreak/>
        <w:t>“</w:t>
      </w:r>
      <w:r>
        <w:rPr>
          <w:lang w:eastAsia="ko-KR"/>
        </w:rPr>
        <w:t>그들이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않았다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반복되어</w:t>
      </w:r>
      <w:r>
        <w:rPr>
          <w:lang w:eastAsia="ko-KR"/>
        </w:rPr>
        <w:t xml:space="preserve"> “</w:t>
      </w:r>
      <w:r>
        <w:rPr>
          <w:lang w:eastAsia="ko-KR"/>
        </w:rPr>
        <w:t>그들이</w:t>
      </w:r>
      <w:r>
        <w:rPr>
          <w:lang w:eastAsia="ko-KR"/>
        </w:rPr>
        <w:t xml:space="preserve"> </w:t>
      </w:r>
      <w:r>
        <w:rPr>
          <w:lang w:eastAsia="ko-KR"/>
        </w:rPr>
        <w:t>믿지</w:t>
      </w:r>
      <w:r>
        <w:rPr>
          <w:lang w:eastAsia="ko-KR"/>
        </w:rPr>
        <w:t xml:space="preserve"> </w:t>
      </w:r>
      <w:r>
        <w:rPr>
          <w:lang w:eastAsia="ko-KR"/>
        </w:rPr>
        <w:t>못했다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되는</w:t>
      </w:r>
      <w:r>
        <w:rPr>
          <w:lang w:eastAsia="ko-KR"/>
        </w:rPr>
        <w:t xml:space="preserve"> </w:t>
      </w:r>
      <w:r>
        <w:rPr>
          <w:lang w:eastAsia="ko-KR"/>
        </w:rPr>
        <w:t>자리까지</w:t>
      </w:r>
      <w:r>
        <w:rPr>
          <w:lang w:eastAsia="ko-KR"/>
        </w:rPr>
        <w:t xml:space="preserve"> </w:t>
      </w:r>
      <w:r>
        <w:rPr>
          <w:lang w:eastAsia="ko-KR"/>
        </w:rPr>
        <w:t>가지</w:t>
      </w:r>
      <w:r>
        <w:rPr>
          <w:lang w:eastAsia="ko-KR"/>
        </w:rPr>
        <w:t xml:space="preserve"> </w:t>
      </w:r>
      <w:r>
        <w:rPr>
          <w:lang w:eastAsia="ko-KR"/>
        </w:rPr>
        <w:t>맙시다</w:t>
      </w:r>
      <w:r>
        <w:rPr>
          <w:lang w:eastAsia="ko-KR"/>
        </w:rPr>
        <w:t xml:space="preserve">. </w:t>
      </w: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들을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있을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들읍시다</w:t>
      </w:r>
      <w:r>
        <w:rPr>
          <w:lang w:eastAsia="ko-KR"/>
        </w:rPr>
        <w:t xml:space="preserve">. </w:t>
      </w:r>
      <w:r>
        <w:rPr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lang w:eastAsia="ko-KR"/>
        </w:rPr>
        <w:t>찔릴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회개합시다</w:t>
      </w:r>
      <w:r>
        <w:rPr>
          <w:lang w:eastAsia="ko-KR"/>
        </w:rPr>
        <w:t xml:space="preserve">. </w:t>
      </w:r>
      <w:r>
        <w:rPr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있을</w:t>
      </w:r>
      <w:r>
        <w:rPr>
          <w:lang w:eastAsia="ko-KR"/>
        </w:rPr>
        <w:t xml:space="preserve"> </w:t>
      </w:r>
      <w:r>
        <w:rPr>
          <w:lang w:eastAsia="ko-KR"/>
        </w:rPr>
        <w:t>때</w:t>
      </w:r>
      <w:r>
        <w:rPr>
          <w:lang w:eastAsia="ko-KR"/>
        </w:rPr>
        <w:t xml:space="preserve"> </w:t>
      </w:r>
      <w:r>
        <w:rPr>
          <w:lang w:eastAsia="ko-KR"/>
        </w:rPr>
        <w:t>순종합시다</w:t>
      </w:r>
      <w:r>
        <w:rPr>
          <w:lang w:eastAsia="ko-KR"/>
        </w:rPr>
        <w:t xml:space="preserve">.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칭찬을</w:t>
      </w:r>
      <w:r>
        <w:rPr>
          <w:lang w:eastAsia="ko-KR"/>
        </w:rPr>
        <w:t xml:space="preserve"> </w:t>
      </w:r>
      <w:r>
        <w:rPr>
          <w:lang w:eastAsia="ko-KR"/>
        </w:rPr>
        <w:t>붙들다가</w:t>
      </w:r>
      <w:r>
        <w:rPr>
          <w:lang w:eastAsia="ko-KR"/>
        </w:rPr>
        <w:t xml:space="preserve"> </w:t>
      </w:r>
      <w:r>
        <w:rPr>
          <w:lang w:eastAsia="ko-KR"/>
        </w:rPr>
        <w:t>주님을</w:t>
      </w:r>
      <w:r>
        <w:rPr>
          <w:lang w:eastAsia="ko-KR"/>
        </w:rPr>
        <w:t xml:space="preserve"> </w:t>
      </w:r>
      <w:r>
        <w:rPr>
          <w:lang w:eastAsia="ko-KR"/>
        </w:rPr>
        <w:t>놓치지</w:t>
      </w:r>
      <w:r>
        <w:rPr>
          <w:lang w:eastAsia="ko-KR"/>
        </w:rPr>
        <w:t xml:space="preserve"> </w:t>
      </w:r>
      <w:r>
        <w:rPr>
          <w:lang w:eastAsia="ko-KR"/>
        </w:rPr>
        <w:t>맙시다</w:t>
      </w:r>
      <w:r>
        <w:rPr>
          <w:lang w:eastAsia="ko-KR"/>
        </w:rPr>
        <w:t>.</w:t>
      </w:r>
    </w:p>
    <w:p w14:paraId="5DDA42D0" w14:textId="77777777" w:rsidR="00DD3485" w:rsidRDefault="008467EC">
      <w:pPr>
        <w:ind w:firstLine="259"/>
        <w:jc w:val="both"/>
        <w:rPr>
          <w:lang w:eastAsia="ko-KR"/>
        </w:rPr>
      </w:pPr>
      <w:proofErr w:type="spellStart"/>
      <w:r>
        <w:rPr>
          <w:lang w:eastAsia="ko-KR"/>
        </w:rPr>
        <w:t>이사야가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높고</w:t>
      </w:r>
      <w:r>
        <w:rPr>
          <w:lang w:eastAsia="ko-KR"/>
        </w:rPr>
        <w:t xml:space="preserve"> </w:t>
      </w:r>
      <w:r>
        <w:rPr>
          <w:lang w:eastAsia="ko-KR"/>
        </w:rPr>
        <w:t>거룩하신</w:t>
      </w:r>
      <w:r>
        <w:rPr>
          <w:lang w:eastAsia="ko-KR"/>
        </w:rPr>
        <w:t xml:space="preserve"> </w:t>
      </w:r>
      <w:r>
        <w:rPr>
          <w:lang w:eastAsia="ko-KR"/>
        </w:rPr>
        <w:t>영광의</w:t>
      </w:r>
      <w:r>
        <w:rPr>
          <w:lang w:eastAsia="ko-KR"/>
        </w:rPr>
        <w:t xml:space="preserve"> </w:t>
      </w:r>
      <w:r>
        <w:rPr>
          <w:lang w:eastAsia="ko-KR"/>
        </w:rPr>
        <w:t>주님</w:t>
      </w:r>
      <w:r>
        <w:rPr>
          <w:lang w:eastAsia="ko-KR"/>
        </w:rPr>
        <w:t xml:space="preserve">,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고난받는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종으로</w:t>
      </w:r>
      <w:r>
        <w:rPr>
          <w:lang w:eastAsia="ko-KR"/>
        </w:rPr>
        <w:t xml:space="preserve"> </w:t>
      </w:r>
      <w:r>
        <w:rPr>
          <w:lang w:eastAsia="ko-KR"/>
        </w:rPr>
        <w:t>십자가에</w:t>
      </w:r>
      <w:r>
        <w:rPr>
          <w:lang w:eastAsia="ko-KR"/>
        </w:rPr>
        <w:t xml:space="preserve"> </w:t>
      </w:r>
      <w:r>
        <w:rPr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lang w:eastAsia="ko-KR"/>
        </w:rPr>
        <w:t>내어</w:t>
      </w:r>
      <w:r>
        <w:rPr>
          <w:lang w:eastAsia="ko-KR"/>
        </w:rPr>
        <w:t xml:space="preserve"> </w:t>
      </w:r>
      <w:r>
        <w:rPr>
          <w:lang w:eastAsia="ko-KR"/>
        </w:rPr>
        <w:t>주신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예수님을</w:t>
      </w:r>
      <w:r>
        <w:rPr>
          <w:lang w:eastAsia="ko-KR"/>
        </w:rPr>
        <w:t xml:space="preserve"> </w:t>
      </w:r>
      <w:r>
        <w:rPr>
          <w:lang w:eastAsia="ko-KR"/>
        </w:rPr>
        <w:t>바라봅시다</w:t>
      </w:r>
      <w:r>
        <w:rPr>
          <w:lang w:eastAsia="ko-KR"/>
        </w:rPr>
        <w:t xml:space="preserve">. </w:t>
      </w:r>
      <w:r>
        <w:rPr>
          <w:lang w:eastAsia="ko-KR"/>
        </w:rPr>
        <w:t>그분의</w:t>
      </w:r>
      <w:r>
        <w:rPr>
          <w:lang w:eastAsia="ko-KR"/>
        </w:rPr>
        <w:t xml:space="preserve"> </w:t>
      </w:r>
      <w:r>
        <w:rPr>
          <w:lang w:eastAsia="ko-KR"/>
        </w:rPr>
        <w:t>영광이</w:t>
      </w:r>
      <w:r>
        <w:rPr>
          <w:lang w:eastAsia="ko-KR"/>
        </w:rPr>
        <w:t xml:space="preserve"> </w:t>
      </w:r>
      <w:r>
        <w:rPr>
          <w:lang w:eastAsia="ko-KR"/>
        </w:rPr>
        <w:t>우리의</w:t>
      </w:r>
      <w:r>
        <w:rPr>
          <w:lang w:eastAsia="ko-KR"/>
        </w:rPr>
        <w:t xml:space="preserve"> </w:t>
      </w:r>
      <w:r>
        <w:rPr>
          <w:lang w:eastAsia="ko-KR"/>
        </w:rPr>
        <w:t>눈에</w:t>
      </w:r>
      <w:r>
        <w:rPr>
          <w:lang w:eastAsia="ko-KR"/>
        </w:rPr>
        <w:t xml:space="preserve"> </w:t>
      </w:r>
      <w:r>
        <w:rPr>
          <w:lang w:eastAsia="ko-KR"/>
        </w:rPr>
        <w:t>다시</w:t>
      </w:r>
      <w:r>
        <w:rPr>
          <w:lang w:eastAsia="ko-KR"/>
        </w:rPr>
        <w:t xml:space="preserve"> </w:t>
      </w:r>
      <w:r>
        <w:rPr>
          <w:lang w:eastAsia="ko-KR"/>
        </w:rPr>
        <w:t>보이기를</w:t>
      </w:r>
      <w:r>
        <w:rPr>
          <w:lang w:eastAsia="ko-KR"/>
        </w:rPr>
        <w:t xml:space="preserve"> </w:t>
      </w:r>
      <w:r>
        <w:rPr>
          <w:lang w:eastAsia="ko-KR"/>
        </w:rPr>
        <w:t>기도합시다</w:t>
      </w:r>
      <w:r>
        <w:rPr>
          <w:lang w:eastAsia="ko-KR"/>
        </w:rPr>
        <w:t>. “</w:t>
      </w:r>
      <w:r>
        <w:rPr>
          <w:lang w:eastAsia="ko-KR"/>
        </w:rPr>
        <w:t>주님</w:t>
      </w:r>
      <w:r>
        <w:rPr>
          <w:lang w:eastAsia="ko-KR"/>
        </w:rPr>
        <w:t xml:space="preserve">,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영광보다</w:t>
      </w:r>
      <w:r>
        <w:rPr>
          <w:lang w:eastAsia="ko-KR"/>
        </w:rPr>
        <w:t xml:space="preserve"> </w:t>
      </w:r>
      <w:r>
        <w:rPr>
          <w:lang w:eastAsia="ko-KR"/>
        </w:rPr>
        <w:t>주님의</w:t>
      </w:r>
      <w:r>
        <w:rPr>
          <w:lang w:eastAsia="ko-KR"/>
        </w:rPr>
        <w:t xml:space="preserve"> </w:t>
      </w:r>
      <w:r>
        <w:rPr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lang w:eastAsia="ko-KR"/>
        </w:rPr>
        <w:t>더</w:t>
      </w:r>
      <w:r>
        <w:rPr>
          <w:lang w:eastAsia="ko-KR"/>
        </w:rPr>
        <w:t xml:space="preserve"> </w:t>
      </w:r>
      <w:r>
        <w:rPr>
          <w:lang w:eastAsia="ko-KR"/>
        </w:rPr>
        <w:t>사랑하게</w:t>
      </w:r>
      <w:r>
        <w:rPr>
          <w:lang w:eastAsia="ko-KR"/>
        </w:rPr>
        <w:t xml:space="preserve"> </w:t>
      </w:r>
      <w:r>
        <w:rPr>
          <w:lang w:eastAsia="ko-KR"/>
        </w:rPr>
        <w:t>하소서</w:t>
      </w:r>
      <w:r>
        <w:rPr>
          <w:lang w:eastAsia="ko-KR"/>
        </w:rPr>
        <w:t xml:space="preserve">. </w:t>
      </w:r>
      <w:r>
        <w:rPr>
          <w:lang w:eastAsia="ko-KR"/>
        </w:rPr>
        <w:t>굳은</w:t>
      </w:r>
      <w:r>
        <w:rPr>
          <w:lang w:eastAsia="ko-KR"/>
        </w:rPr>
        <w:t xml:space="preserve"> </w:t>
      </w:r>
      <w:r>
        <w:rPr>
          <w:lang w:eastAsia="ko-KR"/>
        </w:rPr>
        <w:t>마음을</w:t>
      </w:r>
      <w:r>
        <w:rPr>
          <w:lang w:eastAsia="ko-KR"/>
        </w:rPr>
        <w:t xml:space="preserve"> </w:t>
      </w:r>
      <w:r>
        <w:rPr>
          <w:lang w:eastAsia="ko-KR"/>
        </w:rPr>
        <w:t>부드럽게</w:t>
      </w:r>
      <w:r>
        <w:rPr>
          <w:lang w:eastAsia="ko-KR"/>
        </w:rPr>
        <w:t xml:space="preserve"> </w:t>
      </w:r>
      <w:r>
        <w:rPr>
          <w:lang w:eastAsia="ko-KR"/>
        </w:rPr>
        <w:t>하시고</w:t>
      </w:r>
      <w:r>
        <w:rPr>
          <w:lang w:eastAsia="ko-KR"/>
        </w:rPr>
        <w:t xml:space="preserve">, </w:t>
      </w:r>
      <w:r>
        <w:rPr>
          <w:lang w:eastAsia="ko-KR"/>
        </w:rPr>
        <w:t>말씀</w:t>
      </w:r>
      <w:r>
        <w:rPr>
          <w:lang w:eastAsia="ko-KR"/>
        </w:rPr>
        <w:t xml:space="preserve"> </w:t>
      </w:r>
      <w:r>
        <w:rPr>
          <w:lang w:eastAsia="ko-KR"/>
        </w:rPr>
        <w:t>앞에서</w:t>
      </w:r>
      <w:r>
        <w:rPr>
          <w:lang w:eastAsia="ko-KR"/>
        </w:rPr>
        <w:t xml:space="preserve"> </w:t>
      </w:r>
      <w:r>
        <w:rPr>
          <w:lang w:eastAsia="ko-KR"/>
        </w:rPr>
        <w:t>돌이키게</w:t>
      </w:r>
      <w:r>
        <w:rPr>
          <w:lang w:eastAsia="ko-KR"/>
        </w:rPr>
        <w:t xml:space="preserve"> </w:t>
      </w:r>
      <w:r>
        <w:rPr>
          <w:lang w:eastAsia="ko-KR"/>
        </w:rPr>
        <w:t>하시고</w:t>
      </w:r>
      <w:r>
        <w:rPr>
          <w:lang w:eastAsia="ko-KR"/>
        </w:rPr>
        <w:t xml:space="preserve">, </w:t>
      </w:r>
      <w:r>
        <w:rPr>
          <w:lang w:eastAsia="ko-KR"/>
        </w:rPr>
        <w:t>주님이</w:t>
      </w:r>
      <w:r>
        <w:rPr>
          <w:lang w:eastAsia="ko-KR"/>
        </w:rPr>
        <w:t xml:space="preserve"> </w:t>
      </w:r>
      <w:r>
        <w:rPr>
          <w:lang w:eastAsia="ko-KR"/>
        </w:rPr>
        <w:t>귀하게</w:t>
      </w:r>
      <w:r>
        <w:rPr>
          <w:lang w:eastAsia="ko-KR"/>
        </w:rPr>
        <w:t xml:space="preserve"> </w:t>
      </w:r>
      <w:r>
        <w:rPr>
          <w:lang w:eastAsia="ko-KR"/>
        </w:rPr>
        <w:t>여기시는</w:t>
      </w:r>
      <w:r>
        <w:rPr>
          <w:lang w:eastAsia="ko-KR"/>
        </w:rPr>
        <w:t xml:space="preserve"> </w:t>
      </w:r>
      <w:r>
        <w:rPr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영혼을</w:t>
      </w:r>
      <w:r>
        <w:rPr>
          <w:lang w:eastAsia="ko-KR"/>
        </w:rPr>
        <w:t xml:space="preserve"> </w:t>
      </w:r>
      <w:r>
        <w:rPr>
          <w:lang w:eastAsia="ko-KR"/>
        </w:rPr>
        <w:t>사랑하게</w:t>
      </w:r>
      <w:r>
        <w:rPr>
          <w:lang w:eastAsia="ko-KR"/>
        </w:rPr>
        <w:t xml:space="preserve"> </w:t>
      </w:r>
      <w:r>
        <w:rPr>
          <w:lang w:eastAsia="ko-KR"/>
        </w:rPr>
        <w:t>하소서</w:t>
      </w:r>
      <w:r>
        <w:rPr>
          <w:lang w:eastAsia="ko-KR"/>
        </w:rPr>
        <w:t>.”</w:t>
      </w:r>
    </w:p>
    <w:p w14:paraId="19420459" w14:textId="77777777" w:rsidR="00DD3485" w:rsidRDefault="008467EC">
      <w:pPr>
        <w:ind w:firstLine="259"/>
        <w:jc w:val="both"/>
        <w:rPr>
          <w:lang w:eastAsia="ko-KR"/>
        </w:rPr>
      </w:pPr>
      <w:r>
        <w:rPr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lang w:eastAsia="ko-KR"/>
        </w:rPr>
        <w:t>듣는</w:t>
      </w:r>
      <w:r>
        <w:rPr>
          <w:lang w:eastAsia="ko-KR"/>
        </w:rPr>
        <w:t xml:space="preserve"> </w:t>
      </w:r>
      <w:r>
        <w:rPr>
          <w:lang w:eastAsia="ko-KR"/>
        </w:rPr>
        <w:t>데서</w:t>
      </w:r>
      <w:r>
        <w:rPr>
          <w:lang w:eastAsia="ko-KR"/>
        </w:rPr>
        <w:t xml:space="preserve"> </w:t>
      </w:r>
      <w:r>
        <w:rPr>
          <w:lang w:eastAsia="ko-KR"/>
        </w:rPr>
        <w:t>끝나지</w:t>
      </w:r>
      <w:r>
        <w:rPr>
          <w:lang w:eastAsia="ko-KR"/>
        </w:rPr>
        <w:t xml:space="preserve"> </w:t>
      </w:r>
      <w:r>
        <w:rPr>
          <w:lang w:eastAsia="ko-KR"/>
        </w:rPr>
        <w:t>않고</w:t>
      </w:r>
      <w:r>
        <w:rPr>
          <w:lang w:eastAsia="ko-KR"/>
        </w:rPr>
        <w:t xml:space="preserve">, </w:t>
      </w:r>
      <w:r>
        <w:rPr>
          <w:lang w:eastAsia="ko-KR"/>
        </w:rPr>
        <w:t>빛</w:t>
      </w:r>
      <w:r>
        <w:rPr>
          <w:lang w:eastAsia="ko-KR"/>
        </w:rPr>
        <w:t xml:space="preserve"> </w:t>
      </w:r>
      <w:r>
        <w:rPr>
          <w:lang w:eastAsia="ko-KR"/>
        </w:rPr>
        <w:t>가운데로</w:t>
      </w:r>
      <w:r>
        <w:rPr>
          <w:lang w:eastAsia="ko-KR"/>
        </w:rPr>
        <w:t xml:space="preserve"> </w:t>
      </w:r>
      <w:r>
        <w:rPr>
          <w:lang w:eastAsia="ko-KR"/>
        </w:rPr>
        <w:t>나아가</w:t>
      </w:r>
      <w:r>
        <w:rPr>
          <w:lang w:eastAsia="ko-KR"/>
        </w:rPr>
        <w:t xml:space="preserve"> </w:t>
      </w:r>
      <w:r>
        <w:rPr>
          <w:lang w:eastAsia="ko-KR"/>
        </w:rPr>
        <w:t>순종하며</w:t>
      </w:r>
      <w:r>
        <w:rPr>
          <w:lang w:eastAsia="ko-KR"/>
        </w:rPr>
        <w:t xml:space="preserve"> </w:t>
      </w:r>
      <w:r>
        <w:rPr>
          <w:lang w:eastAsia="ko-KR"/>
        </w:rPr>
        <w:t>삽시다</w:t>
      </w:r>
      <w:r>
        <w:rPr>
          <w:lang w:eastAsia="ko-KR"/>
        </w:rPr>
        <w:t xml:space="preserve">.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길이</w:t>
      </w:r>
      <w:r>
        <w:rPr>
          <w:lang w:eastAsia="ko-KR"/>
        </w:rPr>
        <w:t xml:space="preserve"> </w:t>
      </w:r>
      <w:r>
        <w:rPr>
          <w:lang w:eastAsia="ko-KR"/>
        </w:rPr>
        <w:t>영생의</w:t>
      </w:r>
      <w:r>
        <w:rPr>
          <w:lang w:eastAsia="ko-KR"/>
        </w:rPr>
        <w:t xml:space="preserve"> </w:t>
      </w:r>
      <w:r>
        <w:rPr>
          <w:lang w:eastAsia="ko-KR"/>
        </w:rPr>
        <w:t>길이며</w:t>
      </w:r>
      <w:r>
        <w:rPr>
          <w:lang w:eastAsia="ko-KR"/>
        </w:rPr>
        <w:t xml:space="preserve">, </w:t>
      </w:r>
      <w:r>
        <w:rPr>
          <w:lang w:eastAsia="ko-KR"/>
        </w:rPr>
        <w:t>참된</w:t>
      </w:r>
      <w:r>
        <w:rPr>
          <w:lang w:eastAsia="ko-KR"/>
        </w:rPr>
        <w:t xml:space="preserve"> </w:t>
      </w:r>
      <w:r>
        <w:rPr>
          <w:lang w:eastAsia="ko-KR"/>
        </w:rPr>
        <w:t>자유와</w:t>
      </w:r>
      <w:r>
        <w:rPr>
          <w:lang w:eastAsia="ko-KR"/>
        </w:rPr>
        <w:t xml:space="preserve"> </w:t>
      </w:r>
      <w:r>
        <w:rPr>
          <w:lang w:eastAsia="ko-KR"/>
        </w:rPr>
        <w:t>기쁨의</w:t>
      </w:r>
      <w:r>
        <w:rPr>
          <w:lang w:eastAsia="ko-KR"/>
        </w:rPr>
        <w:t xml:space="preserve"> </w:t>
      </w:r>
      <w:r>
        <w:rPr>
          <w:lang w:eastAsia="ko-KR"/>
        </w:rPr>
        <w:t>길입니다</w:t>
      </w:r>
      <w:r>
        <w:rPr>
          <w:lang w:eastAsia="ko-KR"/>
        </w:rPr>
        <w:t>.</w:t>
      </w:r>
    </w:p>
    <w:sectPr w:rsidR="00DD3485" w:rsidSect="00034616">
      <w:footerReference w:type="default" r:id="rId8"/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6F650D6" w14:textId="77777777" w:rsidR="008467EC" w:rsidRDefault="008467EC">
      <w:pPr>
        <w:spacing w:after="0" w:line="240" w:lineRule="auto"/>
      </w:pPr>
      <w:r>
        <w:separator/>
      </w:r>
    </w:p>
  </w:endnote>
  <w:endnote w:type="continuationSeparator" w:id="0">
    <w:p w14:paraId="2FACD24A" w14:textId="77777777" w:rsidR="008467EC" w:rsidRDefault="00846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erif CJK KR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Noto Sans CJK KR">
    <w:altName w:val="Cambria"/>
    <w:panose1 w:val="020B0604020202020204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F88C37D" w14:textId="77777777" w:rsidR="00DD3485" w:rsidRDefault="008467EC">
    <w:pPr>
      <w:pStyle w:val="Footer"/>
      <w:jc w:val="center"/>
    </w:pPr>
    <w:proofErr w:type="spellStart"/>
    <w:r>
      <w:rPr>
        <w:rFonts w:ascii="Noto Sans CJK KR" w:eastAsia="Noto Sans CJK KR" w:hAnsi="Noto Sans CJK KR"/>
        <w:sz w:val="18"/>
      </w:rPr>
      <w:t>요한복음</w:t>
    </w:r>
    <w:proofErr w:type="spellEnd"/>
    <w:r>
      <w:rPr>
        <w:rFonts w:ascii="Noto Sans CJK KR" w:eastAsia="Noto Sans CJK KR" w:hAnsi="Noto Sans CJK KR"/>
        <w:sz w:val="18"/>
      </w:rPr>
      <w:t xml:space="preserve"> 12:37-50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62269D" w14:textId="77777777" w:rsidR="008467EC" w:rsidRDefault="008467EC">
      <w:pPr>
        <w:spacing w:after="0" w:line="240" w:lineRule="auto"/>
      </w:pPr>
      <w:r>
        <w:separator/>
      </w:r>
    </w:p>
  </w:footnote>
  <w:footnote w:type="continuationSeparator" w:id="0">
    <w:p w14:paraId="62EEE525" w14:textId="77777777" w:rsidR="008467EC" w:rsidRDefault="00846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1768375">
    <w:abstractNumId w:val="8"/>
  </w:num>
  <w:num w:numId="2" w16cid:durableId="139157933">
    <w:abstractNumId w:val="6"/>
  </w:num>
  <w:num w:numId="3" w16cid:durableId="1618027359">
    <w:abstractNumId w:val="5"/>
  </w:num>
  <w:num w:numId="4" w16cid:durableId="1115759270">
    <w:abstractNumId w:val="4"/>
  </w:num>
  <w:num w:numId="5" w16cid:durableId="1608855124">
    <w:abstractNumId w:val="7"/>
  </w:num>
  <w:num w:numId="6" w16cid:durableId="1321081772">
    <w:abstractNumId w:val="3"/>
  </w:num>
  <w:num w:numId="7" w16cid:durableId="1149515716">
    <w:abstractNumId w:val="2"/>
  </w:num>
  <w:num w:numId="8" w16cid:durableId="1751849693">
    <w:abstractNumId w:val="1"/>
  </w:num>
  <w:num w:numId="9" w16cid:durableId="112643574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5F1D"/>
    <w:rsid w:val="0015074B"/>
    <w:rsid w:val="00246D6E"/>
    <w:rsid w:val="0029639D"/>
    <w:rsid w:val="00322F08"/>
    <w:rsid w:val="00326F90"/>
    <w:rsid w:val="003535BD"/>
    <w:rsid w:val="00362C4F"/>
    <w:rsid w:val="003B1594"/>
    <w:rsid w:val="00403DCF"/>
    <w:rsid w:val="0043016E"/>
    <w:rsid w:val="0045726B"/>
    <w:rsid w:val="00484C91"/>
    <w:rsid w:val="005018F2"/>
    <w:rsid w:val="0065196F"/>
    <w:rsid w:val="00671167"/>
    <w:rsid w:val="00741A57"/>
    <w:rsid w:val="00772ED0"/>
    <w:rsid w:val="007E2088"/>
    <w:rsid w:val="007F1498"/>
    <w:rsid w:val="008467EC"/>
    <w:rsid w:val="008D2941"/>
    <w:rsid w:val="009611EE"/>
    <w:rsid w:val="00A30A6C"/>
    <w:rsid w:val="00AA1D8D"/>
    <w:rsid w:val="00AB5E0E"/>
    <w:rsid w:val="00B36819"/>
    <w:rsid w:val="00B47730"/>
    <w:rsid w:val="00B84F15"/>
    <w:rsid w:val="00BA4FCE"/>
    <w:rsid w:val="00BE1068"/>
    <w:rsid w:val="00C152B8"/>
    <w:rsid w:val="00C27ED6"/>
    <w:rsid w:val="00CB0664"/>
    <w:rsid w:val="00CE0981"/>
    <w:rsid w:val="00D03417"/>
    <w:rsid w:val="00D400F1"/>
    <w:rsid w:val="00D8075F"/>
    <w:rsid w:val="00DD3485"/>
    <w:rsid w:val="00EC17F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B12F2F"/>
  <w14:defaultImageDpi w14:val="300"/>
  <w15:docId w15:val="{B175CB69-1CF9-BA42-9641-048D8655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40" w:line="341" w:lineRule="auto"/>
    </w:pPr>
    <w:rPr>
      <w:rFonts w:ascii="Noto Serif CJK KR" w:eastAsia="Noto Serif CJK KR" w:hAnsi="Noto Serif CJK KR"/>
      <w:sz w:val="25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9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8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ermonSubtitle">
    <w:name w:val="Sermon Subtitle"/>
    <w:rPr>
      <w:rFonts w:ascii="Noto Sans CJK KR" w:eastAsia="Noto Sans CJK KR" w:hAnsi="Noto Sans CJK KR"/>
      <w:b/>
      <w:sz w:val="23"/>
    </w:rPr>
  </w:style>
  <w:style w:type="paragraph" w:customStyle="1" w:styleId="KeyMessage">
    <w:name w:val="Key Message"/>
    <w:pPr>
      <w:spacing w:before="80" w:after="240" w:line="324" w:lineRule="auto"/>
      <w:ind w:left="259" w:right="259"/>
    </w:pPr>
    <w:rPr>
      <w:rFonts w:ascii="Noto Serif CJK KR" w:eastAsia="Noto Serif CJK KR" w:hAnsi="Noto Serif CJK KR"/>
      <w:b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Isaac Lee</cp:lastModifiedBy>
  <cp:revision>2</cp:revision>
  <dcterms:created xsi:type="dcterms:W3CDTF">2026-09-05T21:25:00Z</dcterms:created>
  <dcterms:modified xsi:type="dcterms:W3CDTF">2026-09-05T21:25:00Z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2026-09-05T12:06:21Z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70c0a859-c005-4f6c-b8d7-c9a0113d15f8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