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23EB0FA1" w14:textId="77777777" w:rsidR="009D1881" w:rsidRDefault="000C512B" w:rsidP="00FA1D78">
      <w:pPr>
        <w:spacing w:after="40" w:line="360" w:lineRule="auto"/>
        <w:jc w:val="center"/>
      </w:pPr>
      <w:r>
        <w:rPr>
          <w:rFonts w:cs="Noto Sans"/>
          <w:b/>
          <w:sz w:val="30"/>
        </w:rPr>
        <w:t>Jesus Loved Them to the End</w:t>
      </w:r>
    </w:p>
    <w:p w14:paraId="0BC35295" w14:textId="77777777" w:rsidR="009D1881" w:rsidRDefault="000C512B" w:rsidP="00FA1D78">
      <w:pPr>
        <w:spacing w:after="140" w:line="360" w:lineRule="auto"/>
        <w:jc w:val="center"/>
      </w:pPr>
      <w:r>
        <w:rPr>
          <w:rFonts w:cs="Noto Sans"/>
          <w:b/>
        </w:rPr>
        <w:t>John 13:1–17</w:t>
      </w:r>
    </w:p>
    <w:p w14:paraId="5F43CF5B" w14:textId="77777777" w:rsidR="009D1881" w:rsidRDefault="000C512B" w:rsidP="00FA1D78">
      <w:pPr>
        <w:spacing w:before="100" w:after="40" w:line="360" w:lineRule="auto"/>
        <w:ind w:firstLine="0"/>
      </w:pPr>
      <w:r>
        <w:rPr>
          <w:rFonts w:cs="Noto Sans"/>
          <w:b/>
          <w:sz w:val="23"/>
        </w:rPr>
        <w:t>Introduction</w:t>
      </w:r>
    </w:p>
    <w:p w14:paraId="4776BCDC" w14:textId="0D4C6DBE" w:rsidR="009D1881" w:rsidRDefault="000C512B" w:rsidP="00FA1D78">
      <w:pPr>
        <w:spacing w:after="50" w:line="360" w:lineRule="auto"/>
      </w:pPr>
      <w:r>
        <w:rPr>
          <w:rFonts w:cs="Noto Sans"/>
          <w:sz w:val="20"/>
        </w:rPr>
        <w:t xml:space="preserve">It is easy to love someone when that person is lovable. The real test comes when that person disappoints us. When someone close to us hurts us, keeps making the same mistakes, or gives nothing back after we have served them, thoughts rise in our hearts: ‘Why doesn’t this person change? Why am I the only one serving?’ This can happen at home, in church, and in our </w:t>
      </w:r>
      <w:proofErr w:type="spellStart"/>
      <w:r w:rsidR="00C448D6">
        <w:rPr>
          <w:rFonts w:cs="Noto Sans"/>
          <w:sz w:val="20"/>
        </w:rPr>
        <w:t>mokjangs</w:t>
      </w:r>
      <w:proofErr w:type="spellEnd"/>
      <w:r>
        <w:rPr>
          <w:rFonts w:cs="Noto Sans"/>
          <w:sz w:val="20"/>
        </w:rPr>
        <w:t>. Service that began with joy can slowly start to feel like a burden.</w:t>
      </w:r>
    </w:p>
    <w:p w14:paraId="313825DB" w14:textId="77777777" w:rsidR="009D1881" w:rsidRDefault="000C512B" w:rsidP="00FA1D78">
      <w:pPr>
        <w:spacing w:after="50" w:line="360" w:lineRule="auto"/>
      </w:pPr>
      <w:r>
        <w:rPr>
          <w:rFonts w:cs="Noto Sans"/>
          <w:sz w:val="20"/>
        </w:rPr>
        <w:t>But today’s passage does not begin by telling tired people, ‘Serve harder.’ John takes us to one scene. It is the night before Jesus goes to the cross. Jesus knows that He will soon be arrested, mocked, beaten, and crucified. He knows that the disciples will run away, Peter will deny Him three times, and Judas will betray Him. Humanly speaking, this is the moment when Jesus should be comforted and served. But Jesus gets up, wraps a towel around Himself, and kneels in front of His disciples’ feet.</w:t>
      </w:r>
    </w:p>
    <w:p w14:paraId="5211058B" w14:textId="77777777" w:rsidR="009D1881" w:rsidRDefault="000C512B" w:rsidP="00FA1D78">
      <w:pPr>
        <w:spacing w:after="50" w:line="360" w:lineRule="auto"/>
      </w:pPr>
      <w:r>
        <w:rPr>
          <w:rFonts w:cs="Noto Sans"/>
          <w:sz w:val="20"/>
        </w:rPr>
        <w:t>When we look carefully at this scene, we see who Jesus is, how deep His love is, and how people who receive that love should live. Before anything else, we need to see one truth: love does not begin with how well I serve Jesus. It begins with how Jesus has loved me.</w:t>
      </w:r>
    </w:p>
    <w:p w14:paraId="720E8E2B" w14:textId="77777777" w:rsidR="009D1881" w:rsidRDefault="000C512B" w:rsidP="00FA1D78">
      <w:pPr>
        <w:spacing w:before="100" w:after="40" w:line="360" w:lineRule="auto"/>
        <w:ind w:firstLine="0"/>
      </w:pPr>
      <w:r>
        <w:rPr>
          <w:rFonts w:cs="Noto Sans"/>
          <w:b/>
          <w:sz w:val="23"/>
        </w:rPr>
        <w:t>1. Jesus Loved Them to the End — Verses 1–5</w:t>
      </w:r>
    </w:p>
    <w:p w14:paraId="3370FE4F" w14:textId="1127803C" w:rsidR="009D1881" w:rsidRDefault="000C512B" w:rsidP="00FA1D78">
      <w:pPr>
        <w:spacing w:after="50" w:line="360" w:lineRule="auto"/>
      </w:pPr>
      <w:r>
        <w:rPr>
          <w:rFonts w:cs="Noto Sans"/>
          <w:sz w:val="20"/>
        </w:rPr>
        <w:t xml:space="preserve">Verse 1 opens the whole story: ‘Having loved his own who were in the world, he loved them to the end.’ The Greek verb for ‘love’ is </w:t>
      </w:r>
      <w:r>
        <w:rPr>
          <w:rFonts w:cs="Noto Sans"/>
          <w:sz w:val="20"/>
        </w:rPr>
        <w:t>ἀ</w:t>
      </w:r>
      <w:r>
        <w:rPr>
          <w:rFonts w:cs="Noto Sans"/>
          <w:sz w:val="20"/>
        </w:rPr>
        <w:t xml:space="preserve">γαπάω (agapaō). The forms </w:t>
      </w:r>
      <w:r>
        <w:rPr>
          <w:rFonts w:cs="Noto Sans"/>
          <w:sz w:val="20"/>
        </w:rPr>
        <w:t>ἀ</w:t>
      </w:r>
      <w:r>
        <w:rPr>
          <w:rFonts w:cs="Noto Sans"/>
          <w:sz w:val="20"/>
        </w:rPr>
        <w:t xml:space="preserve">γαπήσας and </w:t>
      </w:r>
      <w:r>
        <w:rPr>
          <w:rFonts w:cs="Noto Sans"/>
          <w:sz w:val="20"/>
        </w:rPr>
        <w:t>ἠ</w:t>
      </w:r>
      <w:r>
        <w:rPr>
          <w:rFonts w:cs="Noto Sans"/>
          <w:sz w:val="20"/>
        </w:rPr>
        <w:t>γάπησεν appear close together. Both are aorist forms, and the passage shows Jesus’ continuing love. The important phrase ‘to the end’ is ε</w:t>
      </w:r>
      <w:r>
        <w:rPr>
          <w:rFonts w:cs="Noto Sans"/>
          <w:sz w:val="20"/>
        </w:rPr>
        <w:t>ἰ</w:t>
      </w:r>
      <w:r>
        <w:rPr>
          <w:rFonts w:cs="Noto Sans"/>
          <w:sz w:val="20"/>
        </w:rPr>
        <w:t xml:space="preserve">ς τέλος (eis telos). It can mean until the very end, completely, fully, or ‘to the uttermost.’ Jesus did not love the disciples because they had done well. He knew that within </w:t>
      </w:r>
      <w:r w:rsidR="00C448D6">
        <w:rPr>
          <w:rFonts w:cs="Noto Sans"/>
          <w:sz w:val="20"/>
        </w:rPr>
        <w:t>several</w:t>
      </w:r>
      <w:r>
        <w:rPr>
          <w:rFonts w:cs="Noto Sans"/>
          <w:sz w:val="20"/>
        </w:rPr>
        <w:t xml:space="preserve"> hours Peter would deny Him three times, the other disciples would run away, and Judas had already decided to betray Him. Still, Jesus loved them to the end.</w:t>
      </w:r>
    </w:p>
    <w:p w14:paraId="10D8EBC0" w14:textId="77777777" w:rsidR="009D1881" w:rsidRDefault="000C512B" w:rsidP="00FA1D78">
      <w:pPr>
        <w:spacing w:after="50" w:line="360" w:lineRule="auto"/>
      </w:pPr>
      <w:r>
        <w:rPr>
          <w:rFonts w:cs="Noto Sans"/>
          <w:sz w:val="20"/>
        </w:rPr>
        <w:t>When people face great suffering, it is easy to fall into self-pity. When I am hurting, I often stop seeing the needs of other people. My heart says, ‘Do you know how hard this is for me?’ But even with the cross before Him, Jesus did not turn inward. The weakness and failure of His disciples did not stop His love.</w:t>
      </w:r>
    </w:p>
    <w:p w14:paraId="6CD8F06D" w14:textId="77777777" w:rsidR="009D1881" w:rsidRDefault="000C512B" w:rsidP="00FA1D78">
      <w:pPr>
        <w:spacing w:after="50" w:line="360" w:lineRule="auto"/>
      </w:pPr>
      <w:r>
        <w:rPr>
          <w:rFonts w:cs="Noto Sans"/>
          <w:sz w:val="20"/>
        </w:rPr>
        <w:t>Verse 3 is even more surprising. Jesus knew that the Father had put all things into His hands. He knew that He had come from God and was returning to God. Jesus did not humble Himself because He was unsure of who He was. He knew His identity and authority completely. Then, in the very next verse, He stood up, took off His outer clothing, and wrapped a towel around Himself.</w:t>
      </w:r>
    </w:p>
    <w:p w14:paraId="598C70F8" w14:textId="77777777" w:rsidR="009D1881" w:rsidRDefault="000C512B" w:rsidP="00FA1D78">
      <w:pPr>
        <w:spacing w:after="50" w:line="360" w:lineRule="auto"/>
      </w:pPr>
      <w:r>
        <w:rPr>
          <w:rFonts w:cs="Noto Sans"/>
          <w:sz w:val="20"/>
        </w:rPr>
        <w:t xml:space="preserve">In verses 3–4, everything was in Jesus’ hands. The authority to rule heaven and earth was in those hands. Yet with those same hands, He washed the dirty, smelly feet of His disciples. In this world, the more power people </w:t>
      </w:r>
      <w:r>
        <w:rPr>
          <w:rFonts w:cs="Noto Sans"/>
          <w:sz w:val="20"/>
        </w:rPr>
        <w:lastRenderedPageBreak/>
        <w:t>have, the more they often expect others to serve them. Jesus uses power in the opposite way. The highest One does the lowest work. The Lord takes the place of a servant.</w:t>
      </w:r>
    </w:p>
    <w:p w14:paraId="7BD6BF2B" w14:textId="77777777" w:rsidR="009D1881" w:rsidRDefault="000C512B" w:rsidP="00FA1D78">
      <w:pPr>
        <w:spacing w:after="50" w:line="360" w:lineRule="auto"/>
      </w:pPr>
      <w:r>
        <w:rPr>
          <w:rFonts w:cs="Noto Sans"/>
          <w:sz w:val="20"/>
        </w:rPr>
        <w:t>In those days, people walked on dusty roads in sandals, so washing feet was necessary. It was usually the work of a servant. But none of the disciples took that job. While they were thinking about who was greater, Jesus Himself picked up the towel. He did not only teach them about true greatness; He showed it with His body. The world often measures success by how many people serve me. Jesus redefines greatness by asking how many people I am willing to serve.</w:t>
      </w:r>
    </w:p>
    <w:p w14:paraId="7870D618" w14:textId="77777777" w:rsidR="009D1881" w:rsidRDefault="000C512B" w:rsidP="00FA1D78">
      <w:pPr>
        <w:spacing w:after="50" w:line="360" w:lineRule="auto"/>
      </w:pPr>
      <w:r>
        <w:rPr>
          <w:rFonts w:cs="Noto Sans"/>
          <w:sz w:val="20"/>
        </w:rPr>
        <w:t>In verse 4, the verb used for ‘laying aside’ His outer garment is τίθημι (tithēmi). The same verb is used in John 10 when Jesus says that He ‘lays down’ His life for the sheep. This does not mean that taking off His robe is itself the cross, but in the flow of John’s Gospel, the picture is powerful: Jesus lays aside His clothing and takes the place of a servant, and this points toward the cross where He will lay down His life.</w:t>
      </w:r>
    </w:p>
    <w:p w14:paraId="1BD25221" w14:textId="77777777" w:rsidR="009D1881" w:rsidRDefault="000C512B" w:rsidP="00FA1D78">
      <w:pPr>
        <w:spacing w:after="50" w:line="360" w:lineRule="auto"/>
      </w:pPr>
      <w:r>
        <w:rPr>
          <w:rFonts w:cs="Noto Sans"/>
          <w:sz w:val="20"/>
        </w:rPr>
        <w:t>This also shines light on our lives. When we are not secure about who we are, we keep looking for approval from people. When nobody notices our service, we feel hurt. When someone else is praised, we compare ourselves. But when we know deeply that we are God’s beloved children and that Jesus bought us with His blood, we do not need to fight to be higher or to be noticed. We are precious enough for the Creator to give His blood for us. When we are sure that Jesus loves us, we can humble ourselves before othe</w:t>
      </w:r>
      <w:r>
        <w:rPr>
          <w:rFonts w:cs="Noto Sans"/>
          <w:sz w:val="20"/>
        </w:rPr>
        <w:t>r people.</w:t>
      </w:r>
    </w:p>
    <w:p w14:paraId="6EA575C1" w14:textId="77777777" w:rsidR="009D1881" w:rsidRDefault="000C512B" w:rsidP="00FA1D78">
      <w:pPr>
        <w:spacing w:before="100" w:after="40" w:line="360" w:lineRule="auto"/>
        <w:ind w:firstLine="0"/>
      </w:pPr>
      <w:r>
        <w:rPr>
          <w:rFonts w:cs="Noto Sans"/>
          <w:b/>
          <w:sz w:val="23"/>
        </w:rPr>
        <w:t>2. Jesus Washes Me First — Verses 6–11</w:t>
      </w:r>
    </w:p>
    <w:p w14:paraId="5CA36F0A" w14:textId="77777777" w:rsidR="009D1881" w:rsidRDefault="000C512B" w:rsidP="00FA1D78">
      <w:pPr>
        <w:spacing w:after="50" w:line="360" w:lineRule="auto"/>
      </w:pPr>
      <w:r>
        <w:rPr>
          <w:rFonts w:cs="Noto Sans"/>
          <w:sz w:val="20"/>
        </w:rPr>
        <w:t>As Jesus was washing the disciples’ feet, He came to Peter. Peter said, ‘Lord, are you going to wash my feet?’ For Peter, the roles were reversed. He thought he should wash Jesus’ feet. How could the Lord wash his feet?</w:t>
      </w:r>
    </w:p>
    <w:p w14:paraId="04E7AB21" w14:textId="77777777" w:rsidR="009D1881" w:rsidRDefault="000C512B" w:rsidP="00FA1D78">
      <w:pPr>
        <w:spacing w:after="50" w:line="360" w:lineRule="auto"/>
      </w:pPr>
      <w:r>
        <w:rPr>
          <w:rFonts w:cs="Noto Sans"/>
          <w:sz w:val="20"/>
        </w:rPr>
        <w:t>Jesus answered, ‘You do not realize now what I am doing, but later you will understand.’ For ‘you do not know now,’ the word ο</w:t>
      </w:r>
      <w:r>
        <w:rPr>
          <w:rFonts w:cs="Noto Sans"/>
          <w:sz w:val="20"/>
        </w:rPr>
        <w:t>ἶ</w:t>
      </w:r>
      <w:r>
        <w:rPr>
          <w:rFonts w:cs="Noto Sans"/>
          <w:sz w:val="20"/>
        </w:rPr>
        <w:t>δα (oida) is used. For ‘later you will understand,’ the word comes from γινώσκω (ginōskō), in the form γνώσ</w:t>
      </w:r>
      <w:r>
        <w:rPr>
          <w:rFonts w:cs="Noto Sans"/>
          <w:sz w:val="20"/>
        </w:rPr>
        <w:t>ῃ</w:t>
      </w:r>
      <w:r>
        <w:rPr>
          <w:rFonts w:cs="Noto Sans"/>
          <w:sz w:val="20"/>
        </w:rPr>
        <w:t>. At that moment, Peter could only see water, a basin, and a towel. After the cross and resurrection, he would understand that this was more than foot washing. It was a picture of the gospel: the Lord lowering Himself to make sinners clean.</w:t>
      </w:r>
    </w:p>
    <w:p w14:paraId="469CB1F5" w14:textId="77777777" w:rsidR="009D1881" w:rsidRDefault="000C512B" w:rsidP="00FA1D78">
      <w:pPr>
        <w:spacing w:after="50" w:line="360" w:lineRule="auto"/>
      </w:pPr>
      <w:r>
        <w:rPr>
          <w:rFonts w:cs="Noto Sans"/>
          <w:sz w:val="20"/>
        </w:rPr>
        <w:t>But Peter strongly refused: ‘You shall never wash my feet.’ It sounds humble: ‘How could I make my Lord do this?’ Yet another kind of pride can hide inside that response. Peter wanted to do something for Jesus, but Jesus first said, ‘I must wash you.’ True humility is to bring our feet to Jesus and let Him wash us.</w:t>
      </w:r>
    </w:p>
    <w:p w14:paraId="0463DADA" w14:textId="77777777" w:rsidR="009D1881" w:rsidRDefault="000C512B" w:rsidP="00FA1D78">
      <w:pPr>
        <w:spacing w:after="50" w:line="360" w:lineRule="auto"/>
      </w:pPr>
      <w:r>
        <w:rPr>
          <w:rFonts w:cs="Noto Sans"/>
          <w:sz w:val="20"/>
        </w:rPr>
        <w:t>Look at verse 8: ‘Unless I wash you, you have no part with me.’ This means, ‘If I do not wash you, you have no share with me. You cannot belong to me.’</w:t>
      </w:r>
    </w:p>
    <w:p w14:paraId="05CF7E51" w14:textId="50D3ECD3" w:rsidR="009D1881" w:rsidRDefault="000C512B" w:rsidP="00FA1D78">
      <w:pPr>
        <w:spacing w:after="50" w:line="360" w:lineRule="auto"/>
      </w:pPr>
      <w:r>
        <w:rPr>
          <w:rFonts w:cs="Noto Sans"/>
          <w:sz w:val="20"/>
        </w:rPr>
        <w:t xml:space="preserve">This is the order of the gospel. Christianity does not begin with what I do for Jesus. It begins with receiving what Jesus has done for me. Service is important. Evangelism is important. Serving our </w:t>
      </w:r>
      <w:proofErr w:type="spellStart"/>
      <w:r w:rsidR="00EE5D9D">
        <w:rPr>
          <w:rFonts w:cs="Noto Sans"/>
          <w:sz w:val="20"/>
        </w:rPr>
        <w:t>mokjang</w:t>
      </w:r>
      <w:proofErr w:type="spellEnd"/>
      <w:r>
        <w:rPr>
          <w:rFonts w:cs="Noto Sans"/>
          <w:sz w:val="20"/>
        </w:rPr>
        <w:t xml:space="preserve"> is important. But before all of these, we must do something more basic: bring our dirty feet to Jesus.</w:t>
      </w:r>
    </w:p>
    <w:p w14:paraId="042DA7D8" w14:textId="77777777" w:rsidR="009D1881" w:rsidRDefault="000C512B" w:rsidP="00FA1D78">
      <w:pPr>
        <w:spacing w:after="50" w:line="360" w:lineRule="auto"/>
      </w:pPr>
      <w:r>
        <w:rPr>
          <w:rFonts w:cs="Noto Sans"/>
          <w:sz w:val="20"/>
        </w:rPr>
        <w:t xml:space="preserve">We can pray, ‘Lord, there is pride in me. There is hatred in me. There is greed in me. There are wounds and sins in me. I cannot wash these things away by my own power. Lord, please wash me.’ This is true humility. True </w:t>
      </w:r>
      <w:r>
        <w:rPr>
          <w:rFonts w:cs="Noto Sans"/>
          <w:sz w:val="20"/>
        </w:rPr>
        <w:lastRenderedPageBreak/>
        <w:t>humility does not say, ‘I am fine. I do not need help.’ It brings our dirty and hidden parts into the presence of Jesus.</w:t>
      </w:r>
    </w:p>
    <w:p w14:paraId="668CC8B5" w14:textId="77777777" w:rsidR="009D1881" w:rsidRDefault="000C512B" w:rsidP="00FA1D78">
      <w:pPr>
        <w:spacing w:after="50" w:line="360" w:lineRule="auto"/>
      </w:pPr>
      <w:r>
        <w:rPr>
          <w:rFonts w:cs="Noto Sans"/>
          <w:sz w:val="20"/>
        </w:rPr>
        <w:t>Then Peter went to the other extreme: ‘Not just my feet but my hands and my head as well!’ Jesus said that a person who has already had a bath only needs to wash his feet. Two different words are used here. λούω (louō) means washing the whole body, taking a bath. νίπτω (niptō) means washing part of the body, such as the feet. The word λελουμένος (leloumenos), ‘one who has bathed,’ is a perfect participle. It describes someone who has been washed and remains in that clean state.</w:t>
      </w:r>
    </w:p>
    <w:p w14:paraId="41FCAD48" w14:textId="77777777" w:rsidR="009D1881" w:rsidRDefault="000C512B" w:rsidP="00FA1D78">
      <w:pPr>
        <w:spacing w:after="50" w:line="360" w:lineRule="auto"/>
      </w:pPr>
      <w:r>
        <w:rPr>
          <w:rFonts w:cs="Noto Sans"/>
          <w:sz w:val="20"/>
        </w:rPr>
        <w:t>There are two sides to this picture of salvation: a basic washing that does not need to be repeated, and the ongoing washing of our feet. A person who belongs to Christ does not need to be saved from the beginning again and again. But as we live in this world, we still sin and get dusty, so we still need the Lord’s cleansing in our daily life.</w:t>
      </w:r>
    </w:p>
    <w:p w14:paraId="159081B8" w14:textId="0607D2AB" w:rsidR="009D1881" w:rsidRDefault="000C512B" w:rsidP="00FA1D78">
      <w:pPr>
        <w:spacing w:after="50" w:line="360" w:lineRule="auto"/>
      </w:pPr>
      <w:r>
        <w:rPr>
          <w:rFonts w:cs="Noto Sans"/>
          <w:sz w:val="20"/>
        </w:rPr>
        <w:t xml:space="preserve">Jesus says, ‘You are clean, though not every one of you.’ The word ‘clean’ is καθαρός (katharos). In John 15:3, the same word family is used when Jesus says, ‘You are already clean because of the word I have spoken to you.’ So this is more than having clean feet. It points to being made clean in </w:t>
      </w:r>
      <w:r w:rsidR="00EE5D9D">
        <w:rPr>
          <w:rFonts w:cs="Noto Sans"/>
          <w:sz w:val="20"/>
        </w:rPr>
        <w:t>their</w:t>
      </w:r>
      <w:r>
        <w:rPr>
          <w:rFonts w:cs="Noto Sans"/>
          <w:sz w:val="20"/>
        </w:rPr>
        <w:t xml:space="preserve"> relationship with Jesus.</w:t>
      </w:r>
    </w:p>
    <w:p w14:paraId="63CD2C29" w14:textId="77777777" w:rsidR="009D1881" w:rsidRDefault="000C512B" w:rsidP="00FA1D78">
      <w:pPr>
        <w:spacing w:after="50" w:line="360" w:lineRule="auto"/>
      </w:pPr>
      <w:r>
        <w:rPr>
          <w:rFonts w:cs="Noto Sans"/>
          <w:sz w:val="20"/>
        </w:rPr>
        <w:t xml:space="preserve">But Jesus says, ‘not all of you.’ He is speaking about Judas. Judas was physically there, and he was part of the foot-washing scene, but his heart had already turned away from Jesus. This gives us a serious question. Being in church for many years does not automatically make us clean. Having a church position or doing much service does not automatically mean that we belong to Christ. What matters is whether we have received Jesus’ word and grace and have been washed by Him, and whether we keep bringing our </w:t>
      </w:r>
      <w:r>
        <w:rPr>
          <w:rFonts w:cs="Noto Sans"/>
          <w:sz w:val="20"/>
        </w:rPr>
        <w:t>dirty places to Him in confession.</w:t>
      </w:r>
    </w:p>
    <w:p w14:paraId="51240333" w14:textId="77777777" w:rsidR="009D1881" w:rsidRDefault="000C512B" w:rsidP="00FA1D78">
      <w:pPr>
        <w:spacing w:after="50" w:line="360" w:lineRule="auto"/>
      </w:pPr>
      <w:r>
        <w:rPr>
          <w:rFonts w:cs="Noto Sans"/>
          <w:sz w:val="20"/>
        </w:rPr>
        <w:t>Peter also failed. Soon he would deny Jesus three times. But there was a difference between Peter and Judas. After Peter failed, he came back to Jesus. A Christian is not a person who never fails. A Christian is a person who, even after failure, returns to the grace of Jesus and lives as someone washed by Him. Jesus is always our answer.</w:t>
      </w:r>
    </w:p>
    <w:p w14:paraId="6D9BA15A" w14:textId="77777777" w:rsidR="009D1881" w:rsidRDefault="000C512B" w:rsidP="00FA1D78">
      <w:pPr>
        <w:spacing w:before="100" w:after="40" w:line="360" w:lineRule="auto"/>
        <w:ind w:firstLine="0"/>
      </w:pPr>
      <w:r>
        <w:rPr>
          <w:rFonts w:cs="Noto Sans"/>
          <w:b/>
          <w:sz w:val="23"/>
        </w:rPr>
        <w:t>3. People Who Have Been Washed Wash the Feet of Others — Verses 12–17</w:t>
      </w:r>
    </w:p>
    <w:p w14:paraId="0689F422" w14:textId="77777777" w:rsidR="009D1881" w:rsidRDefault="000C512B" w:rsidP="00FA1D78">
      <w:pPr>
        <w:spacing w:after="50" w:line="360" w:lineRule="auto"/>
      </w:pPr>
      <w:r>
        <w:rPr>
          <w:rFonts w:cs="Noto Sans"/>
          <w:sz w:val="20"/>
        </w:rPr>
        <w:t>After washing their feet, Jesus put on His clothes again and returned to His place. Then He asked, ‘Do you understand what I have done for you?’ The disciples had seen Him wash their feet, so He was not asking, ‘Did you see what happened?’ He was asking, ‘Do you really understand why I did this and what it means?’</w:t>
      </w:r>
    </w:p>
    <w:p w14:paraId="7567682F" w14:textId="77777777" w:rsidR="009D1881" w:rsidRDefault="000C512B" w:rsidP="00FA1D78">
      <w:pPr>
        <w:spacing w:after="50" w:line="360" w:lineRule="auto"/>
      </w:pPr>
      <w:r>
        <w:rPr>
          <w:rFonts w:cs="Noto Sans"/>
          <w:sz w:val="20"/>
        </w:rPr>
        <w:t xml:space="preserve">Jesus said, ‘Now that I, your Lord and Teacher, have washed your feet, you also should wash one another’s feet.’ The word translated ‘should’ is </w:t>
      </w:r>
      <w:r>
        <w:rPr>
          <w:rFonts w:cs="Noto Sans"/>
          <w:sz w:val="20"/>
        </w:rPr>
        <w:t>ὀ</w:t>
      </w:r>
      <w:r>
        <w:rPr>
          <w:rFonts w:cs="Noto Sans"/>
          <w:sz w:val="20"/>
        </w:rPr>
        <w:t>φείλετε (opheilete). It is a strong word. It carries the sense of owing a debt or having a duty. Jesus was not saying, ‘Serve one another if you feel like it.’ He was saying, ‘Because I have served you like this, you also should serve one another.’</w:t>
      </w:r>
    </w:p>
    <w:p w14:paraId="1B14B6E2" w14:textId="77777777" w:rsidR="009D1881" w:rsidRDefault="000C512B" w:rsidP="00FA1D78">
      <w:pPr>
        <w:spacing w:after="50" w:line="360" w:lineRule="auto"/>
      </w:pPr>
      <w:r>
        <w:rPr>
          <w:rFonts w:cs="Noto Sans"/>
          <w:sz w:val="20"/>
        </w:rPr>
        <w:t>But again, we must not miss the order. Jesus did not first say, ‘You wash.’ Jesus washed them first. Grace comes first; then duty follows. We are loved first, and then we love. This is the difference between gospel-shaped service and service done to prove ourselves.</w:t>
      </w:r>
    </w:p>
    <w:p w14:paraId="04B8AD7C" w14:textId="77777777" w:rsidR="009D1881" w:rsidRDefault="000C512B" w:rsidP="00FA1D78">
      <w:pPr>
        <w:spacing w:after="50" w:line="360" w:lineRule="auto"/>
      </w:pPr>
      <w:r>
        <w:rPr>
          <w:rFonts w:cs="Noto Sans"/>
          <w:sz w:val="20"/>
        </w:rPr>
        <w:lastRenderedPageBreak/>
        <w:t>The love Jesus asks for is not only a warm feeling or natural attraction. It moves into action. It is easy to care about people we naturally like. But Jesus’ love looks at what another person needs and then moves toward that need. Love gives time, uses energy, and sometimes gives up comfort. And this love is not something we squeeze out of an empty heart. It flows from the love we have already received from Jesus.</w:t>
      </w:r>
    </w:p>
    <w:p w14:paraId="3BE4160F" w14:textId="77777777" w:rsidR="009D1881" w:rsidRDefault="000C512B" w:rsidP="00FA1D78">
      <w:pPr>
        <w:spacing w:after="50" w:line="360" w:lineRule="auto"/>
      </w:pPr>
      <w:r>
        <w:rPr>
          <w:rFonts w:cs="Noto Sans"/>
          <w:sz w:val="20"/>
        </w:rPr>
        <w:t>This is why we need to think about why service sometimes makes us tired. If we secretly think, ‘I have done this much, so that person should treat me well too,’ we will soon become exhausted. If people do not notice us, we feel hurt. If they do not thank us, we want to stop. But when we are filled with the love of Jesus, our calculation changes. We stop asking, ‘What will this person give me?’ and start asking, ‘What have I already received in Christ?’ Because the grace we have received is so great, service</w:t>
      </w:r>
      <w:r>
        <w:rPr>
          <w:rFonts w:cs="Noto Sans"/>
          <w:sz w:val="20"/>
        </w:rPr>
        <w:t xml:space="preserve"> becomes not a transaction but a response of gratitude.</w:t>
      </w:r>
    </w:p>
    <w:p w14:paraId="382F1724" w14:textId="77777777" w:rsidR="009D1881" w:rsidRDefault="000C512B" w:rsidP="00FA1D78">
      <w:pPr>
        <w:spacing w:after="50" w:line="360" w:lineRule="auto"/>
      </w:pPr>
      <w:r>
        <w:rPr>
          <w:rFonts w:cs="Noto Sans"/>
          <w:sz w:val="20"/>
        </w:rPr>
        <w:t xml:space="preserve">In verse 15 Jesus says, ‘I have set you an example that you should do as I have done for you.’ The word ‘example’ is </w:t>
      </w:r>
      <w:r>
        <w:rPr>
          <w:rFonts w:cs="Noto Sans"/>
          <w:sz w:val="20"/>
        </w:rPr>
        <w:t>ὑ</w:t>
      </w:r>
      <w:r>
        <w:rPr>
          <w:rFonts w:cs="Noto Sans"/>
          <w:sz w:val="20"/>
        </w:rPr>
        <w:t>πόδειγμα (hypodeigma), a pattern to follow. The main point is not simply to repeat the ceremony of washing feet. The main point is to lower ourselves as Jesus did and to carry the real needs of other people.</w:t>
      </w:r>
    </w:p>
    <w:p w14:paraId="019783D1" w14:textId="62944537" w:rsidR="009D1881" w:rsidRDefault="000C512B" w:rsidP="00FA1D78">
      <w:pPr>
        <w:spacing w:after="50" w:line="360" w:lineRule="auto"/>
      </w:pPr>
      <w:proofErr w:type="gramStart"/>
      <w:r>
        <w:rPr>
          <w:rFonts w:cs="Noto Sans"/>
          <w:sz w:val="20"/>
        </w:rPr>
        <w:t>So</w:t>
      </w:r>
      <w:proofErr w:type="gramEnd"/>
      <w:r>
        <w:rPr>
          <w:rFonts w:cs="Noto Sans"/>
          <w:sz w:val="20"/>
        </w:rPr>
        <w:t xml:space="preserve"> a healthy church and a healthy </w:t>
      </w:r>
      <w:proofErr w:type="spellStart"/>
      <w:r w:rsidR="00EE5D9D">
        <w:rPr>
          <w:rFonts w:cs="Noto Sans"/>
          <w:sz w:val="20"/>
        </w:rPr>
        <w:t>mokjang</w:t>
      </w:r>
      <w:proofErr w:type="spellEnd"/>
      <w:r>
        <w:rPr>
          <w:rFonts w:cs="Noto Sans"/>
          <w:sz w:val="20"/>
        </w:rPr>
        <w:t xml:space="preserve"> are not communities where only a few people serve. They are not places where only the leader serves and everyone else receives. They are communities where people wash one another’s feet, where each person looks for what he or she can do, and where people do what is needed even when nobody notices.</w:t>
      </w:r>
    </w:p>
    <w:p w14:paraId="2CA8A432" w14:textId="77777777" w:rsidR="009D1881" w:rsidRDefault="000C512B" w:rsidP="00FA1D78">
      <w:pPr>
        <w:spacing w:after="50" w:line="360" w:lineRule="auto"/>
      </w:pPr>
      <w:r>
        <w:rPr>
          <w:rFonts w:cs="Noto Sans"/>
          <w:sz w:val="20"/>
        </w:rPr>
        <w:t>Why did Jesus choose the feet? Feet are parts of the body people do not usually want to show. They collect dust and can smell. We also have ‘feet’ in our lives: repeated mistakes, weak parts of our character, wounds, selfishness, immaturity, and things that make others uncomfortable. We want to wash only clean feet. It is easy to love people who fit us, understand us, and treat us well. But love is not only liking the good parts of a person. Love also carries that person’s weakness and prays for them.</w:t>
      </w:r>
    </w:p>
    <w:p w14:paraId="5CAFDFA4" w14:textId="2A2CE476" w:rsidR="009D1881" w:rsidRDefault="000C512B" w:rsidP="00FA1D78">
      <w:pPr>
        <w:spacing w:after="50" w:line="360" w:lineRule="auto"/>
      </w:pPr>
      <w:r>
        <w:rPr>
          <w:rFonts w:cs="Noto Sans"/>
          <w:sz w:val="20"/>
        </w:rPr>
        <w:t xml:space="preserve">Washing feet today may not look dramatic. It may mean calling a lonely person first, visiting someone who is sick, listening for a long time to someone who is hurting, preparing food carefully for the </w:t>
      </w:r>
      <w:proofErr w:type="spellStart"/>
      <w:r w:rsidR="00EE5D9D">
        <w:rPr>
          <w:rFonts w:cs="Noto Sans"/>
          <w:sz w:val="20"/>
        </w:rPr>
        <w:t>mokjang</w:t>
      </w:r>
      <w:proofErr w:type="spellEnd"/>
      <w:r>
        <w:rPr>
          <w:rFonts w:cs="Noto Sans"/>
          <w:sz w:val="20"/>
        </w:rPr>
        <w:t>, speaking first to someone new at church, making time for a VIP, quietly cleaning when nobody notices, reaching out first to someone who is hard to forgive, or saying, ‘I am sorry,’ when needed. These may be the feet Jesus is asking us to wash today.</w:t>
      </w:r>
    </w:p>
    <w:p w14:paraId="622374E0" w14:textId="77777777" w:rsidR="009D1881" w:rsidRDefault="000C512B" w:rsidP="00FA1D78">
      <w:pPr>
        <w:spacing w:after="50" w:line="360" w:lineRule="auto"/>
      </w:pPr>
      <w:r>
        <w:rPr>
          <w:rFonts w:cs="Noto Sans"/>
          <w:sz w:val="20"/>
        </w:rPr>
        <w:t>Of course, loving someone and washing their feet does not mean accepting sin or evil without question. True love includes truth. Even when we must say that something is wrong, love refuses to hate or give up on the person. Jesus did not throw away truth in order to love. He loved to the end in truth.</w:t>
      </w:r>
    </w:p>
    <w:p w14:paraId="054792E4" w14:textId="77777777" w:rsidR="009D1881" w:rsidRDefault="000C512B" w:rsidP="00FA1D78">
      <w:pPr>
        <w:spacing w:after="50" w:line="360" w:lineRule="auto"/>
      </w:pPr>
      <w:r>
        <w:rPr>
          <w:rFonts w:cs="Noto Sans"/>
          <w:sz w:val="20"/>
        </w:rPr>
        <w:t>In verse 16 Jesus says, ‘No servant is greater than his master, nor is a messenger greater than the one who sent him.’ If our Lord knelt down, we cannot say, ‘That kind of work is below me.’ No disciple is greater than the Lord. If the Lord picked up the towel, His disciples must also pick up the towel.</w:t>
      </w:r>
    </w:p>
    <w:p w14:paraId="25DADC51" w14:textId="77777777" w:rsidR="009D1881" w:rsidRDefault="000C512B" w:rsidP="00FA1D78">
      <w:pPr>
        <w:spacing w:after="50" w:line="360" w:lineRule="auto"/>
      </w:pPr>
      <w:r>
        <w:rPr>
          <w:rFonts w:cs="Noto Sans"/>
          <w:sz w:val="20"/>
        </w:rPr>
        <w:lastRenderedPageBreak/>
        <w:t>Verse 17 is very practical: ‘Now that you know these things, you will be blessed if you do them.’ Knowing is not enough. When we truly kneel in front of one person who is difficult to serve, when love becomes action, we begin to experience the blessing Jesus promised.</w:t>
      </w:r>
    </w:p>
    <w:p w14:paraId="5842DEB3" w14:textId="77777777" w:rsidR="009D1881" w:rsidRDefault="000C512B" w:rsidP="00FA1D78">
      <w:pPr>
        <w:spacing w:before="100" w:after="40" w:line="360" w:lineRule="auto"/>
        <w:ind w:firstLine="0"/>
      </w:pPr>
      <w:r>
        <w:rPr>
          <w:rFonts w:cs="Noto Sans"/>
          <w:b/>
          <w:sz w:val="23"/>
        </w:rPr>
        <w:t>Conclusion</w:t>
      </w:r>
    </w:p>
    <w:p w14:paraId="1866599D" w14:textId="77777777" w:rsidR="009D1881" w:rsidRDefault="000C512B" w:rsidP="00FA1D78">
      <w:pPr>
        <w:spacing w:after="50" w:line="360" w:lineRule="auto"/>
      </w:pPr>
      <w:r>
        <w:rPr>
          <w:rFonts w:cs="Noto Sans"/>
          <w:sz w:val="20"/>
        </w:rPr>
        <w:t>Let us return to the scene one more time. Everything was in Jesus’ hands. But He did not hold a king’s scepter in those hands. He held a towel. He knelt before the disciples’ feet. Peter tried to refuse those hands, but Jesus said, ‘I must wash you.’ Then He said to those who had been washed, ‘Now you also wash one another’s feet.’</w:t>
      </w:r>
    </w:p>
    <w:p w14:paraId="298894AF" w14:textId="77777777" w:rsidR="009D1881" w:rsidRDefault="000C512B" w:rsidP="00FA1D78">
      <w:pPr>
        <w:spacing w:after="50" w:line="360" w:lineRule="auto"/>
      </w:pPr>
      <w:r>
        <w:rPr>
          <w:rFonts w:cs="Noto Sans"/>
          <w:sz w:val="20"/>
        </w:rPr>
        <w:t>So the first thing we need today is to bring our feet to Jesus. Is there a sin hidden in your heart? Is there a wound or shame you do not want to tell anyone about? Is there a part of yourself you do not even want Jesus to see? Jesus wants to wash that very place. We do not clean ourselves first and then come to Jesus. We come to Jesus dirty and let Him wash us.</w:t>
      </w:r>
    </w:p>
    <w:p w14:paraId="77BCBD56" w14:textId="77777777" w:rsidR="009D1881" w:rsidRDefault="000C512B" w:rsidP="00FA1D78">
      <w:pPr>
        <w:spacing w:after="50" w:line="360" w:lineRule="auto"/>
      </w:pPr>
      <w:r>
        <w:rPr>
          <w:rFonts w:cs="Noto Sans"/>
          <w:sz w:val="20"/>
        </w:rPr>
        <w:t>And when we have been washed by the Lord, the way we look at other people begins to change. Instead of only asking, ‘Why is that person like that?’ we begin to ask, ‘If the Lord washed the feet of someone like me, whose feet am I refusing to wash?’ Do I only want to wash clean feet? Do I only want to serve people who are kind to me and easy to love? The person I most want to avoid may be the very person the Lord has placed near me.</w:t>
      </w:r>
    </w:p>
    <w:p w14:paraId="1EB87C30" w14:textId="77777777" w:rsidR="009D1881" w:rsidRDefault="000C512B" w:rsidP="00FA1D78">
      <w:pPr>
        <w:spacing w:after="50" w:line="360" w:lineRule="auto"/>
      </w:pPr>
      <w:r>
        <w:rPr>
          <w:rFonts w:cs="Noto Sans"/>
          <w:sz w:val="20"/>
        </w:rPr>
        <w:t>Jesus did not love us because we loved Him first. He loved us when we were still weak, knowing all the ways we would fail. That love washes us, raises us again, and teaches us to kneel before others.</w:t>
      </w:r>
    </w:p>
    <w:p w14:paraId="2680FF27" w14:textId="77777777" w:rsidR="009D1881" w:rsidRDefault="000C512B" w:rsidP="00FA1D78">
      <w:pPr>
        <w:spacing w:before="100" w:after="40" w:line="360" w:lineRule="auto"/>
        <w:ind w:firstLine="0"/>
      </w:pPr>
      <w:r>
        <w:rPr>
          <w:rFonts w:cs="Noto Sans"/>
          <w:b/>
          <w:sz w:val="23"/>
        </w:rPr>
        <w:t>Decisions</w:t>
      </w:r>
    </w:p>
    <w:p w14:paraId="3DC93A1C" w14:textId="77777777" w:rsidR="009D1881" w:rsidRDefault="000C512B" w:rsidP="00FA1D78">
      <w:pPr>
        <w:spacing w:line="360" w:lineRule="auto"/>
        <w:ind w:left="288" w:hanging="173"/>
      </w:pPr>
      <w:r>
        <w:rPr>
          <w:rFonts w:cs="Noto Sans"/>
          <w:sz w:val="20"/>
        </w:rPr>
        <w:t>• Every day, I will bring my dirty feet to Jesus. I will not hide my sin, wounds, or shame. I will receive cleansing through the grace of Jesus’ cross.</w:t>
      </w:r>
    </w:p>
    <w:p w14:paraId="6BC70DD3" w14:textId="77777777" w:rsidR="009D1881" w:rsidRDefault="000C512B" w:rsidP="00FA1D78">
      <w:pPr>
        <w:spacing w:line="360" w:lineRule="auto"/>
        <w:ind w:left="288" w:hanging="173"/>
      </w:pPr>
      <w:r>
        <w:rPr>
          <w:rFonts w:cs="Noto Sans"/>
          <w:sz w:val="20"/>
        </w:rPr>
        <w:t>• I will remember that I am already loved to the end. I will not serve to gain human approval or reward. I will serve from the love and grace I have received from Jesus.</w:t>
      </w:r>
    </w:p>
    <w:p w14:paraId="4E6A46B2" w14:textId="77777777" w:rsidR="009D1881" w:rsidRDefault="000C512B" w:rsidP="00FA1D78">
      <w:pPr>
        <w:spacing w:line="360" w:lineRule="auto"/>
        <w:ind w:left="288" w:hanging="173"/>
      </w:pPr>
      <w:r>
        <w:rPr>
          <w:rFonts w:cs="Noto Sans"/>
          <w:sz w:val="20"/>
        </w:rPr>
        <w:t>• I will really wash the feet of one person whom the Lord has placed near me—in my small group, church, school, home, or workplace. I will not serve only people who are easy to love. I will also take the first step toward people I want to avoid: listening, forgiving, and serving them in love.</w:t>
      </w:r>
    </w:p>
    <w:sectPr w:rsidR="009D1881" w:rsidSect="00034616">
      <w:pgSz w:w="12240" w:h="15840"/>
      <w:pgMar w:top="691" w:right="792" w:bottom="691" w:left="792"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Noto Sans">
    <w:panose1 w:val="020B0502040504020204"/>
    <w:charset w:val="00"/>
    <w:family w:val="swiss"/>
    <w:pitch w:val="variable"/>
    <w:sig w:usb0="E00082FF" w:usb1="400078FF" w:usb2="00000021" w:usb3="00000000" w:csb0="0000019F" w:csb1="00000000"/>
  </w:font>
  <w:font w:name="Noto Sans CJK SC">
    <w:panose1 w:val="020B0604020202020204"/>
    <w:charset w:val="00"/>
    <w:family w:val="roman"/>
    <w:notTrueType/>
    <w:pitch w:val="default"/>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845197372">
    <w:abstractNumId w:val="8"/>
  </w:num>
  <w:num w:numId="2" w16cid:durableId="563679417">
    <w:abstractNumId w:val="6"/>
  </w:num>
  <w:num w:numId="3" w16cid:durableId="838235748">
    <w:abstractNumId w:val="5"/>
  </w:num>
  <w:num w:numId="4" w16cid:durableId="720640323">
    <w:abstractNumId w:val="4"/>
  </w:num>
  <w:num w:numId="5" w16cid:durableId="2038384738">
    <w:abstractNumId w:val="7"/>
  </w:num>
  <w:num w:numId="6" w16cid:durableId="269901533">
    <w:abstractNumId w:val="3"/>
  </w:num>
  <w:num w:numId="7" w16cid:durableId="243346069">
    <w:abstractNumId w:val="2"/>
  </w:num>
  <w:num w:numId="8" w16cid:durableId="701563712">
    <w:abstractNumId w:val="1"/>
  </w:num>
  <w:num w:numId="9" w16cid:durableId="239219811">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227"/>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0C512B"/>
    <w:rsid w:val="0015074B"/>
    <w:rsid w:val="0029639D"/>
    <w:rsid w:val="00326F90"/>
    <w:rsid w:val="005F13A5"/>
    <w:rsid w:val="009D1881"/>
    <w:rsid w:val="00AA1D8D"/>
    <w:rsid w:val="00B47730"/>
    <w:rsid w:val="00C448D6"/>
    <w:rsid w:val="00CB0664"/>
    <w:rsid w:val="00EE5D9D"/>
    <w:rsid w:val="00FA1D78"/>
    <w:rsid w:val="00FB3FEB"/>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ACEA956"/>
  <w14:defaultImageDpi w14:val="300"/>
  <w15:docId w15:val="{A0E3B1AB-B327-DD49-8DF9-7CC8EF4F1D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60" w:line="250" w:lineRule="auto"/>
      <w:ind w:firstLine="288"/>
    </w:pPr>
    <w:rPr>
      <w:rFonts w:ascii="Noto Sans" w:eastAsia="Noto Sans CJK SC" w:hAnsi="Noto Sans"/>
      <w:sz w:val="21"/>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ind w:firstLine="288"/>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2220</Words>
  <Characters>12659</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14850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Isaac Lee</cp:lastModifiedBy>
  <cp:revision>2</cp:revision>
  <dcterms:created xsi:type="dcterms:W3CDTF">2026-09-13T00:14:00Z</dcterms:created>
  <dcterms:modified xsi:type="dcterms:W3CDTF">2026-09-13T00:14:00Z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0f488380-630a-4f55-a077-a19445e3f360_Enabled">
    <vt:lpwstr>true</vt:lpwstr>
  </property>
  <property fmtid="{D5CDD505-2E9C-101B-9397-08002B2CF9AE}" pid="3" name="MSIP_Label_0f488380-630a-4f55-a077-a19445e3f360_SetDate">
    <vt:lpwstr>2026-09-12T23:16:07Z</vt:lpwstr>
  </property>
  <property fmtid="{D5CDD505-2E9C-101B-9397-08002B2CF9AE}" pid="4" name="MSIP_Label_0f488380-630a-4f55-a077-a19445e3f360_Method">
    <vt:lpwstr>Standard</vt:lpwstr>
  </property>
  <property fmtid="{D5CDD505-2E9C-101B-9397-08002B2CF9AE}" pid="5" name="MSIP_Label_0f488380-630a-4f55-a077-a19445e3f360_Name">
    <vt:lpwstr>OFFICIAL - INTERNAL</vt:lpwstr>
  </property>
  <property fmtid="{D5CDD505-2E9C-101B-9397-08002B2CF9AE}" pid="6" name="MSIP_Label_0f488380-630a-4f55-a077-a19445e3f360_SiteId">
    <vt:lpwstr>b6e377cf-9db3-46cb-91a2-fad9605bb15c</vt:lpwstr>
  </property>
  <property fmtid="{D5CDD505-2E9C-101B-9397-08002B2CF9AE}" pid="7" name="MSIP_Label_0f488380-630a-4f55-a077-a19445e3f360_ActionId">
    <vt:lpwstr>baa91ba2-bdf2-4a43-9115-c4314c4acbf2</vt:lpwstr>
  </property>
  <property fmtid="{D5CDD505-2E9C-101B-9397-08002B2CF9AE}" pid="8" name="MSIP_Label_0f488380-630a-4f55-a077-a19445e3f360_ContentBits">
    <vt:lpwstr>0</vt:lpwstr>
  </property>
  <property fmtid="{D5CDD505-2E9C-101B-9397-08002B2CF9AE}" pid="9" name="MSIP_Label_0f488380-630a-4f55-a077-a19445e3f360_Tag">
    <vt:lpwstr>50, 3, 0, 1</vt:lpwstr>
  </property>
</Properties>
</file>