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1D543C9" w14:textId="77777777" w:rsidR="007558D8" w:rsidRDefault="00680334">
      <w:pPr>
        <w:spacing w:after="20"/>
        <w:jc w:val="center"/>
        <w:rPr>
          <w:lang w:eastAsia="ko-KR"/>
        </w:rPr>
      </w:pPr>
      <w:r>
        <w:rPr>
          <w:b/>
          <w:sz w:val="30"/>
          <w:lang w:eastAsia="ko-KR"/>
        </w:rPr>
        <w:t>끝까지</w:t>
      </w:r>
      <w:r>
        <w:rPr>
          <w:b/>
          <w:sz w:val="30"/>
          <w:lang w:eastAsia="ko-KR"/>
        </w:rPr>
        <w:t xml:space="preserve"> </w:t>
      </w:r>
      <w:r>
        <w:rPr>
          <w:b/>
          <w:sz w:val="30"/>
          <w:lang w:eastAsia="ko-KR"/>
        </w:rPr>
        <w:t>사랑하신</w:t>
      </w:r>
      <w:r>
        <w:rPr>
          <w:b/>
          <w:sz w:val="30"/>
          <w:lang w:eastAsia="ko-KR"/>
        </w:rPr>
        <w:t xml:space="preserve"> </w:t>
      </w:r>
      <w:r>
        <w:rPr>
          <w:b/>
          <w:sz w:val="30"/>
          <w:lang w:eastAsia="ko-KR"/>
        </w:rPr>
        <w:t>예수님</w:t>
      </w:r>
    </w:p>
    <w:p w14:paraId="0D962BBF" w14:textId="77777777" w:rsidR="007558D8" w:rsidRDefault="00680334">
      <w:pPr>
        <w:spacing w:after="80"/>
        <w:jc w:val="center"/>
        <w:rPr>
          <w:lang w:eastAsia="ko-KR"/>
        </w:rPr>
      </w:pPr>
      <w:r>
        <w:rPr>
          <w:b/>
          <w:lang w:eastAsia="ko-KR"/>
        </w:rPr>
        <w:t>요한복음</w:t>
      </w:r>
      <w:r>
        <w:rPr>
          <w:b/>
          <w:lang w:eastAsia="ko-KR"/>
        </w:rPr>
        <w:t xml:space="preserve"> 13:1–17</w:t>
      </w:r>
    </w:p>
    <w:p w14:paraId="5518FAEE" w14:textId="77777777" w:rsidR="007558D8" w:rsidRDefault="00680334">
      <w:pPr>
        <w:spacing w:before="20" w:after="20"/>
        <w:rPr>
          <w:lang w:eastAsia="ko-KR"/>
        </w:rPr>
      </w:pPr>
      <w:r>
        <w:rPr>
          <w:b/>
          <w:sz w:val="23"/>
          <w:lang w:eastAsia="ko-KR"/>
        </w:rPr>
        <w:t>서론</w:t>
      </w:r>
    </w:p>
    <w:p w14:paraId="3A5F4D4F" w14:textId="3C993710" w:rsidR="007558D8" w:rsidRDefault="00680334">
      <w:pPr>
        <w:rPr>
          <w:lang w:eastAsia="ko-KR"/>
        </w:rPr>
      </w:pP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상대방이</w:t>
      </w:r>
      <w:r>
        <w:rPr>
          <w:lang w:eastAsia="ko-KR"/>
        </w:rPr>
        <w:t xml:space="preserve"> </w:t>
      </w:r>
      <w:r>
        <w:rPr>
          <w:lang w:eastAsia="ko-KR"/>
        </w:rPr>
        <w:t>사랑스러울</w:t>
      </w:r>
      <w:r>
        <w:rPr>
          <w:lang w:eastAsia="ko-KR"/>
        </w:rPr>
        <w:t xml:space="preserve"> </w:t>
      </w:r>
      <w:r>
        <w:rPr>
          <w:lang w:eastAsia="ko-KR"/>
        </w:rPr>
        <w:t>때는</w:t>
      </w:r>
      <w:r>
        <w:rPr>
          <w:lang w:eastAsia="ko-KR"/>
        </w:rPr>
        <w:t xml:space="preserve"> </w:t>
      </w:r>
      <w:r>
        <w:rPr>
          <w:lang w:eastAsia="ko-KR"/>
        </w:rPr>
        <w:t>누구나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문제는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실망시킬</w:t>
      </w:r>
      <w:r>
        <w:rPr>
          <w:lang w:eastAsia="ko-KR"/>
        </w:rPr>
        <w:t xml:space="preserve"> </w:t>
      </w:r>
      <w:r>
        <w:rPr>
          <w:lang w:eastAsia="ko-KR"/>
        </w:rPr>
        <w:t>때입니다</w:t>
      </w:r>
      <w:r>
        <w:rPr>
          <w:lang w:eastAsia="ko-KR"/>
        </w:rPr>
        <w:t xml:space="preserve">. </w:t>
      </w:r>
      <w:r>
        <w:rPr>
          <w:lang w:eastAsia="ko-KR"/>
        </w:rPr>
        <w:t>가까운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상처를</w:t>
      </w:r>
      <w:r>
        <w:rPr>
          <w:lang w:eastAsia="ko-KR"/>
        </w:rPr>
        <w:t xml:space="preserve"> </w:t>
      </w:r>
      <w:r>
        <w:rPr>
          <w:lang w:eastAsia="ko-KR"/>
        </w:rPr>
        <w:t>받고</w:t>
      </w:r>
      <w:r>
        <w:rPr>
          <w:lang w:eastAsia="ko-KR"/>
        </w:rPr>
        <w:t xml:space="preserve">, </w:t>
      </w:r>
      <w:r>
        <w:rPr>
          <w:lang w:eastAsia="ko-KR"/>
        </w:rPr>
        <w:t>반복되는</w:t>
      </w:r>
      <w:r>
        <w:rPr>
          <w:lang w:eastAsia="ko-KR"/>
        </w:rPr>
        <w:t xml:space="preserve"> </w:t>
      </w:r>
      <w:r>
        <w:rPr>
          <w:lang w:eastAsia="ko-KR"/>
        </w:rPr>
        <w:t>실수를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,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섬긴</w:t>
      </w:r>
      <w:r>
        <w:rPr>
          <w:lang w:eastAsia="ko-KR"/>
        </w:rPr>
        <w:t xml:space="preserve"> </w:t>
      </w:r>
      <w:r>
        <w:rPr>
          <w:lang w:eastAsia="ko-KR"/>
        </w:rPr>
        <w:t>만큼</w:t>
      </w:r>
      <w:r>
        <w:rPr>
          <w:lang w:eastAsia="ko-KR"/>
        </w:rPr>
        <w:t xml:space="preserve"> </w:t>
      </w:r>
      <w:r>
        <w:rPr>
          <w:lang w:eastAsia="ko-KR"/>
        </w:rPr>
        <w:t>돌아오는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없다고</w:t>
      </w:r>
      <w:r>
        <w:rPr>
          <w:lang w:eastAsia="ko-KR"/>
        </w:rPr>
        <w:t xml:space="preserve"> </w:t>
      </w:r>
      <w:r>
        <w:rPr>
          <w:lang w:eastAsia="ko-KR"/>
        </w:rPr>
        <w:t>느낄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마음속에서</w:t>
      </w:r>
      <w:r>
        <w:rPr>
          <w:lang w:eastAsia="ko-KR"/>
        </w:rPr>
        <w:t xml:space="preserve">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생각이</w:t>
      </w:r>
      <w:r>
        <w:rPr>
          <w:lang w:eastAsia="ko-KR"/>
        </w:rPr>
        <w:t xml:space="preserve"> </w:t>
      </w:r>
      <w:r>
        <w:rPr>
          <w:lang w:eastAsia="ko-KR"/>
        </w:rPr>
        <w:t>올라옵니다</w:t>
      </w:r>
      <w:r>
        <w:rPr>
          <w:lang w:eastAsia="ko-KR"/>
        </w:rPr>
        <w:t>.</w:t>
      </w:r>
      <w:r w:rsidR="00AE236A">
        <w:rPr>
          <w:rFonts w:hint="eastAsia"/>
          <w:lang w:eastAsia="ko-KR"/>
        </w:rPr>
        <w:t xml:space="preserve"> 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저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변하지</w:t>
      </w:r>
      <w:r>
        <w:rPr>
          <w:lang w:eastAsia="ko-KR"/>
        </w:rPr>
        <w:t xml:space="preserve"> </w:t>
      </w:r>
      <w:r>
        <w:rPr>
          <w:lang w:eastAsia="ko-KR"/>
        </w:rPr>
        <w:t>않지</w:t>
      </w:r>
      <w:r>
        <w:rPr>
          <w:lang w:eastAsia="ko-KR"/>
        </w:rPr>
        <w:t>?</w:t>
      </w:r>
      <w:r w:rsidR="00C10922">
        <w:rPr>
          <w:rFonts w:hint="eastAsia"/>
          <w:lang w:eastAsia="ko-KR"/>
        </w:rPr>
        <w:t xml:space="preserve"> </w:t>
      </w:r>
      <w:r w:rsidR="00C10922">
        <w:rPr>
          <w:rFonts w:ascii="Batang" w:eastAsia="Batang" w:hAnsi="Batang" w:cs="Batang"/>
          <w:lang w:eastAsia="ko-KR"/>
        </w:rPr>
        <w:t>‘</w:t>
      </w:r>
      <w:r w:rsidR="00C10922">
        <w:rPr>
          <w:rFonts w:ascii="Batang" w:eastAsia="Batang" w:hAnsi="Batang" w:cs="Batang" w:hint="eastAsia"/>
          <w:lang w:eastAsia="ko-KR"/>
        </w:rPr>
        <w:t>왜 나만 섬기지?</w:t>
      </w:r>
      <w:r w:rsidR="00C10922">
        <w:rPr>
          <w:rFonts w:ascii="Batang" w:eastAsia="Batang" w:hAnsi="Batang" w:cs="Batang"/>
          <w:lang w:eastAsia="ko-KR"/>
        </w:rPr>
        <w:t>’</w:t>
      </w:r>
      <w:r w:rsidR="00C10922">
        <w:rPr>
          <w:rFonts w:ascii="Batang" w:eastAsia="Batang" w:hAnsi="Batang" w:cs="Batang" w:hint="eastAsia"/>
          <w:lang w:eastAsia="ko-KR"/>
        </w:rPr>
        <w:t xml:space="preserve"> </w:t>
      </w:r>
      <w:r>
        <w:rPr>
          <w:lang w:eastAsia="ko-KR"/>
        </w:rPr>
        <w:t>가정에서도</w:t>
      </w:r>
      <w:r>
        <w:rPr>
          <w:lang w:eastAsia="ko-KR"/>
        </w:rPr>
        <w:t xml:space="preserve"> </w:t>
      </w:r>
      <w:r>
        <w:rPr>
          <w:lang w:eastAsia="ko-KR"/>
        </w:rPr>
        <w:t>그렇고</w:t>
      </w:r>
      <w:r>
        <w:rPr>
          <w:lang w:eastAsia="ko-KR"/>
        </w:rPr>
        <w:t xml:space="preserve">, </w:t>
      </w:r>
      <w:r>
        <w:rPr>
          <w:lang w:eastAsia="ko-KR"/>
        </w:rPr>
        <w:t>교회에서도</w:t>
      </w:r>
      <w:r>
        <w:rPr>
          <w:lang w:eastAsia="ko-KR"/>
        </w:rPr>
        <w:t xml:space="preserve"> </w:t>
      </w:r>
      <w:r>
        <w:rPr>
          <w:lang w:eastAsia="ko-KR"/>
        </w:rPr>
        <w:t>그렇고</w:t>
      </w:r>
      <w:r>
        <w:rPr>
          <w:lang w:eastAsia="ko-KR"/>
        </w:rPr>
        <w:t xml:space="preserve">, </w:t>
      </w:r>
      <w:r>
        <w:rPr>
          <w:lang w:eastAsia="ko-KR"/>
        </w:rPr>
        <w:t>목장에서도</w:t>
      </w:r>
      <w:r>
        <w:rPr>
          <w:lang w:eastAsia="ko-KR"/>
        </w:rPr>
        <w:t xml:space="preserve"> </w:t>
      </w:r>
      <w:r>
        <w:rPr>
          <w:lang w:eastAsia="ko-KR"/>
        </w:rPr>
        <w:t>그렇습니다</w:t>
      </w:r>
      <w:r>
        <w:rPr>
          <w:lang w:eastAsia="ko-KR"/>
        </w:rPr>
        <w:t xml:space="preserve">. </w:t>
      </w:r>
      <w:r>
        <w:rPr>
          <w:lang w:eastAsia="ko-KR"/>
        </w:rPr>
        <w:t>처음에는</w:t>
      </w:r>
      <w:r>
        <w:rPr>
          <w:lang w:eastAsia="ko-KR"/>
        </w:rPr>
        <w:t xml:space="preserve"> </w:t>
      </w:r>
      <w:r>
        <w:rPr>
          <w:lang w:eastAsia="ko-KR"/>
        </w:rPr>
        <w:t>기쁨으로</w:t>
      </w:r>
      <w:r>
        <w:rPr>
          <w:lang w:eastAsia="ko-KR"/>
        </w:rPr>
        <w:t xml:space="preserve"> </w:t>
      </w:r>
      <w:r>
        <w:rPr>
          <w:lang w:eastAsia="ko-KR"/>
        </w:rPr>
        <w:t>했던</w:t>
      </w:r>
      <w:r>
        <w:rPr>
          <w:lang w:eastAsia="ko-KR"/>
        </w:rPr>
        <w:t xml:space="preserve"> </w:t>
      </w:r>
      <w:r>
        <w:rPr>
          <w:lang w:eastAsia="ko-KR"/>
        </w:rPr>
        <w:t>섬김이</w:t>
      </w:r>
      <w:r>
        <w:rPr>
          <w:lang w:eastAsia="ko-KR"/>
        </w:rPr>
        <w:t xml:space="preserve"> </w:t>
      </w:r>
      <w:r>
        <w:rPr>
          <w:lang w:eastAsia="ko-KR"/>
        </w:rPr>
        <w:t>어느</w:t>
      </w:r>
      <w:r>
        <w:rPr>
          <w:lang w:eastAsia="ko-KR"/>
        </w:rPr>
        <w:t xml:space="preserve"> </w:t>
      </w:r>
      <w:r>
        <w:rPr>
          <w:lang w:eastAsia="ko-KR"/>
        </w:rPr>
        <w:t>순간</w:t>
      </w:r>
      <w:r>
        <w:rPr>
          <w:lang w:eastAsia="ko-KR"/>
        </w:rPr>
        <w:t xml:space="preserve"> </w:t>
      </w:r>
      <w:r>
        <w:rPr>
          <w:lang w:eastAsia="ko-KR"/>
        </w:rPr>
        <w:t>부담</w:t>
      </w:r>
      <w:r w:rsidR="002F622C">
        <w:rPr>
          <w:rFonts w:ascii="Batang" w:eastAsia="Batang" w:hAnsi="Batang" w:cs="Batang" w:hint="eastAsia"/>
          <w:lang w:eastAsia="ko-KR"/>
        </w:rPr>
        <w:t xml:space="preserve">으로 </w:t>
      </w:r>
      <w:r>
        <w:rPr>
          <w:lang w:eastAsia="ko-KR"/>
        </w:rPr>
        <w:t>느껴질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525A929" w14:textId="77777777" w:rsidR="007558D8" w:rsidRDefault="00680334">
      <w:pPr>
        <w:rPr>
          <w:lang w:eastAsia="ko-KR"/>
        </w:rPr>
      </w:pP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본문은</w:t>
      </w:r>
      <w:r>
        <w:rPr>
          <w:lang w:eastAsia="ko-KR"/>
        </w:rPr>
        <w:t xml:space="preserve"> </w:t>
      </w:r>
      <w:r>
        <w:rPr>
          <w:lang w:eastAsia="ko-KR"/>
        </w:rPr>
        <w:t>지친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‘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열심히</w:t>
      </w:r>
      <w:r>
        <w:rPr>
          <w:lang w:eastAsia="ko-KR"/>
        </w:rPr>
        <w:t xml:space="preserve"> </w:t>
      </w:r>
      <w:r>
        <w:rPr>
          <w:lang w:eastAsia="ko-KR"/>
        </w:rPr>
        <w:t>섬겨라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말하지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요한은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장면으로</w:t>
      </w:r>
      <w:r>
        <w:rPr>
          <w:lang w:eastAsia="ko-KR"/>
        </w:rPr>
        <w:t xml:space="preserve"> </w:t>
      </w:r>
      <w:r>
        <w:rPr>
          <w:lang w:eastAsia="ko-KR"/>
        </w:rPr>
        <w:t>데려갑니다</w:t>
      </w:r>
      <w:r>
        <w:rPr>
          <w:lang w:eastAsia="ko-KR"/>
        </w:rPr>
        <w:t xml:space="preserve">. </w:t>
      </w:r>
      <w:r>
        <w:rPr>
          <w:lang w:eastAsia="ko-KR"/>
        </w:rPr>
        <w:t>십자가를</w:t>
      </w:r>
      <w:r>
        <w:rPr>
          <w:lang w:eastAsia="ko-KR"/>
        </w:rPr>
        <w:t xml:space="preserve"> </w:t>
      </w:r>
      <w:r>
        <w:rPr>
          <w:lang w:eastAsia="ko-KR"/>
        </w:rPr>
        <w:t>지시기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전날</w:t>
      </w:r>
      <w:r>
        <w:rPr>
          <w:lang w:eastAsia="ko-KR"/>
        </w:rPr>
        <w:t xml:space="preserve"> </w:t>
      </w:r>
      <w:r>
        <w:rPr>
          <w:lang w:eastAsia="ko-KR"/>
        </w:rPr>
        <w:t>밤입니다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체포되고</w:t>
      </w:r>
      <w:r>
        <w:rPr>
          <w:lang w:eastAsia="ko-KR"/>
        </w:rPr>
        <w:t xml:space="preserve">, </w:t>
      </w:r>
      <w:r>
        <w:rPr>
          <w:lang w:eastAsia="ko-KR"/>
        </w:rPr>
        <w:t>조롱당하고</w:t>
      </w:r>
      <w:r>
        <w:rPr>
          <w:lang w:eastAsia="ko-KR"/>
        </w:rPr>
        <w:t xml:space="preserve">, </w:t>
      </w:r>
      <w:r>
        <w:rPr>
          <w:lang w:eastAsia="ko-KR"/>
        </w:rPr>
        <w:t>채찍질당하고</w:t>
      </w:r>
      <w:r>
        <w:rPr>
          <w:lang w:eastAsia="ko-KR"/>
        </w:rPr>
        <w:t xml:space="preserve">, </w:t>
      </w:r>
      <w:r>
        <w:rPr>
          <w:lang w:eastAsia="ko-KR"/>
        </w:rPr>
        <w:t>십자가에</w:t>
      </w:r>
      <w:r>
        <w:rPr>
          <w:lang w:eastAsia="ko-KR"/>
        </w:rPr>
        <w:t xml:space="preserve"> </w:t>
      </w:r>
      <w:r>
        <w:rPr>
          <w:lang w:eastAsia="ko-KR"/>
        </w:rPr>
        <w:t>달리실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계셨습니다</w:t>
      </w:r>
      <w:r>
        <w:rPr>
          <w:lang w:eastAsia="ko-KR"/>
        </w:rPr>
        <w:t xml:space="preserve">. </w:t>
      </w:r>
      <w:r>
        <w:rPr>
          <w:lang w:eastAsia="ko-KR"/>
        </w:rPr>
        <w:t>제자들이</w:t>
      </w:r>
      <w:r>
        <w:rPr>
          <w:lang w:eastAsia="ko-KR"/>
        </w:rPr>
        <w:t xml:space="preserve"> </w:t>
      </w:r>
      <w:r>
        <w:rPr>
          <w:lang w:eastAsia="ko-KR"/>
        </w:rPr>
        <w:t>도망갈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, </w:t>
      </w:r>
      <w:r>
        <w:rPr>
          <w:lang w:eastAsia="ko-KR"/>
        </w:rPr>
        <w:t>베드로가</w:t>
      </w:r>
      <w:r>
        <w:rPr>
          <w:lang w:eastAsia="ko-KR"/>
        </w:rPr>
        <w:t xml:space="preserve">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번</w:t>
      </w:r>
      <w:r>
        <w:rPr>
          <w:lang w:eastAsia="ko-KR"/>
        </w:rPr>
        <w:t xml:space="preserve"> </w:t>
      </w:r>
      <w:r>
        <w:rPr>
          <w:lang w:eastAsia="ko-KR"/>
        </w:rPr>
        <w:t>부인할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, </w:t>
      </w:r>
      <w:r>
        <w:rPr>
          <w:lang w:eastAsia="ko-KR"/>
        </w:rPr>
        <w:t>유다가</w:t>
      </w:r>
      <w:r>
        <w:rPr>
          <w:lang w:eastAsia="ko-KR"/>
        </w:rPr>
        <w:t xml:space="preserve"> </w:t>
      </w:r>
      <w:r>
        <w:rPr>
          <w:lang w:eastAsia="ko-KR"/>
        </w:rPr>
        <w:t>배신할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계셨습니다</w:t>
      </w:r>
      <w:r>
        <w:rPr>
          <w:lang w:eastAsia="ko-KR"/>
        </w:rPr>
        <w:t xml:space="preserve">. </w:t>
      </w:r>
      <w:r>
        <w:rPr>
          <w:lang w:eastAsia="ko-KR"/>
        </w:rPr>
        <w:t>인간적으로</w:t>
      </w:r>
      <w:r>
        <w:rPr>
          <w:lang w:eastAsia="ko-KR"/>
        </w:rPr>
        <w:t xml:space="preserve"> </w:t>
      </w:r>
      <w:r>
        <w:rPr>
          <w:lang w:eastAsia="ko-KR"/>
        </w:rPr>
        <w:t>생각하면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이때야말로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위로받고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섬김</w:t>
      </w:r>
      <w:r>
        <w:rPr>
          <w:lang w:eastAsia="ko-KR"/>
        </w:rPr>
        <w:t xml:space="preserve"> </w:t>
      </w:r>
      <w:r>
        <w:rPr>
          <w:lang w:eastAsia="ko-KR"/>
        </w:rPr>
        <w:t>받아야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순간입니다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자리에서</w:t>
      </w:r>
      <w:r>
        <w:rPr>
          <w:lang w:eastAsia="ko-KR"/>
        </w:rPr>
        <w:t xml:space="preserve"> </w:t>
      </w:r>
      <w:r>
        <w:rPr>
          <w:lang w:eastAsia="ko-KR"/>
        </w:rPr>
        <w:t>일어나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r>
        <w:rPr>
          <w:lang w:eastAsia="ko-KR"/>
        </w:rPr>
        <w:t>두르고</w:t>
      </w:r>
      <w:r>
        <w:rPr>
          <w:lang w:eastAsia="ko-KR"/>
        </w:rPr>
        <w:t xml:space="preserve">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무릎을</w:t>
      </w:r>
      <w:r>
        <w:rPr>
          <w:lang w:eastAsia="ko-KR"/>
        </w:rPr>
        <w:t xml:space="preserve"> </w:t>
      </w:r>
      <w:r>
        <w:rPr>
          <w:lang w:eastAsia="ko-KR"/>
        </w:rPr>
        <w:t>꿇으십니다</w:t>
      </w:r>
      <w:r>
        <w:rPr>
          <w:lang w:eastAsia="ko-KR"/>
        </w:rPr>
        <w:t>.</w:t>
      </w:r>
    </w:p>
    <w:p w14:paraId="40D78574" w14:textId="382D85AE" w:rsidR="007558D8" w:rsidRDefault="00680334">
      <w:pPr>
        <w:rPr>
          <w:lang w:eastAsia="ko-KR"/>
        </w:rPr>
      </w:pP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장면을</w:t>
      </w:r>
      <w:r>
        <w:rPr>
          <w:lang w:eastAsia="ko-KR"/>
        </w:rPr>
        <w:t xml:space="preserve"> </w:t>
      </w:r>
      <w:r>
        <w:rPr>
          <w:lang w:eastAsia="ko-KR"/>
        </w:rPr>
        <w:t>자세히</w:t>
      </w:r>
      <w:r>
        <w:rPr>
          <w:lang w:eastAsia="ko-KR"/>
        </w:rPr>
        <w:t xml:space="preserve"> </w:t>
      </w:r>
      <w:r>
        <w:rPr>
          <w:lang w:eastAsia="ko-KR"/>
        </w:rPr>
        <w:t>보면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누구신지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깊은지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사랑을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살아가게</w:t>
      </w:r>
      <w:r>
        <w:rPr>
          <w:lang w:eastAsia="ko-KR"/>
        </w:rPr>
        <w:t xml:space="preserve"> </w:t>
      </w:r>
      <w:r>
        <w:rPr>
          <w:lang w:eastAsia="ko-KR"/>
        </w:rPr>
        <w:t>되는지를</w:t>
      </w:r>
      <w:r>
        <w:rPr>
          <w:lang w:eastAsia="ko-KR"/>
        </w:rPr>
        <w:t xml:space="preserve"> </w:t>
      </w:r>
      <w:r>
        <w:rPr>
          <w:lang w:eastAsia="ko-KR"/>
        </w:rPr>
        <w:t>보게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무엇보다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가지를</w:t>
      </w:r>
      <w:r>
        <w:rPr>
          <w:lang w:eastAsia="ko-KR"/>
        </w:rPr>
        <w:t xml:space="preserve"> </w:t>
      </w:r>
      <w:r>
        <w:rPr>
          <w:lang w:eastAsia="ko-KR"/>
        </w:rPr>
        <w:t>보아야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사랑의</w:t>
      </w:r>
      <w:r>
        <w:rPr>
          <w:lang w:eastAsia="ko-KR"/>
        </w:rPr>
        <w:t xml:space="preserve"> </w:t>
      </w:r>
      <w:r>
        <w:rPr>
          <w:lang w:eastAsia="ko-KR"/>
        </w:rPr>
        <w:t>출발점은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잘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섬기는가가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사랑하셨는가에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사실입니다</w:t>
      </w:r>
      <w:r>
        <w:rPr>
          <w:lang w:eastAsia="ko-KR"/>
        </w:rPr>
        <w:t>.</w:t>
      </w:r>
    </w:p>
    <w:p w14:paraId="05FB2BF2" w14:textId="77777777" w:rsidR="00292A20" w:rsidRDefault="00292A20">
      <w:pPr>
        <w:spacing w:before="80" w:after="20"/>
        <w:rPr>
          <w:b/>
          <w:sz w:val="23"/>
          <w:lang w:eastAsia="ko-KR"/>
        </w:rPr>
      </w:pPr>
    </w:p>
    <w:p w14:paraId="27277AD9" w14:textId="31F1028A" w:rsidR="007558D8" w:rsidRDefault="00680334">
      <w:pPr>
        <w:spacing w:before="80" w:after="20"/>
        <w:rPr>
          <w:lang w:eastAsia="ko-KR"/>
        </w:rPr>
      </w:pPr>
      <w:r>
        <w:rPr>
          <w:b/>
          <w:sz w:val="23"/>
          <w:lang w:eastAsia="ko-KR"/>
        </w:rPr>
        <w:t xml:space="preserve">1. </w:t>
      </w:r>
      <w:r>
        <w:rPr>
          <w:b/>
          <w:sz w:val="23"/>
          <w:lang w:eastAsia="ko-KR"/>
        </w:rPr>
        <w:t>끝까지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사랑하신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예수님</w:t>
      </w:r>
      <w:r>
        <w:rPr>
          <w:b/>
          <w:sz w:val="23"/>
          <w:lang w:eastAsia="ko-KR"/>
        </w:rPr>
        <w:t xml:space="preserve"> — 1–5</w:t>
      </w:r>
      <w:r>
        <w:rPr>
          <w:b/>
          <w:sz w:val="23"/>
          <w:lang w:eastAsia="ko-KR"/>
        </w:rPr>
        <w:t>절</w:t>
      </w:r>
    </w:p>
    <w:p w14:paraId="1EAC7369" w14:textId="1FE84E1A" w:rsidR="007558D8" w:rsidRDefault="00680334">
      <w:pPr>
        <w:rPr>
          <w:lang w:eastAsia="ko-KR"/>
        </w:rPr>
      </w:pPr>
      <w:r>
        <w:rPr>
          <w:lang w:eastAsia="ko-KR"/>
        </w:rPr>
        <w:t>1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사건</w:t>
      </w:r>
      <w:r>
        <w:rPr>
          <w:lang w:eastAsia="ko-KR"/>
        </w:rPr>
        <w:t xml:space="preserve"> </w:t>
      </w:r>
      <w:r>
        <w:rPr>
          <w:lang w:eastAsia="ko-KR"/>
        </w:rPr>
        <w:t>전체의</w:t>
      </w:r>
      <w:r>
        <w:rPr>
          <w:lang w:eastAsia="ko-KR"/>
        </w:rPr>
        <w:t xml:space="preserve"> </w:t>
      </w:r>
      <w:r>
        <w:rPr>
          <w:lang w:eastAsia="ko-KR"/>
        </w:rPr>
        <w:t>문을</w:t>
      </w:r>
      <w:r>
        <w:rPr>
          <w:lang w:eastAsia="ko-KR"/>
        </w:rPr>
        <w:t xml:space="preserve"> </w:t>
      </w:r>
      <w:r>
        <w:rPr>
          <w:lang w:eastAsia="ko-KR"/>
        </w:rPr>
        <w:t>여는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>. ‘</w:t>
      </w:r>
      <w:r>
        <w:rPr>
          <w:lang w:eastAsia="ko-KR"/>
        </w:rPr>
        <w:t>세상에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사람들을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사랑하시되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끝까지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사랑하시니라</w:t>
      </w:r>
      <w:proofErr w:type="spellEnd"/>
      <w:r>
        <w:rPr>
          <w:lang w:eastAsia="ko-KR"/>
        </w:rPr>
        <w:t>.’ ‘</w:t>
      </w:r>
      <w:r>
        <w:rPr>
          <w:lang w:eastAsia="ko-KR"/>
        </w:rPr>
        <w:t>사랑하다</w:t>
      </w:r>
      <w:r>
        <w:rPr>
          <w:lang w:eastAsia="ko-KR"/>
        </w:rPr>
        <w:t>’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말은</w:t>
      </w:r>
      <w:r>
        <w:rPr>
          <w:lang w:eastAsia="ko-KR"/>
        </w:rPr>
        <w:t xml:space="preserve"> </w:t>
      </w:r>
      <w:r>
        <w:rPr>
          <w:lang w:eastAsia="ko-KR"/>
        </w:rPr>
        <w:t>헬라어</w:t>
      </w:r>
      <w:r>
        <w:rPr>
          <w:lang w:eastAsia="ko-KR"/>
        </w:rPr>
        <w:t xml:space="preserve"> </w:t>
      </w:r>
      <w:proofErr w:type="spellStart"/>
      <w:r>
        <w:t>ἀ</w:t>
      </w:r>
      <w:r>
        <w:t>γ</w:t>
      </w:r>
      <w:proofErr w:type="spellEnd"/>
      <w:r>
        <w:t>απ</w:t>
      </w:r>
      <w:proofErr w:type="spellStart"/>
      <w:r>
        <w:t>άω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agapaō</w:t>
      </w:r>
      <w:proofErr w:type="spellEnd"/>
      <w:r>
        <w:rPr>
          <w:lang w:eastAsia="ko-KR"/>
        </w:rPr>
        <w:t>)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본문에는</w:t>
      </w:r>
      <w:r>
        <w:rPr>
          <w:lang w:eastAsia="ko-KR"/>
        </w:rPr>
        <w:t xml:space="preserve"> </w:t>
      </w:r>
      <w:proofErr w:type="spellStart"/>
      <w:r>
        <w:t>ἀ</w:t>
      </w:r>
      <w:r>
        <w:t>γ</w:t>
      </w:r>
      <w:proofErr w:type="spellEnd"/>
      <w:r>
        <w:t>απ</w:t>
      </w:r>
      <w:proofErr w:type="spellStart"/>
      <w:r>
        <w:t>ήσ</w:t>
      </w:r>
      <w:proofErr w:type="spellEnd"/>
      <w:r>
        <w:t>ας</w:t>
      </w:r>
      <w:r>
        <w:rPr>
          <w:lang w:eastAsia="ko-KR"/>
        </w:rPr>
        <w:t>와</w:t>
      </w:r>
      <w:r>
        <w:rPr>
          <w:lang w:eastAsia="ko-KR"/>
        </w:rPr>
        <w:t xml:space="preserve"> </w:t>
      </w:r>
      <w:proofErr w:type="spellStart"/>
      <w:r>
        <w:t>ἠ</w:t>
      </w:r>
      <w:r>
        <w:t>γά</w:t>
      </w:r>
      <w:proofErr w:type="spellEnd"/>
      <w:r>
        <w:t>π</w:t>
      </w:r>
      <w:proofErr w:type="spellStart"/>
      <w:r>
        <w:t>ησεν</w:t>
      </w:r>
      <w:proofErr w:type="spellEnd"/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연이어</w:t>
      </w:r>
      <w:r>
        <w:rPr>
          <w:lang w:eastAsia="ko-KR"/>
        </w:rPr>
        <w:t xml:space="preserve"> </w:t>
      </w:r>
      <w:r>
        <w:rPr>
          <w:lang w:eastAsia="ko-KR"/>
        </w:rPr>
        <w:t>나옵니다</w:t>
      </w:r>
      <w:r>
        <w:rPr>
          <w:lang w:eastAsia="ko-KR"/>
        </w:rPr>
        <w:t xml:space="preserve">. </w:t>
      </w:r>
      <w:r>
        <w:rPr>
          <w:lang w:eastAsia="ko-KR"/>
        </w:rPr>
        <w:t>둘</w:t>
      </w:r>
      <w:r>
        <w:rPr>
          <w:lang w:eastAsia="ko-KR"/>
        </w:rPr>
        <w:t xml:space="preserve"> </w:t>
      </w:r>
      <w:r>
        <w:rPr>
          <w:lang w:eastAsia="ko-KR"/>
        </w:rPr>
        <w:t>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부정과거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형태인데</w:t>
      </w:r>
      <w:r>
        <w:rPr>
          <w:lang w:eastAsia="ko-KR"/>
        </w:rPr>
        <w:t>,</w:t>
      </w:r>
      <w:r w:rsidR="004A2C74">
        <w:rPr>
          <w:lang w:eastAsia="ko-KR"/>
        </w:rPr>
        <w:t xml:space="preserve"> </w:t>
      </w:r>
      <w:r w:rsidR="006E4D13">
        <w:rPr>
          <w:rFonts w:ascii="Batang" w:eastAsia="Batang" w:hAnsi="Batang" w:cs="Batang" w:hint="eastAsia"/>
          <w:lang w:eastAsia="ko-KR"/>
        </w:rPr>
        <w:t xml:space="preserve">예수님의 </w:t>
      </w:r>
      <w:r w:rsidR="004A2C74">
        <w:rPr>
          <w:rFonts w:ascii="Batang" w:eastAsia="Batang" w:hAnsi="Batang" w:cs="Batang" w:hint="eastAsia"/>
          <w:lang w:eastAsia="ko-KR"/>
        </w:rPr>
        <w:t>지속된 사랑</w:t>
      </w:r>
      <w:r w:rsidR="00930868">
        <w:rPr>
          <w:rFonts w:ascii="Batang" w:eastAsia="Batang" w:hAnsi="Batang" w:cs="Batang" w:hint="eastAsia"/>
          <w:lang w:eastAsia="ko-KR"/>
        </w:rPr>
        <w:t xml:space="preserve">을 보여줍니다. </w:t>
      </w:r>
      <w:r>
        <w:rPr>
          <w:lang w:eastAsia="ko-KR"/>
        </w:rPr>
        <w:t>특히</w:t>
      </w:r>
      <w:r>
        <w:rPr>
          <w:lang w:eastAsia="ko-KR"/>
        </w:rPr>
        <w:t xml:space="preserve"> ‘</w:t>
      </w:r>
      <w:r>
        <w:rPr>
          <w:lang w:eastAsia="ko-KR"/>
        </w:rPr>
        <w:t>끝까지</w:t>
      </w:r>
      <w:r>
        <w:rPr>
          <w:lang w:eastAsia="ko-KR"/>
        </w:rPr>
        <w:t>’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proofErr w:type="spellStart"/>
      <w:r>
        <w:t>ε</w:t>
      </w:r>
      <w:r>
        <w:t>ἰ</w:t>
      </w:r>
      <w:r>
        <w:t>ς</w:t>
      </w:r>
      <w:proofErr w:type="spellEnd"/>
      <w:r>
        <w:rPr>
          <w:lang w:eastAsia="ko-KR"/>
        </w:rPr>
        <w:t xml:space="preserve"> </w:t>
      </w:r>
      <w:proofErr w:type="spellStart"/>
      <w:r>
        <w:t>τέλος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eis</w:t>
      </w:r>
      <w:proofErr w:type="spellEnd"/>
      <w:r>
        <w:rPr>
          <w:lang w:eastAsia="ko-KR"/>
        </w:rPr>
        <w:t xml:space="preserve"> telos)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시간적으로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마지막까지라는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뜻도</w:t>
      </w:r>
      <w:r>
        <w:rPr>
          <w:lang w:eastAsia="ko-KR"/>
        </w:rPr>
        <w:t xml:space="preserve"> </w:t>
      </w:r>
      <w:r>
        <w:rPr>
          <w:lang w:eastAsia="ko-KR"/>
        </w:rPr>
        <w:t>있고</w:t>
      </w:r>
      <w:r>
        <w:rPr>
          <w:lang w:eastAsia="ko-KR"/>
        </w:rPr>
        <w:t xml:space="preserve">, </w:t>
      </w:r>
      <w:r>
        <w:rPr>
          <w:lang w:eastAsia="ko-KR"/>
        </w:rPr>
        <w:t>완전히</w:t>
      </w:r>
      <w:r>
        <w:rPr>
          <w:lang w:eastAsia="ko-KR"/>
        </w:rPr>
        <w:t xml:space="preserve">, </w:t>
      </w:r>
      <w:r>
        <w:rPr>
          <w:lang w:eastAsia="ko-KR"/>
        </w:rPr>
        <w:t>극진히</w:t>
      </w:r>
      <w:r>
        <w:rPr>
          <w:lang w:eastAsia="ko-KR"/>
        </w:rPr>
        <w:t xml:space="preserve">, </w:t>
      </w:r>
      <w:r w:rsidR="00F15F5F">
        <w:rPr>
          <w:rFonts w:ascii="Batang" w:eastAsia="Batang" w:hAnsi="Batang" w:cs="Batang"/>
          <w:lang w:val="en-AU" w:eastAsia="ko-KR"/>
        </w:rPr>
        <w:t>to the uttermost</w:t>
      </w:r>
      <w:r>
        <w:rPr>
          <w:lang w:eastAsia="ko-KR"/>
        </w:rPr>
        <w:t>라는</w:t>
      </w:r>
      <w:r>
        <w:rPr>
          <w:lang w:eastAsia="ko-KR"/>
        </w:rPr>
        <w:t xml:space="preserve"> </w:t>
      </w:r>
      <w:r w:rsidR="00F15F5F">
        <w:rPr>
          <w:rFonts w:ascii="Batang" w:eastAsia="Batang" w:hAnsi="Batang" w:cs="Batang" w:hint="eastAsia"/>
          <w:lang w:eastAsia="ko-KR"/>
        </w:rPr>
        <w:t>뜻입니다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제자들이</w:t>
      </w:r>
      <w:r>
        <w:rPr>
          <w:lang w:eastAsia="ko-KR"/>
        </w:rPr>
        <w:t xml:space="preserve"> </w:t>
      </w:r>
      <w:r>
        <w:rPr>
          <w:lang w:eastAsia="ko-KR"/>
        </w:rPr>
        <w:t>잘했기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사랑하신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 w:rsidR="00EE47DA">
        <w:rPr>
          <w:rFonts w:ascii="Batang" w:eastAsia="Batang" w:hAnsi="Batang" w:cs="Batang" w:hint="eastAsia"/>
          <w:lang w:eastAsia="ko-KR"/>
        </w:rPr>
        <w:t xml:space="preserve">예수님은 </w:t>
      </w:r>
      <w:r>
        <w:rPr>
          <w:lang w:eastAsia="ko-KR"/>
        </w:rPr>
        <w:t>베드로는</w:t>
      </w:r>
      <w:r>
        <w:rPr>
          <w:lang w:eastAsia="ko-KR"/>
        </w:rPr>
        <w:t xml:space="preserve"> </w:t>
      </w:r>
      <w:r>
        <w:rPr>
          <w:lang w:eastAsia="ko-KR"/>
        </w:rPr>
        <w:t>몇</w:t>
      </w:r>
      <w:r>
        <w:rPr>
          <w:lang w:eastAsia="ko-KR"/>
        </w:rPr>
        <w:t xml:space="preserve"> </w:t>
      </w:r>
      <w:r>
        <w:rPr>
          <w:lang w:eastAsia="ko-KR"/>
        </w:rPr>
        <w:t>시간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번</w:t>
      </w:r>
      <w:r>
        <w:rPr>
          <w:lang w:eastAsia="ko-KR"/>
        </w:rPr>
        <w:t xml:space="preserve"> </w:t>
      </w:r>
      <w:r>
        <w:rPr>
          <w:lang w:eastAsia="ko-KR"/>
        </w:rPr>
        <w:t>부인</w:t>
      </w:r>
      <w:r w:rsidR="00EE47DA">
        <w:rPr>
          <w:rFonts w:ascii="Batang" w:eastAsia="Batang" w:hAnsi="Batang" w:cs="Batang" w:hint="eastAsia"/>
          <w:lang w:eastAsia="ko-KR"/>
        </w:rPr>
        <w:t xml:space="preserve">하고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모두</w:t>
      </w:r>
      <w:r>
        <w:rPr>
          <w:lang w:eastAsia="ko-KR"/>
        </w:rPr>
        <w:t xml:space="preserve"> </w:t>
      </w:r>
      <w:r>
        <w:rPr>
          <w:lang w:eastAsia="ko-KR"/>
        </w:rPr>
        <w:t>도망</w:t>
      </w:r>
      <w:r w:rsidR="00EE47DA">
        <w:rPr>
          <w:rFonts w:ascii="Batang" w:eastAsia="Batang" w:hAnsi="Batang" w:cs="Batang" w:hint="eastAsia"/>
          <w:lang w:eastAsia="ko-KR"/>
        </w:rPr>
        <w:t xml:space="preserve">갈 것을 아셨습니다. 또 </w:t>
      </w:r>
      <w:r>
        <w:rPr>
          <w:lang w:eastAsia="ko-KR"/>
        </w:rPr>
        <w:t>유다는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팔기로</w:t>
      </w:r>
      <w:r>
        <w:rPr>
          <w:lang w:eastAsia="ko-KR"/>
        </w:rPr>
        <w:t xml:space="preserve"> </w:t>
      </w:r>
      <w:r>
        <w:rPr>
          <w:lang w:eastAsia="ko-KR"/>
        </w:rPr>
        <w:t>마음먹</w:t>
      </w:r>
      <w:r w:rsidR="00EE47DA">
        <w:rPr>
          <w:rFonts w:ascii="Batang" w:eastAsia="Batang" w:hAnsi="Batang" w:cs="Batang" w:hint="eastAsia"/>
          <w:lang w:eastAsia="ko-KR"/>
        </w:rPr>
        <w:t>은 것도 아셨습니다</w:t>
      </w:r>
      <w:r>
        <w:rPr>
          <w:lang w:eastAsia="ko-KR"/>
        </w:rPr>
        <w:t xml:space="preserve">. </w:t>
      </w:r>
      <w:r>
        <w:rPr>
          <w:lang w:eastAsia="ko-KR"/>
        </w:rPr>
        <w:t>그럼에도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 w:rsidR="00EE47DA">
        <w:rPr>
          <w:rFonts w:ascii="Batang" w:eastAsia="Batang" w:hAnsi="Batang" w:cs="Batang" w:hint="eastAsia"/>
          <w:lang w:eastAsia="ko-KR"/>
        </w:rPr>
        <w:t>그들을 끝까지</w:t>
      </w:r>
      <w:r w:rsidR="00142B15">
        <w:rPr>
          <w:rFonts w:ascii="Batang" w:eastAsia="Batang" w:hAnsi="Batang" w:cs="Batang" w:hint="eastAsia"/>
          <w:lang w:eastAsia="ko-KR"/>
        </w:rPr>
        <w:t xml:space="preserve"> </w:t>
      </w:r>
      <w:r>
        <w:rPr>
          <w:lang w:eastAsia="ko-KR"/>
        </w:rPr>
        <w:t>사랑하</w:t>
      </w:r>
      <w:r w:rsidR="00142B15">
        <w:rPr>
          <w:rFonts w:ascii="Batang" w:eastAsia="Batang" w:hAnsi="Batang" w:cs="Batang" w:hint="eastAsia"/>
          <w:lang w:eastAsia="ko-KR"/>
        </w:rPr>
        <w:t xml:space="preserve">셨습니다. </w:t>
      </w:r>
    </w:p>
    <w:p w14:paraId="27FCF1DD" w14:textId="77777777" w:rsidR="00BE7FD9" w:rsidRDefault="00BE7FD9">
      <w:pPr>
        <w:rPr>
          <w:lang w:eastAsia="ko-KR"/>
        </w:rPr>
      </w:pPr>
    </w:p>
    <w:p w14:paraId="58D4436F" w14:textId="3EADFB42" w:rsidR="007558D8" w:rsidRDefault="00680334">
      <w:pPr>
        <w:rPr>
          <w:lang w:eastAsia="ko-KR"/>
        </w:rPr>
      </w:pP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어려움을</w:t>
      </w:r>
      <w:r>
        <w:rPr>
          <w:lang w:eastAsia="ko-KR"/>
        </w:rPr>
        <w:t xml:space="preserve"> </w:t>
      </w:r>
      <w:r>
        <w:rPr>
          <w:lang w:eastAsia="ko-KR"/>
        </w:rPr>
        <w:t>앞두면</w:t>
      </w:r>
      <w:r>
        <w:rPr>
          <w:lang w:eastAsia="ko-KR"/>
        </w:rPr>
        <w:t xml:space="preserve"> </w:t>
      </w:r>
      <w:r>
        <w:rPr>
          <w:lang w:eastAsia="ko-KR"/>
        </w:rPr>
        <w:t>자기연민에</w:t>
      </w:r>
      <w:r>
        <w:rPr>
          <w:lang w:eastAsia="ko-KR"/>
        </w:rPr>
        <w:t xml:space="preserve"> </w:t>
      </w:r>
      <w:r>
        <w:rPr>
          <w:lang w:eastAsia="ko-KR"/>
        </w:rPr>
        <w:t>빠지기</w:t>
      </w:r>
      <w:r>
        <w:rPr>
          <w:lang w:eastAsia="ko-KR"/>
        </w:rPr>
        <w:t xml:space="preserve"> </w:t>
      </w:r>
      <w:r>
        <w:rPr>
          <w:lang w:eastAsia="ko-KR"/>
        </w:rPr>
        <w:t>쉽습니다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힘들면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필요가</w:t>
      </w:r>
      <w:r>
        <w:rPr>
          <w:lang w:eastAsia="ko-KR"/>
        </w:rPr>
        <w:t xml:space="preserve"> </w:t>
      </w:r>
      <w:r>
        <w:rPr>
          <w:lang w:eastAsia="ko-KR"/>
        </w:rPr>
        <w:t>잘</w:t>
      </w:r>
      <w:r>
        <w:rPr>
          <w:lang w:eastAsia="ko-KR"/>
        </w:rPr>
        <w:t xml:space="preserve"> </w:t>
      </w:r>
      <w:r>
        <w:rPr>
          <w:lang w:eastAsia="ko-KR"/>
        </w:rPr>
        <w:t>보이지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 ‘</w:t>
      </w:r>
      <w:r>
        <w:rPr>
          <w:lang w:eastAsia="ko-KR"/>
        </w:rPr>
        <w:t>지금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힘든데</w:t>
      </w:r>
      <w:r>
        <w:rPr>
          <w:lang w:eastAsia="ko-KR"/>
        </w:rPr>
        <w:t>’</w:t>
      </w:r>
      <w:r>
        <w:rPr>
          <w:lang w:eastAsia="ko-KR"/>
        </w:rPr>
        <w:t>라는</w:t>
      </w:r>
      <w:r>
        <w:rPr>
          <w:lang w:eastAsia="ko-KR"/>
        </w:rPr>
        <w:t xml:space="preserve"> </w:t>
      </w:r>
      <w:r>
        <w:rPr>
          <w:lang w:eastAsia="ko-KR"/>
        </w:rPr>
        <w:t>생각이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가득</w:t>
      </w:r>
      <w:r>
        <w:rPr>
          <w:lang w:eastAsia="ko-KR"/>
        </w:rPr>
        <w:t xml:space="preserve"> </w:t>
      </w:r>
      <w:r>
        <w:rPr>
          <w:lang w:eastAsia="ko-KR"/>
        </w:rPr>
        <w:t>채웁니다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십자가의</w:t>
      </w:r>
      <w:r>
        <w:rPr>
          <w:lang w:eastAsia="ko-KR"/>
        </w:rPr>
        <w:t xml:space="preserve"> </w:t>
      </w:r>
      <w:r>
        <w:rPr>
          <w:lang w:eastAsia="ko-KR"/>
        </w:rPr>
        <w:t>고통을</w:t>
      </w:r>
      <w:r>
        <w:rPr>
          <w:lang w:eastAsia="ko-KR"/>
        </w:rPr>
        <w:t xml:space="preserve"> </w:t>
      </w:r>
      <w:r>
        <w:rPr>
          <w:lang w:eastAsia="ko-KR"/>
        </w:rPr>
        <w:t>눈앞에</w:t>
      </w:r>
      <w:r>
        <w:rPr>
          <w:lang w:eastAsia="ko-KR"/>
        </w:rPr>
        <w:t xml:space="preserve"> </w:t>
      </w:r>
      <w:r>
        <w:rPr>
          <w:lang w:eastAsia="ko-KR"/>
        </w:rPr>
        <w:t>두고도</w:t>
      </w:r>
      <w:r>
        <w:rPr>
          <w:lang w:eastAsia="ko-KR"/>
        </w:rPr>
        <w:t xml:space="preserve"> </w:t>
      </w:r>
      <w:r>
        <w:rPr>
          <w:lang w:eastAsia="ko-KR"/>
        </w:rPr>
        <w:t>자기연민에</w:t>
      </w:r>
      <w:r>
        <w:rPr>
          <w:lang w:eastAsia="ko-KR"/>
        </w:rPr>
        <w:t xml:space="preserve"> </w:t>
      </w:r>
      <w:r>
        <w:rPr>
          <w:lang w:eastAsia="ko-KR"/>
        </w:rPr>
        <w:t>빠지지</w:t>
      </w:r>
      <w:r>
        <w:rPr>
          <w:lang w:eastAsia="ko-KR"/>
        </w:rPr>
        <w:t xml:space="preserve"> </w:t>
      </w:r>
      <w:r>
        <w:rPr>
          <w:lang w:eastAsia="ko-KR"/>
        </w:rPr>
        <w:t>않으셨습니다</w:t>
      </w:r>
      <w:r>
        <w:rPr>
          <w:lang w:eastAsia="ko-KR"/>
        </w:rPr>
        <w:t>.</w:t>
      </w:r>
      <w:r w:rsidR="00004116">
        <w:rPr>
          <w:rFonts w:hint="eastAsia"/>
          <w:lang w:eastAsia="ko-KR"/>
        </w:rPr>
        <w:t xml:space="preserve">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 w:rsidR="00004116">
        <w:rPr>
          <w:rFonts w:ascii="Batang" w:eastAsia="Batang" w:hAnsi="Batang" w:cs="Batang" w:hint="eastAsia"/>
          <w:lang w:eastAsia="ko-KR"/>
        </w:rPr>
        <w:t>연약</w:t>
      </w:r>
      <w:r w:rsidR="00A007C7">
        <w:rPr>
          <w:rFonts w:ascii="Batang" w:eastAsia="Batang" w:hAnsi="Batang" w:cs="Batang" w:hint="eastAsia"/>
          <w:lang w:eastAsia="ko-KR"/>
        </w:rPr>
        <w:t>함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실패도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사랑을</w:t>
      </w:r>
      <w:r>
        <w:rPr>
          <w:lang w:eastAsia="ko-KR"/>
        </w:rPr>
        <w:t xml:space="preserve"> </w:t>
      </w:r>
      <w:r>
        <w:rPr>
          <w:lang w:eastAsia="ko-KR"/>
        </w:rPr>
        <w:t>멈추지</w:t>
      </w:r>
      <w:r>
        <w:rPr>
          <w:lang w:eastAsia="ko-KR"/>
        </w:rPr>
        <w:t xml:space="preserve"> </w:t>
      </w:r>
      <w:r>
        <w:rPr>
          <w:lang w:eastAsia="ko-KR"/>
        </w:rPr>
        <w:t>못했습니다</w:t>
      </w:r>
      <w:r>
        <w:rPr>
          <w:lang w:eastAsia="ko-KR"/>
        </w:rPr>
        <w:t>.</w:t>
      </w:r>
    </w:p>
    <w:p w14:paraId="3D2FC496" w14:textId="77777777" w:rsidR="00A007C7" w:rsidRDefault="00A007C7">
      <w:pPr>
        <w:rPr>
          <w:lang w:eastAsia="ko-KR"/>
        </w:rPr>
      </w:pPr>
    </w:p>
    <w:p w14:paraId="622BCD51" w14:textId="338CD763" w:rsidR="007558D8" w:rsidRDefault="00680334">
      <w:pPr>
        <w:rPr>
          <w:lang w:eastAsia="ko-KR"/>
        </w:rPr>
      </w:pPr>
      <w:r>
        <w:rPr>
          <w:lang w:eastAsia="ko-KR"/>
        </w:rPr>
        <w:t>3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놀랍습니다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아버지께서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손에</w:t>
      </w:r>
      <w:r>
        <w:rPr>
          <w:lang w:eastAsia="ko-KR"/>
        </w:rPr>
        <w:t xml:space="preserve"> </w:t>
      </w:r>
      <w:r>
        <w:rPr>
          <w:lang w:eastAsia="ko-KR"/>
        </w:rPr>
        <w:t>맡기셨다는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아셨고</w:t>
      </w:r>
      <w:r>
        <w:rPr>
          <w:lang w:eastAsia="ko-KR"/>
        </w:rPr>
        <w:t xml:space="preserve">,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하나님께로부터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왔다가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돌아가실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아셨습니다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누구인지</w:t>
      </w:r>
      <w:r>
        <w:rPr>
          <w:lang w:eastAsia="ko-KR"/>
        </w:rPr>
        <w:t xml:space="preserve"> </w:t>
      </w:r>
      <w:r>
        <w:rPr>
          <w:lang w:eastAsia="ko-KR"/>
        </w:rPr>
        <w:t>모르고</w:t>
      </w:r>
      <w:r>
        <w:rPr>
          <w:lang w:eastAsia="ko-KR"/>
        </w:rPr>
        <w:t xml:space="preserve"> </w:t>
      </w:r>
      <w:r>
        <w:rPr>
          <w:lang w:eastAsia="ko-KR"/>
        </w:rPr>
        <w:t>낮아지신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정체성과</w:t>
      </w:r>
      <w:r>
        <w:rPr>
          <w:lang w:eastAsia="ko-KR"/>
        </w:rPr>
        <w:t xml:space="preserve"> </w:t>
      </w:r>
      <w:r>
        <w:rPr>
          <w:lang w:eastAsia="ko-KR"/>
        </w:rPr>
        <w:t>권세를</w:t>
      </w:r>
      <w:r>
        <w:rPr>
          <w:lang w:eastAsia="ko-KR"/>
        </w:rPr>
        <w:t xml:space="preserve"> </w:t>
      </w:r>
      <w:r>
        <w:rPr>
          <w:lang w:eastAsia="ko-KR"/>
        </w:rPr>
        <w:t>완전히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계셨습니다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일어나</w:t>
      </w:r>
      <w:r>
        <w:rPr>
          <w:lang w:eastAsia="ko-KR"/>
        </w:rPr>
        <w:t xml:space="preserve"> </w:t>
      </w:r>
      <w:r>
        <w:rPr>
          <w:lang w:eastAsia="ko-KR"/>
        </w:rPr>
        <w:t>겉옷을</w:t>
      </w:r>
      <w:r>
        <w:rPr>
          <w:lang w:eastAsia="ko-KR"/>
        </w:rPr>
        <w:t xml:space="preserve"> </w:t>
      </w:r>
      <w:r>
        <w:rPr>
          <w:lang w:eastAsia="ko-KR"/>
        </w:rPr>
        <w:t>벗고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r>
        <w:rPr>
          <w:lang w:eastAsia="ko-KR"/>
        </w:rPr>
        <w:t>두르십니다</w:t>
      </w:r>
      <w:r>
        <w:rPr>
          <w:lang w:eastAsia="ko-KR"/>
        </w:rPr>
        <w:t>.</w:t>
      </w:r>
    </w:p>
    <w:p w14:paraId="45708E04" w14:textId="121E1E1B" w:rsidR="007558D8" w:rsidRDefault="007108CE">
      <w:pPr>
        <w:rPr>
          <w:lang w:eastAsia="ko-KR"/>
        </w:rPr>
      </w:pPr>
      <w:r>
        <w:rPr>
          <w:rFonts w:hint="eastAsia"/>
          <w:lang w:eastAsia="ko-KR"/>
        </w:rPr>
        <w:t>3-4</w:t>
      </w:r>
      <w:r>
        <w:rPr>
          <w:rFonts w:ascii="Batang" w:eastAsia="Batang" w:hAnsi="Batang" w:cs="Batang" w:hint="eastAsia"/>
          <w:lang w:eastAsia="ko-KR"/>
        </w:rPr>
        <w:t xml:space="preserve">절을 보면 </w:t>
      </w:r>
      <w:r w:rsidR="00680334">
        <w:rPr>
          <w:lang w:eastAsia="ko-KR"/>
        </w:rPr>
        <w:t>모든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것이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예수님의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손에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있었습니다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천지를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다스리는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권세가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손에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있었습니다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그런데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바로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손으로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더럽고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냄새나는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제자들의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발을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씻으셨습니다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세상에서는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권세가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높아질수록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많은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사람에게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섬김을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받으려고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합니다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그러나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예수님의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권세는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반대로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움직입니다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가장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높으신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분이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가장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낮은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일을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하십니다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주님이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종의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자리로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내려가십니다</w:t>
      </w:r>
      <w:r w:rsidR="00680334">
        <w:rPr>
          <w:lang w:eastAsia="ko-KR"/>
        </w:rPr>
        <w:t>.</w:t>
      </w:r>
    </w:p>
    <w:p w14:paraId="0A051762" w14:textId="2D3C0C63" w:rsidR="007558D8" w:rsidRDefault="00680334">
      <w:pPr>
        <w:rPr>
          <w:lang w:eastAsia="ko-KR"/>
        </w:rPr>
      </w:pPr>
      <w:r>
        <w:rPr>
          <w:lang w:eastAsia="ko-KR"/>
        </w:rPr>
        <w:t>당시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씻김은</w:t>
      </w:r>
      <w:r>
        <w:rPr>
          <w:lang w:eastAsia="ko-KR"/>
        </w:rPr>
        <w:t xml:space="preserve"> </w:t>
      </w:r>
      <w:r>
        <w:rPr>
          <w:lang w:eastAsia="ko-KR"/>
        </w:rPr>
        <w:t>먼지</w:t>
      </w:r>
      <w:r>
        <w:rPr>
          <w:lang w:eastAsia="ko-KR"/>
        </w:rPr>
        <w:t xml:space="preserve"> </w:t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길을</w:t>
      </w:r>
      <w:r>
        <w:rPr>
          <w:lang w:eastAsia="ko-KR"/>
        </w:rPr>
        <w:t xml:space="preserve"> </w:t>
      </w:r>
      <w:r>
        <w:rPr>
          <w:lang w:eastAsia="ko-KR"/>
        </w:rPr>
        <w:t>샌들을</w:t>
      </w:r>
      <w:r>
        <w:rPr>
          <w:lang w:eastAsia="ko-KR"/>
        </w:rPr>
        <w:t xml:space="preserve"> </w:t>
      </w:r>
      <w:r>
        <w:rPr>
          <w:lang w:eastAsia="ko-KR"/>
        </w:rPr>
        <w:t>신고</w:t>
      </w:r>
      <w:r>
        <w:rPr>
          <w:lang w:eastAsia="ko-KR"/>
        </w:rPr>
        <w:t xml:space="preserve"> </w:t>
      </w:r>
      <w:r>
        <w:rPr>
          <w:lang w:eastAsia="ko-KR"/>
        </w:rPr>
        <w:t>걸어온</w:t>
      </w:r>
      <w:r>
        <w:rPr>
          <w:lang w:eastAsia="ko-KR"/>
        </w:rPr>
        <w:t xml:space="preserve"> </w:t>
      </w:r>
      <w:r>
        <w:rPr>
          <w:lang w:eastAsia="ko-KR"/>
        </w:rPr>
        <w:t>사람들에게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일이었고</w:t>
      </w:r>
      <w:r>
        <w:rPr>
          <w:lang w:eastAsia="ko-KR"/>
        </w:rPr>
        <w:t xml:space="preserve">, </w:t>
      </w:r>
      <w:r>
        <w:rPr>
          <w:lang w:eastAsia="ko-KR"/>
        </w:rPr>
        <w:t>보통</w:t>
      </w:r>
      <w:r>
        <w:rPr>
          <w:lang w:eastAsia="ko-KR"/>
        </w:rPr>
        <w:t xml:space="preserve"> </w:t>
      </w:r>
      <w:r>
        <w:rPr>
          <w:lang w:eastAsia="ko-KR"/>
        </w:rPr>
        <w:t>종</w:t>
      </w:r>
      <w:r w:rsidR="00345B43">
        <w:rPr>
          <w:rFonts w:ascii="Batang" w:eastAsia="Batang" w:hAnsi="Batang" w:cs="Batang" w:hint="eastAsia"/>
          <w:lang w:eastAsia="ko-KR"/>
        </w:rPr>
        <w:t>이 하던 일</w:t>
      </w:r>
      <w:r>
        <w:rPr>
          <w:lang w:eastAsia="ko-KR"/>
        </w:rPr>
        <w:t>이었습니다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아무</w:t>
      </w:r>
      <w:r>
        <w:rPr>
          <w:lang w:eastAsia="ko-KR"/>
        </w:rPr>
        <w:t xml:space="preserve"> </w:t>
      </w:r>
      <w:r>
        <w:rPr>
          <w:lang w:eastAsia="ko-KR"/>
        </w:rPr>
        <w:t>제자도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맡지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 xml:space="preserve">. </w:t>
      </w:r>
      <w:r w:rsidR="00D6084F">
        <w:rPr>
          <w:rFonts w:ascii="Batang" w:eastAsia="Batang" w:hAnsi="Batang" w:cs="Batang" w:hint="eastAsia"/>
          <w:lang w:eastAsia="ko-KR"/>
        </w:rPr>
        <w:t xml:space="preserve"> </w:t>
      </w:r>
      <w:r>
        <w:rPr>
          <w:lang w:eastAsia="ko-KR"/>
        </w:rPr>
        <w:t>누가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큰가를</w:t>
      </w:r>
      <w:r>
        <w:rPr>
          <w:lang w:eastAsia="ko-KR"/>
        </w:rPr>
        <w:t xml:space="preserve"> </w:t>
      </w:r>
      <w:r>
        <w:rPr>
          <w:lang w:eastAsia="ko-KR"/>
        </w:rPr>
        <w:t>생각하던</w:t>
      </w:r>
      <w:r>
        <w:rPr>
          <w:lang w:eastAsia="ko-KR"/>
        </w:rPr>
        <w:t xml:space="preserve"> </w:t>
      </w:r>
      <w:r>
        <w:rPr>
          <w:lang w:eastAsia="ko-KR"/>
        </w:rPr>
        <w:t>제자들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드셨습니다</w:t>
      </w:r>
      <w:proofErr w:type="spellEnd"/>
      <w:r>
        <w:rPr>
          <w:lang w:eastAsia="ko-KR"/>
        </w:rPr>
        <w:t xml:space="preserve">.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위대함이</w:t>
      </w:r>
      <w:r>
        <w:rPr>
          <w:lang w:eastAsia="ko-KR"/>
        </w:rPr>
        <w:t xml:space="preserve"> </w:t>
      </w:r>
      <w:r>
        <w:rPr>
          <w:lang w:eastAsia="ko-KR"/>
        </w:rPr>
        <w:t>무엇인지</w:t>
      </w:r>
      <w:r>
        <w:rPr>
          <w:lang w:eastAsia="ko-KR"/>
        </w:rPr>
        <w:t xml:space="preserve"> </w:t>
      </w:r>
      <w:r>
        <w:rPr>
          <w:lang w:eastAsia="ko-KR"/>
        </w:rPr>
        <w:t>말로만</w:t>
      </w:r>
      <w:r>
        <w:rPr>
          <w:lang w:eastAsia="ko-KR"/>
        </w:rPr>
        <w:t xml:space="preserve"> </w:t>
      </w:r>
      <w:r>
        <w:rPr>
          <w:lang w:eastAsia="ko-KR"/>
        </w:rPr>
        <w:t>가르치지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몸으로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주신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세상은</w:t>
      </w:r>
      <w:r>
        <w:rPr>
          <w:lang w:eastAsia="ko-KR"/>
        </w:rPr>
        <w:t xml:space="preserve"> ‘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몇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섬기는가</w:t>
      </w:r>
      <w:r>
        <w:rPr>
          <w:lang w:eastAsia="ko-KR"/>
        </w:rPr>
        <w:t>’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성공의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삼지만</w:t>
      </w:r>
      <w:r>
        <w:rPr>
          <w:lang w:eastAsia="ko-KR"/>
        </w:rPr>
        <w:t xml:space="preserve">, </w:t>
      </w: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몇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섬기는가</w:t>
      </w:r>
      <w:r>
        <w:rPr>
          <w:lang w:eastAsia="ko-KR"/>
        </w:rPr>
        <w:t>’</w:t>
      </w:r>
      <w:r>
        <w:rPr>
          <w:lang w:eastAsia="ko-KR"/>
        </w:rPr>
        <w:t>로</w:t>
      </w:r>
      <w:r>
        <w:rPr>
          <w:lang w:eastAsia="ko-KR"/>
        </w:rPr>
        <w:t xml:space="preserve"> </w:t>
      </w:r>
      <w:r>
        <w:rPr>
          <w:lang w:eastAsia="ko-KR"/>
        </w:rPr>
        <w:t>위대함을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정의하십니다</w:t>
      </w:r>
      <w:r>
        <w:rPr>
          <w:lang w:eastAsia="ko-KR"/>
        </w:rPr>
        <w:t>.</w:t>
      </w:r>
    </w:p>
    <w:p w14:paraId="005EBB9C" w14:textId="6EDB64C1" w:rsidR="007558D8" w:rsidRDefault="00680334">
      <w:pPr>
        <w:rPr>
          <w:lang w:eastAsia="ko-KR"/>
        </w:rPr>
      </w:pPr>
      <w:r>
        <w:rPr>
          <w:lang w:eastAsia="ko-KR"/>
        </w:rPr>
        <w:t>4</w:t>
      </w:r>
      <w:r>
        <w:rPr>
          <w:lang w:eastAsia="ko-KR"/>
        </w:rPr>
        <w:t>절의</w:t>
      </w:r>
      <w:r>
        <w:rPr>
          <w:lang w:eastAsia="ko-KR"/>
        </w:rPr>
        <w:t xml:space="preserve"> ‘</w:t>
      </w:r>
      <w:r>
        <w:rPr>
          <w:lang w:eastAsia="ko-KR"/>
        </w:rPr>
        <w:t>겉옷을</w:t>
      </w:r>
      <w:r>
        <w:rPr>
          <w:lang w:eastAsia="ko-KR"/>
        </w:rPr>
        <w:t xml:space="preserve"> </w:t>
      </w:r>
      <w:r>
        <w:rPr>
          <w:lang w:eastAsia="ko-KR"/>
        </w:rPr>
        <w:t>벗어</w:t>
      </w:r>
      <w:r>
        <w:rPr>
          <w:lang w:eastAsia="ko-KR"/>
        </w:rPr>
        <w:t xml:space="preserve"> </w:t>
      </w:r>
      <w:r>
        <w:rPr>
          <w:lang w:eastAsia="ko-KR"/>
        </w:rPr>
        <w:t>놓다</w:t>
      </w:r>
      <w:r>
        <w:rPr>
          <w:lang w:eastAsia="ko-KR"/>
        </w:rPr>
        <w:t>’</w:t>
      </w:r>
      <w:proofErr w:type="spellStart"/>
      <w:r>
        <w:rPr>
          <w:lang w:eastAsia="ko-KR"/>
        </w:rPr>
        <w:t>에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쓰인</w:t>
      </w:r>
      <w:r>
        <w:rPr>
          <w:lang w:eastAsia="ko-KR"/>
        </w:rPr>
        <w:t xml:space="preserve"> </w:t>
      </w:r>
      <w:r>
        <w:rPr>
          <w:lang w:eastAsia="ko-KR"/>
        </w:rPr>
        <w:t>동사는</w:t>
      </w:r>
      <w:r>
        <w:rPr>
          <w:lang w:eastAsia="ko-KR"/>
        </w:rPr>
        <w:t xml:space="preserve"> </w:t>
      </w:r>
      <w:proofErr w:type="spellStart"/>
      <w:r>
        <w:t>τίθημι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tithēmi</w:t>
      </w:r>
      <w:proofErr w:type="spellEnd"/>
      <w:r>
        <w:rPr>
          <w:lang w:eastAsia="ko-KR"/>
        </w:rPr>
        <w:t>)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요한복음</w:t>
      </w:r>
      <w:r>
        <w:rPr>
          <w:lang w:eastAsia="ko-KR"/>
        </w:rPr>
        <w:t xml:space="preserve"> 10</w:t>
      </w:r>
      <w:r>
        <w:rPr>
          <w:lang w:eastAsia="ko-KR"/>
        </w:rPr>
        <w:t>장에서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양을</w:t>
      </w:r>
      <w:r>
        <w:rPr>
          <w:lang w:eastAsia="ko-KR"/>
        </w:rPr>
        <w:t xml:space="preserve"> </w:t>
      </w:r>
      <w:r>
        <w:rPr>
          <w:lang w:eastAsia="ko-KR"/>
        </w:rPr>
        <w:t>위하여</w:t>
      </w:r>
      <w:r>
        <w:rPr>
          <w:lang w:eastAsia="ko-KR"/>
        </w:rPr>
        <w:t xml:space="preserve"> </w:t>
      </w:r>
      <w:r>
        <w:rPr>
          <w:lang w:eastAsia="ko-KR"/>
        </w:rPr>
        <w:t>목숨을</w:t>
      </w:r>
      <w:r>
        <w:rPr>
          <w:lang w:eastAsia="ko-KR"/>
        </w:rPr>
        <w:t xml:space="preserve"> </w:t>
      </w:r>
      <w:r>
        <w:rPr>
          <w:lang w:eastAsia="ko-KR"/>
        </w:rPr>
        <w:t>버린다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하실</w:t>
      </w:r>
      <w:r>
        <w:rPr>
          <w:lang w:eastAsia="ko-KR"/>
        </w:rPr>
        <w:t xml:space="preserve"> </w:t>
      </w:r>
      <w:r>
        <w:rPr>
          <w:lang w:eastAsia="ko-KR"/>
        </w:rPr>
        <w:t>때도</w:t>
      </w:r>
      <w:r>
        <w:rPr>
          <w:lang w:eastAsia="ko-KR"/>
        </w:rPr>
        <w:t xml:space="preserve"> </w:t>
      </w:r>
      <w:r>
        <w:rPr>
          <w:lang w:eastAsia="ko-KR"/>
        </w:rPr>
        <w:t>같은</w:t>
      </w:r>
      <w:r>
        <w:rPr>
          <w:lang w:eastAsia="ko-KR"/>
        </w:rPr>
        <w:t xml:space="preserve"> </w:t>
      </w:r>
      <w:r>
        <w:rPr>
          <w:lang w:eastAsia="ko-KR"/>
        </w:rPr>
        <w:t>동사가</w:t>
      </w:r>
      <w:r>
        <w:rPr>
          <w:lang w:eastAsia="ko-KR"/>
        </w:rPr>
        <w:t xml:space="preserve"> </w:t>
      </w:r>
      <w:r>
        <w:rPr>
          <w:lang w:eastAsia="ko-KR"/>
        </w:rPr>
        <w:t>사용됩니다</w:t>
      </w:r>
      <w:r>
        <w:rPr>
          <w:lang w:eastAsia="ko-KR"/>
        </w:rPr>
        <w:t xml:space="preserve">. </w:t>
      </w:r>
      <w:r w:rsidR="00475886">
        <w:rPr>
          <w:rFonts w:hint="eastAsia"/>
          <w:lang w:eastAsia="ko-KR"/>
        </w:rPr>
        <w:t xml:space="preserve"> </w:t>
      </w:r>
      <w:r>
        <w:rPr>
          <w:lang w:eastAsia="ko-KR"/>
        </w:rPr>
        <w:t>요한복음</w:t>
      </w:r>
      <w:r>
        <w:rPr>
          <w:lang w:eastAsia="ko-KR"/>
        </w:rPr>
        <w:t xml:space="preserve"> </w:t>
      </w:r>
      <w:r>
        <w:rPr>
          <w:lang w:eastAsia="ko-KR"/>
        </w:rPr>
        <w:t>전체의</w:t>
      </w:r>
      <w:r>
        <w:rPr>
          <w:lang w:eastAsia="ko-KR"/>
        </w:rPr>
        <w:t xml:space="preserve"> </w:t>
      </w:r>
      <w:r>
        <w:rPr>
          <w:lang w:eastAsia="ko-KR"/>
        </w:rPr>
        <w:t>흐름</w:t>
      </w:r>
      <w:r>
        <w:rPr>
          <w:lang w:eastAsia="ko-KR"/>
        </w:rPr>
        <w:t xml:space="preserve"> </w:t>
      </w:r>
      <w:r>
        <w:rPr>
          <w:lang w:eastAsia="ko-KR"/>
        </w:rPr>
        <w:t>속에서</w:t>
      </w:r>
      <w:r>
        <w:rPr>
          <w:lang w:eastAsia="ko-KR"/>
        </w:rPr>
        <w:t xml:space="preserve"> </w:t>
      </w:r>
      <w:r>
        <w:rPr>
          <w:lang w:eastAsia="ko-KR"/>
        </w:rPr>
        <w:t>보면</w:t>
      </w:r>
      <w:r>
        <w:rPr>
          <w:lang w:eastAsia="ko-KR"/>
        </w:rPr>
        <w:t xml:space="preserve">, </w:t>
      </w:r>
      <w:r>
        <w:rPr>
          <w:lang w:eastAsia="ko-KR"/>
        </w:rPr>
        <w:t>겉옷을</w:t>
      </w:r>
      <w:r>
        <w:rPr>
          <w:lang w:eastAsia="ko-KR"/>
        </w:rPr>
        <w:t xml:space="preserve"> </w:t>
      </w:r>
      <w:r>
        <w:rPr>
          <w:lang w:eastAsia="ko-KR"/>
        </w:rPr>
        <w:t>내려놓고</w:t>
      </w:r>
      <w:r>
        <w:rPr>
          <w:lang w:eastAsia="ko-KR"/>
        </w:rPr>
        <w:t xml:space="preserve"> </w:t>
      </w:r>
      <w:r>
        <w:rPr>
          <w:lang w:eastAsia="ko-KR"/>
        </w:rPr>
        <w:t>종의</w:t>
      </w:r>
      <w:r>
        <w:rPr>
          <w:lang w:eastAsia="ko-KR"/>
        </w:rPr>
        <w:t xml:space="preserve"> </w:t>
      </w:r>
      <w:r>
        <w:rPr>
          <w:lang w:eastAsia="ko-KR"/>
        </w:rPr>
        <w:t>모습으로</w:t>
      </w:r>
      <w:r>
        <w:rPr>
          <w:lang w:eastAsia="ko-KR"/>
        </w:rPr>
        <w:t xml:space="preserve"> </w:t>
      </w:r>
      <w:r>
        <w:rPr>
          <w:lang w:eastAsia="ko-KR"/>
        </w:rPr>
        <w:t>낮아지신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모습은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생명을</w:t>
      </w:r>
      <w:r>
        <w:rPr>
          <w:lang w:eastAsia="ko-KR"/>
        </w:rPr>
        <w:t xml:space="preserve"> </w:t>
      </w:r>
      <w:r>
        <w:rPr>
          <w:lang w:eastAsia="ko-KR"/>
        </w:rPr>
        <w:t>내려놓으시는</w:t>
      </w:r>
      <w:r>
        <w:rPr>
          <w:lang w:eastAsia="ko-KR"/>
        </w:rPr>
        <w:t xml:space="preserve"> </w:t>
      </w:r>
      <w:r>
        <w:rPr>
          <w:lang w:eastAsia="ko-KR"/>
        </w:rPr>
        <w:t>십자가를</w:t>
      </w:r>
      <w:r>
        <w:rPr>
          <w:lang w:eastAsia="ko-KR"/>
        </w:rPr>
        <w:t xml:space="preserve"> </w:t>
      </w:r>
      <w:r>
        <w:rPr>
          <w:lang w:eastAsia="ko-KR"/>
        </w:rPr>
        <w:t>향하고</w:t>
      </w:r>
      <w:r>
        <w:rPr>
          <w:lang w:eastAsia="ko-KR"/>
        </w:rPr>
        <w:t xml:space="preserve"> </w:t>
      </w:r>
      <w:r>
        <w:rPr>
          <w:lang w:eastAsia="ko-KR"/>
        </w:rPr>
        <w:t>있</w:t>
      </w:r>
      <w:r w:rsidR="00321229">
        <w:rPr>
          <w:rFonts w:ascii="Batang" w:eastAsia="Batang" w:hAnsi="Batang" w:cs="Batang" w:hint="eastAsia"/>
          <w:lang w:eastAsia="ko-KR"/>
        </w:rPr>
        <w:t>는 모습과 같습니다</w:t>
      </w:r>
      <w:r>
        <w:rPr>
          <w:lang w:eastAsia="ko-KR"/>
        </w:rPr>
        <w:t>.</w:t>
      </w:r>
    </w:p>
    <w:p w14:paraId="4D4FFB34" w14:textId="3D82B307" w:rsidR="007558D8" w:rsidRDefault="00680334">
      <w:pPr>
        <w:rPr>
          <w:lang w:eastAsia="ko-KR"/>
        </w:rPr>
      </w:pPr>
      <w:r>
        <w:rPr>
          <w:lang w:eastAsia="ko-KR"/>
        </w:rPr>
        <w:t>여기에서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삶도</w:t>
      </w:r>
      <w:r>
        <w:rPr>
          <w:lang w:eastAsia="ko-KR"/>
        </w:rPr>
        <w:t xml:space="preserve"> </w:t>
      </w:r>
      <w:r>
        <w:rPr>
          <w:lang w:eastAsia="ko-KR"/>
        </w:rPr>
        <w:t>비추어</w:t>
      </w:r>
      <w:r>
        <w:rPr>
          <w:lang w:eastAsia="ko-KR"/>
        </w:rPr>
        <w:t xml:space="preserve"> </w:t>
      </w:r>
      <w:r>
        <w:rPr>
          <w:lang w:eastAsia="ko-KR"/>
        </w:rPr>
        <w:t>볼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누구인지</w:t>
      </w:r>
      <w:r>
        <w:rPr>
          <w:lang w:eastAsia="ko-KR"/>
        </w:rPr>
        <w:t xml:space="preserve"> </w:t>
      </w:r>
      <w:r>
        <w:rPr>
          <w:lang w:eastAsia="ko-KR"/>
        </w:rPr>
        <w:t>확신이</w:t>
      </w:r>
      <w:r>
        <w:rPr>
          <w:lang w:eastAsia="ko-KR"/>
        </w:rPr>
        <w:t xml:space="preserve"> </w:t>
      </w:r>
      <w:r>
        <w:rPr>
          <w:lang w:eastAsia="ko-KR"/>
        </w:rPr>
        <w:t>없으면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끊임없이</w:t>
      </w:r>
      <w:r>
        <w:rPr>
          <w:lang w:eastAsia="ko-KR"/>
        </w:rPr>
        <w:t xml:space="preserve"> </w:t>
      </w:r>
      <w:r w:rsidR="004261A8">
        <w:rPr>
          <w:rFonts w:ascii="Batang" w:eastAsia="Batang" w:hAnsi="Batang" w:cs="Batang" w:hint="eastAsia"/>
          <w:lang w:eastAsia="ko-KR"/>
        </w:rPr>
        <w:t xml:space="preserve">사람에게서 </w:t>
      </w:r>
      <w:r>
        <w:rPr>
          <w:lang w:eastAsia="ko-KR"/>
        </w:rPr>
        <w:t>인정</w:t>
      </w:r>
      <w:r w:rsidR="004261A8">
        <w:rPr>
          <w:rFonts w:ascii="Batang" w:eastAsia="Batang" w:hAnsi="Batang" w:cs="Batang" w:hint="eastAsia"/>
          <w:lang w:eastAsia="ko-KR"/>
        </w:rPr>
        <w:t xml:space="preserve">을 </w:t>
      </w:r>
      <w:r>
        <w:rPr>
          <w:lang w:eastAsia="ko-KR"/>
        </w:rPr>
        <w:t>받으려고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섬겼는데</w:t>
      </w:r>
      <w:r>
        <w:rPr>
          <w:lang w:eastAsia="ko-KR"/>
        </w:rPr>
        <w:t xml:space="preserve"> </w:t>
      </w:r>
      <w:r>
        <w:rPr>
          <w:lang w:eastAsia="ko-KR"/>
        </w:rPr>
        <w:t>아무도</w:t>
      </w:r>
      <w:r>
        <w:rPr>
          <w:lang w:eastAsia="ko-KR"/>
        </w:rPr>
        <w:t xml:space="preserve"> </w:t>
      </w:r>
      <w:r>
        <w:rPr>
          <w:lang w:eastAsia="ko-KR"/>
        </w:rPr>
        <w:t>알아주지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 </w:t>
      </w:r>
      <w:r>
        <w:rPr>
          <w:lang w:eastAsia="ko-KR"/>
        </w:rPr>
        <w:t>서운합니다</w:t>
      </w:r>
      <w:r>
        <w:rPr>
          <w:lang w:eastAsia="ko-KR"/>
        </w:rPr>
        <w:t xml:space="preserve">.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칭찬받으면</w:t>
      </w:r>
      <w:r>
        <w:rPr>
          <w:lang w:eastAsia="ko-KR"/>
        </w:rPr>
        <w:t xml:space="preserve"> </w:t>
      </w:r>
      <w:r>
        <w:rPr>
          <w:lang w:eastAsia="ko-KR"/>
        </w:rPr>
        <w:t>비교합니다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사랑받는</w:t>
      </w:r>
      <w:r>
        <w:rPr>
          <w:lang w:eastAsia="ko-KR"/>
        </w:rPr>
        <w:t xml:space="preserve"> </w:t>
      </w:r>
      <w:r>
        <w:rPr>
          <w:lang w:eastAsia="ko-KR"/>
        </w:rPr>
        <w:t>자녀라는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,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피로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사셨다는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마음</w:t>
      </w:r>
      <w:r>
        <w:rPr>
          <w:lang w:eastAsia="ko-KR"/>
        </w:rPr>
        <w:t xml:space="preserve"> </w:t>
      </w:r>
      <w:r>
        <w:rPr>
          <w:lang w:eastAsia="ko-KR"/>
        </w:rPr>
        <w:t>깊이</w:t>
      </w:r>
      <w:r>
        <w:rPr>
          <w:lang w:eastAsia="ko-KR"/>
        </w:rPr>
        <w:t xml:space="preserve"> </w:t>
      </w:r>
      <w:r>
        <w:rPr>
          <w:lang w:eastAsia="ko-KR"/>
        </w:rPr>
        <w:t>알면</w:t>
      </w:r>
      <w:r>
        <w:rPr>
          <w:lang w:eastAsia="ko-KR"/>
        </w:rPr>
        <w:t xml:space="preserve"> </w:t>
      </w:r>
      <w:r>
        <w:rPr>
          <w:lang w:eastAsia="ko-KR"/>
        </w:rPr>
        <w:t>굳이</w:t>
      </w:r>
      <w:r>
        <w:rPr>
          <w:lang w:eastAsia="ko-KR"/>
        </w:rPr>
        <w:t xml:space="preserve"> </w:t>
      </w:r>
      <w:r>
        <w:rPr>
          <w:lang w:eastAsia="ko-KR"/>
        </w:rPr>
        <w:t>높아지</w:t>
      </w:r>
      <w:r w:rsidR="003A7A52">
        <w:rPr>
          <w:rFonts w:ascii="Batang" w:eastAsia="Batang" w:hAnsi="Batang" w:cs="Batang" w:hint="eastAsia"/>
          <w:lang w:eastAsia="ko-KR"/>
        </w:rPr>
        <w:t>거나 인정받으려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애쓰지</w:t>
      </w:r>
      <w:r>
        <w:rPr>
          <w:lang w:eastAsia="ko-KR"/>
        </w:rPr>
        <w:t xml:space="preserve"> </w:t>
      </w:r>
      <w:r>
        <w:rPr>
          <w:lang w:eastAsia="ko-KR"/>
        </w:rPr>
        <w:t>않아도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 w:rsidR="004261A8">
        <w:rPr>
          <w:rFonts w:ascii="Batang" w:eastAsia="Batang" w:hAnsi="Batang" w:cs="Batang" w:hint="eastAsia"/>
          <w:lang w:eastAsia="ko-KR"/>
        </w:rPr>
        <w:t xml:space="preserve">우리 자신이 창조주가 자기 피로 나를 사실 만큼 귀한 </w:t>
      </w:r>
      <w:proofErr w:type="spellStart"/>
      <w:r w:rsidR="00C82BD1">
        <w:rPr>
          <w:rFonts w:ascii="Batang" w:eastAsia="Batang" w:hAnsi="Batang" w:cs="Batang" w:hint="eastAsia"/>
          <w:lang w:eastAsia="ko-KR"/>
        </w:rPr>
        <w:t>자아니까요</w:t>
      </w:r>
      <w:proofErr w:type="spellEnd"/>
      <w:r w:rsidR="00C82BD1">
        <w:rPr>
          <w:rFonts w:ascii="Batang" w:eastAsia="Batang" w:hAnsi="Batang" w:cs="Batang" w:hint="eastAsia"/>
          <w:lang w:eastAsia="ko-KR"/>
        </w:rPr>
        <w:t xml:space="preserve">. </w:t>
      </w:r>
      <w:r>
        <w:rPr>
          <w:lang w:eastAsia="ko-KR"/>
        </w:rPr>
        <w:t>우리</w:t>
      </w:r>
      <w:r w:rsidR="00C82BD1">
        <w:rPr>
          <w:rFonts w:ascii="Batang" w:eastAsia="Batang" w:hAnsi="Batang" w:cs="Batang" w:hint="eastAsia"/>
          <w:lang w:eastAsia="ko-KR"/>
        </w:rPr>
        <w:t xml:space="preserve">가 예수님의 특별한 </w:t>
      </w:r>
      <w:r>
        <w:rPr>
          <w:lang w:eastAsia="ko-KR"/>
        </w:rPr>
        <w:t xml:space="preserve"> </w:t>
      </w:r>
      <w:r>
        <w:rPr>
          <w:lang w:eastAsia="ko-KR"/>
        </w:rPr>
        <w:t>사랑받고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확신이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낮아질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00980F0D" w14:textId="77777777" w:rsidR="00ED59D1" w:rsidRDefault="00ED59D1">
      <w:pPr>
        <w:spacing w:before="80" w:after="20"/>
        <w:rPr>
          <w:b/>
          <w:sz w:val="23"/>
          <w:lang w:eastAsia="ko-KR"/>
        </w:rPr>
      </w:pPr>
    </w:p>
    <w:p w14:paraId="1064E831" w14:textId="0D8D20F9" w:rsidR="007558D8" w:rsidRDefault="00680334">
      <w:pPr>
        <w:spacing w:before="80" w:after="20"/>
        <w:rPr>
          <w:rFonts w:hint="eastAsia"/>
          <w:lang w:eastAsia="ko-KR"/>
        </w:rPr>
      </w:pPr>
      <w:r>
        <w:rPr>
          <w:b/>
          <w:sz w:val="23"/>
          <w:lang w:eastAsia="ko-KR"/>
        </w:rPr>
        <w:t xml:space="preserve">2. </w:t>
      </w:r>
      <w:r>
        <w:rPr>
          <w:b/>
          <w:sz w:val="23"/>
          <w:lang w:eastAsia="ko-KR"/>
        </w:rPr>
        <w:t>먼저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나를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씻기시는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예수님</w:t>
      </w:r>
      <w:r>
        <w:rPr>
          <w:b/>
          <w:sz w:val="23"/>
          <w:lang w:eastAsia="ko-KR"/>
        </w:rPr>
        <w:t xml:space="preserve"> </w:t>
      </w:r>
      <w:r w:rsidR="001101C9">
        <w:rPr>
          <w:rFonts w:hint="eastAsia"/>
          <w:b/>
          <w:sz w:val="23"/>
          <w:lang w:eastAsia="ko-KR"/>
        </w:rPr>
        <w:t>(</w:t>
      </w:r>
      <w:r>
        <w:rPr>
          <w:b/>
          <w:sz w:val="23"/>
          <w:lang w:eastAsia="ko-KR"/>
        </w:rPr>
        <w:t>6–11</w:t>
      </w:r>
      <w:r>
        <w:rPr>
          <w:b/>
          <w:sz w:val="23"/>
          <w:lang w:eastAsia="ko-KR"/>
        </w:rPr>
        <w:t>절</w:t>
      </w:r>
      <w:r w:rsidR="001101C9">
        <w:rPr>
          <w:rFonts w:hint="eastAsia"/>
          <w:b/>
          <w:sz w:val="23"/>
          <w:lang w:eastAsia="ko-KR"/>
        </w:rPr>
        <w:t>)</w:t>
      </w:r>
    </w:p>
    <w:p w14:paraId="0A2C49B0" w14:textId="6C674309" w:rsidR="007558D8" w:rsidRDefault="00680334">
      <w:pPr>
        <w:rPr>
          <w:lang w:eastAsia="ko-KR"/>
        </w:rPr>
      </w:pPr>
      <w:r>
        <w:rPr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씻기시다가</w:t>
      </w:r>
      <w:r>
        <w:rPr>
          <w:lang w:eastAsia="ko-KR"/>
        </w:rPr>
        <w:t xml:space="preserve"> </w:t>
      </w:r>
      <w:r>
        <w:rPr>
          <w:lang w:eastAsia="ko-KR"/>
        </w:rPr>
        <w:t>베드로에게</w:t>
      </w:r>
      <w:r>
        <w:rPr>
          <w:lang w:eastAsia="ko-KR"/>
        </w:rPr>
        <w:t xml:space="preserve"> </w:t>
      </w:r>
      <w:r>
        <w:rPr>
          <w:lang w:eastAsia="ko-KR"/>
        </w:rPr>
        <w:t>오셨습니다</w:t>
      </w:r>
      <w:r>
        <w:rPr>
          <w:lang w:eastAsia="ko-KR"/>
        </w:rPr>
        <w:t xml:space="preserve">. </w:t>
      </w:r>
      <w:r>
        <w:rPr>
          <w:lang w:eastAsia="ko-KR"/>
        </w:rPr>
        <w:t>베드로가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>. ‘</w:t>
      </w:r>
      <w:r>
        <w:rPr>
          <w:lang w:eastAsia="ko-KR"/>
        </w:rPr>
        <w:t>주여</w:t>
      </w:r>
      <w:r>
        <w:rPr>
          <w:lang w:eastAsia="ko-KR"/>
        </w:rPr>
        <w:t xml:space="preserve">, </w:t>
      </w:r>
      <w:r>
        <w:rPr>
          <w:lang w:eastAsia="ko-KR"/>
        </w:rPr>
        <w:t>주께서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씻으시나이까</w:t>
      </w:r>
      <w:proofErr w:type="spellEnd"/>
      <w:r>
        <w:rPr>
          <w:lang w:eastAsia="ko-KR"/>
        </w:rPr>
        <w:t>?’</w:t>
      </w:r>
      <w:r w:rsidR="001101C9">
        <w:rPr>
          <w:rFonts w:hint="eastAsia"/>
          <w:lang w:eastAsia="ko-KR"/>
        </w:rPr>
        <w:t xml:space="preserve"> </w:t>
      </w:r>
      <w:r>
        <w:rPr>
          <w:lang w:eastAsia="ko-KR"/>
        </w:rPr>
        <w:t>주님께서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씻으신다고요</w:t>
      </w:r>
      <w:r>
        <w:rPr>
          <w:lang w:eastAsia="ko-KR"/>
        </w:rPr>
        <w:t>?’</w:t>
      </w:r>
      <w:r w:rsidR="001101C9"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. </w:t>
      </w:r>
      <w:r>
        <w:rPr>
          <w:lang w:eastAsia="ko-KR"/>
        </w:rPr>
        <w:t>베드로에게는</w:t>
      </w:r>
      <w:r>
        <w:rPr>
          <w:lang w:eastAsia="ko-KR"/>
        </w:rPr>
        <w:t xml:space="preserve"> </w:t>
      </w:r>
      <w:r>
        <w:rPr>
          <w:lang w:eastAsia="ko-KR"/>
        </w:rPr>
        <w:t>역할이</w:t>
      </w:r>
      <w:r>
        <w:rPr>
          <w:lang w:eastAsia="ko-KR"/>
        </w:rPr>
        <w:t xml:space="preserve"> </w:t>
      </w:r>
      <w:r>
        <w:rPr>
          <w:lang w:eastAsia="ko-KR"/>
        </w:rPr>
        <w:t>뒤집힌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자기가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씻어야지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있느냐는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6013AD04" w14:textId="77777777" w:rsidR="007558D8" w:rsidRDefault="00680334">
      <w:pPr>
        <w:rPr>
          <w:lang w:eastAsia="ko-KR"/>
        </w:rPr>
      </w:pP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네가</w:t>
      </w:r>
      <w:r>
        <w:rPr>
          <w:lang w:eastAsia="ko-KR"/>
        </w:rPr>
        <w:t xml:space="preserve"> </w:t>
      </w:r>
      <w:r>
        <w:rPr>
          <w:lang w:eastAsia="ko-KR"/>
        </w:rPr>
        <w:t>지금은</w:t>
      </w:r>
      <w:r>
        <w:rPr>
          <w:lang w:eastAsia="ko-KR"/>
        </w:rPr>
        <w:t xml:space="preserve"> </w:t>
      </w:r>
      <w:r>
        <w:rPr>
          <w:lang w:eastAsia="ko-KR"/>
        </w:rPr>
        <w:t>알지</w:t>
      </w:r>
      <w:r>
        <w:rPr>
          <w:lang w:eastAsia="ko-KR"/>
        </w:rPr>
        <w:t xml:space="preserve"> </w:t>
      </w:r>
      <w:r>
        <w:rPr>
          <w:lang w:eastAsia="ko-KR"/>
        </w:rPr>
        <w:t>못하나</w:t>
      </w:r>
      <w:r>
        <w:rPr>
          <w:lang w:eastAsia="ko-KR"/>
        </w:rPr>
        <w:t xml:space="preserve"> </w:t>
      </w:r>
      <w:r>
        <w:rPr>
          <w:lang w:eastAsia="ko-KR"/>
        </w:rPr>
        <w:t>이후에는</w:t>
      </w:r>
      <w:r>
        <w:rPr>
          <w:lang w:eastAsia="ko-KR"/>
        </w:rPr>
        <w:t xml:space="preserve"> </w:t>
      </w:r>
      <w:r>
        <w:rPr>
          <w:lang w:eastAsia="ko-KR"/>
        </w:rPr>
        <w:t>알리라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>. ‘</w:t>
      </w:r>
      <w:r>
        <w:rPr>
          <w:lang w:eastAsia="ko-KR"/>
        </w:rPr>
        <w:t>지금은</w:t>
      </w:r>
      <w:r>
        <w:rPr>
          <w:lang w:eastAsia="ko-KR"/>
        </w:rPr>
        <w:t xml:space="preserve"> </w:t>
      </w:r>
      <w:r>
        <w:rPr>
          <w:lang w:eastAsia="ko-KR"/>
        </w:rPr>
        <w:t>알지</w:t>
      </w:r>
      <w:r>
        <w:rPr>
          <w:lang w:eastAsia="ko-KR"/>
        </w:rPr>
        <w:t xml:space="preserve"> </w:t>
      </w:r>
      <w:r>
        <w:rPr>
          <w:lang w:eastAsia="ko-KR"/>
        </w:rPr>
        <w:t>못한다</w:t>
      </w:r>
      <w:r>
        <w:rPr>
          <w:lang w:eastAsia="ko-KR"/>
        </w:rPr>
        <w:t>’</w:t>
      </w:r>
      <w:r>
        <w:rPr>
          <w:lang w:eastAsia="ko-KR"/>
        </w:rPr>
        <w:t>에는</w:t>
      </w:r>
      <w:r>
        <w:rPr>
          <w:lang w:eastAsia="ko-KR"/>
        </w:rPr>
        <w:t xml:space="preserve"> </w:t>
      </w:r>
      <w:proofErr w:type="spellStart"/>
      <w:r>
        <w:t>ο</w:t>
      </w:r>
      <w:r>
        <w:t>ἶ</w:t>
      </w:r>
      <w:r>
        <w:t>δ</w:t>
      </w:r>
      <w:proofErr w:type="spellEnd"/>
      <w:r>
        <w:t>α</w:t>
      </w:r>
      <w:r>
        <w:rPr>
          <w:lang w:eastAsia="ko-KR"/>
        </w:rPr>
        <w:t>(</w:t>
      </w:r>
      <w:proofErr w:type="spellStart"/>
      <w:r>
        <w:rPr>
          <w:lang w:eastAsia="ko-KR"/>
        </w:rPr>
        <w:t>oida</w:t>
      </w:r>
      <w:proofErr w:type="spellEnd"/>
      <w:r>
        <w:rPr>
          <w:lang w:eastAsia="ko-KR"/>
        </w:rPr>
        <w:t>)</w:t>
      </w:r>
      <w:r>
        <w:rPr>
          <w:lang w:eastAsia="ko-KR"/>
        </w:rPr>
        <w:t>가</w:t>
      </w:r>
      <w:r>
        <w:rPr>
          <w:lang w:eastAsia="ko-KR"/>
        </w:rPr>
        <w:t>, ‘</w:t>
      </w:r>
      <w:r>
        <w:rPr>
          <w:lang w:eastAsia="ko-KR"/>
        </w:rPr>
        <w:t>후에는</w:t>
      </w:r>
      <w:r>
        <w:rPr>
          <w:lang w:eastAsia="ko-KR"/>
        </w:rPr>
        <w:t xml:space="preserve"> </w:t>
      </w:r>
      <w:r>
        <w:rPr>
          <w:lang w:eastAsia="ko-KR"/>
        </w:rPr>
        <w:t>알리라</w:t>
      </w:r>
      <w:r>
        <w:rPr>
          <w:lang w:eastAsia="ko-KR"/>
        </w:rPr>
        <w:t>’</w:t>
      </w:r>
      <w:r>
        <w:rPr>
          <w:lang w:eastAsia="ko-KR"/>
        </w:rPr>
        <w:t>에는</w:t>
      </w:r>
      <w:r>
        <w:rPr>
          <w:lang w:eastAsia="ko-KR"/>
        </w:rPr>
        <w:t xml:space="preserve"> </w:t>
      </w:r>
      <w:proofErr w:type="spellStart"/>
      <w:r>
        <w:t>γινώσκω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ginōskō</w:t>
      </w:r>
      <w:proofErr w:type="spellEnd"/>
      <w:r>
        <w:rPr>
          <w:lang w:eastAsia="ko-KR"/>
        </w:rPr>
        <w:t>)</w:t>
      </w:r>
      <w:r>
        <w:rPr>
          <w:lang w:eastAsia="ko-KR"/>
        </w:rPr>
        <w:t>에서</w:t>
      </w:r>
      <w:r>
        <w:rPr>
          <w:lang w:eastAsia="ko-KR"/>
        </w:rPr>
        <w:t xml:space="preserve"> </w:t>
      </w:r>
      <w:r>
        <w:rPr>
          <w:lang w:eastAsia="ko-KR"/>
        </w:rPr>
        <w:t>나온</w:t>
      </w:r>
      <w:r>
        <w:rPr>
          <w:lang w:eastAsia="ko-KR"/>
        </w:rPr>
        <w:t xml:space="preserve"> </w:t>
      </w:r>
      <w:proofErr w:type="spellStart"/>
      <w:r>
        <w:t>γνώσ</w:t>
      </w:r>
      <w:r>
        <w:t>ῃ</w:t>
      </w:r>
      <w:proofErr w:type="spellEnd"/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사용됩니다</w:t>
      </w:r>
      <w:r>
        <w:rPr>
          <w:lang w:eastAsia="ko-KR"/>
        </w:rPr>
        <w:t xml:space="preserve">. </w:t>
      </w:r>
      <w:r>
        <w:rPr>
          <w:lang w:eastAsia="ko-KR"/>
        </w:rPr>
        <w:t>지금</w:t>
      </w:r>
      <w:r>
        <w:rPr>
          <w:lang w:eastAsia="ko-KR"/>
        </w:rPr>
        <w:t xml:space="preserve"> </w:t>
      </w:r>
      <w:r>
        <w:rPr>
          <w:lang w:eastAsia="ko-KR"/>
        </w:rPr>
        <w:t>베드로에게는</w:t>
      </w:r>
      <w:r>
        <w:rPr>
          <w:lang w:eastAsia="ko-KR"/>
        </w:rPr>
        <w:t xml:space="preserve"> </w:t>
      </w:r>
      <w:r>
        <w:rPr>
          <w:lang w:eastAsia="ko-KR"/>
        </w:rPr>
        <w:t>물과</w:t>
      </w:r>
      <w:r>
        <w:rPr>
          <w:lang w:eastAsia="ko-KR"/>
        </w:rPr>
        <w:t xml:space="preserve"> </w:t>
      </w:r>
      <w:r>
        <w:rPr>
          <w:lang w:eastAsia="ko-KR"/>
        </w:rPr>
        <w:t>대야와</w:t>
      </w:r>
      <w:r>
        <w:rPr>
          <w:lang w:eastAsia="ko-KR"/>
        </w:rPr>
        <w:t xml:space="preserve"> </w:t>
      </w:r>
      <w:r>
        <w:rPr>
          <w:lang w:eastAsia="ko-KR"/>
        </w:rPr>
        <w:t>수건밖에</w:t>
      </w:r>
      <w:r>
        <w:rPr>
          <w:lang w:eastAsia="ko-KR"/>
        </w:rPr>
        <w:t xml:space="preserve"> </w:t>
      </w:r>
      <w:r>
        <w:rPr>
          <w:lang w:eastAsia="ko-KR"/>
        </w:rPr>
        <w:t>보이지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십자가와</w:t>
      </w:r>
      <w:r>
        <w:rPr>
          <w:lang w:eastAsia="ko-KR"/>
        </w:rPr>
        <w:t xml:space="preserve"> </w:t>
      </w:r>
      <w:r>
        <w:rPr>
          <w:lang w:eastAsia="ko-KR"/>
        </w:rPr>
        <w:t>부활을</w:t>
      </w:r>
      <w:r>
        <w:rPr>
          <w:lang w:eastAsia="ko-KR"/>
        </w:rPr>
        <w:t xml:space="preserve"> </w:t>
      </w:r>
      <w:r>
        <w:rPr>
          <w:lang w:eastAsia="ko-KR"/>
        </w:rPr>
        <w:t>지나고</w:t>
      </w:r>
      <w:r>
        <w:rPr>
          <w:lang w:eastAsia="ko-KR"/>
        </w:rPr>
        <w:t xml:space="preserve"> </w:t>
      </w:r>
      <w:r>
        <w:rPr>
          <w:lang w:eastAsia="ko-KR"/>
        </w:rPr>
        <w:t>나면</w:t>
      </w:r>
      <w:r>
        <w:rPr>
          <w:lang w:eastAsia="ko-KR"/>
        </w:rPr>
        <w:t xml:space="preserve">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단순한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씻김이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죄인을</w:t>
      </w:r>
      <w:r>
        <w:rPr>
          <w:lang w:eastAsia="ko-KR"/>
        </w:rPr>
        <w:t xml:space="preserve"> </w:t>
      </w:r>
      <w:r>
        <w:rPr>
          <w:lang w:eastAsia="ko-KR"/>
        </w:rPr>
        <w:t>깨끗하게</w:t>
      </w:r>
      <w:r>
        <w:rPr>
          <w:lang w:eastAsia="ko-KR"/>
        </w:rPr>
        <w:t xml:space="preserve"> </w:t>
      </w:r>
      <w:r>
        <w:rPr>
          <w:lang w:eastAsia="ko-KR"/>
        </w:rPr>
        <w:t>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낮추시는</w:t>
      </w:r>
      <w:r>
        <w:rPr>
          <w:lang w:eastAsia="ko-KR"/>
        </w:rPr>
        <w:t xml:space="preserve"> </w:t>
      </w:r>
      <w:r>
        <w:rPr>
          <w:lang w:eastAsia="ko-KR"/>
        </w:rPr>
        <w:t>복음의</w:t>
      </w:r>
      <w:r>
        <w:rPr>
          <w:lang w:eastAsia="ko-KR"/>
        </w:rPr>
        <w:t xml:space="preserve"> </w:t>
      </w:r>
      <w:r>
        <w:rPr>
          <w:lang w:eastAsia="ko-KR"/>
        </w:rPr>
        <w:t>그림이었다는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알게</w:t>
      </w:r>
      <w:r>
        <w:rPr>
          <w:lang w:eastAsia="ko-KR"/>
        </w:rPr>
        <w:t xml:space="preserve"> </w:t>
      </w:r>
      <w:r>
        <w:rPr>
          <w:lang w:eastAsia="ko-KR"/>
        </w:rPr>
        <w:t>될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6DE1689D" w14:textId="3B0938C7" w:rsidR="007558D8" w:rsidRPr="00E655ED" w:rsidRDefault="00680334">
      <w:pPr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베드로는</w:t>
      </w:r>
      <w:r>
        <w:rPr>
          <w:lang w:eastAsia="ko-KR"/>
        </w:rPr>
        <w:t xml:space="preserve"> </w:t>
      </w:r>
      <w:r>
        <w:rPr>
          <w:lang w:eastAsia="ko-KR"/>
        </w:rPr>
        <w:t>아주</w:t>
      </w:r>
      <w:r>
        <w:rPr>
          <w:lang w:eastAsia="ko-KR"/>
        </w:rPr>
        <w:t xml:space="preserve"> </w:t>
      </w:r>
      <w:r>
        <w:rPr>
          <w:lang w:eastAsia="ko-KR"/>
        </w:rPr>
        <w:t>강하게</w:t>
      </w:r>
      <w:r>
        <w:rPr>
          <w:lang w:eastAsia="ko-KR"/>
        </w:rPr>
        <w:t xml:space="preserve"> </w:t>
      </w:r>
      <w:r>
        <w:rPr>
          <w:lang w:eastAsia="ko-KR"/>
        </w:rPr>
        <w:t>거절합니다</w:t>
      </w:r>
      <w:r>
        <w:rPr>
          <w:lang w:eastAsia="ko-KR"/>
        </w:rPr>
        <w:t>. ‘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절대로</w:t>
      </w:r>
      <w:r>
        <w:rPr>
          <w:lang w:eastAsia="ko-KR"/>
        </w:rPr>
        <w:t xml:space="preserve"> </w:t>
      </w:r>
      <w:r>
        <w:rPr>
          <w:lang w:eastAsia="ko-KR"/>
        </w:rPr>
        <w:t>씻지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못하시리이다</w:t>
      </w:r>
      <w:proofErr w:type="spellEnd"/>
      <w:r>
        <w:rPr>
          <w:lang w:eastAsia="ko-KR"/>
        </w:rPr>
        <w:t xml:space="preserve">.’ </w:t>
      </w:r>
      <w:r>
        <w:rPr>
          <w:lang w:eastAsia="ko-KR"/>
        </w:rPr>
        <w:t>얼핏</w:t>
      </w:r>
      <w:r>
        <w:rPr>
          <w:lang w:eastAsia="ko-KR"/>
        </w:rPr>
        <w:t xml:space="preserve"> </w:t>
      </w:r>
      <w:r>
        <w:rPr>
          <w:lang w:eastAsia="ko-KR"/>
        </w:rPr>
        <w:t>보면</w:t>
      </w:r>
      <w:r>
        <w:rPr>
          <w:lang w:eastAsia="ko-KR"/>
        </w:rPr>
        <w:t xml:space="preserve"> </w:t>
      </w:r>
      <w:r>
        <w:rPr>
          <w:lang w:eastAsia="ko-KR"/>
        </w:rPr>
        <w:t>겸손하게</w:t>
      </w:r>
      <w:r>
        <w:rPr>
          <w:lang w:eastAsia="ko-KR"/>
        </w:rPr>
        <w:t xml:space="preserve"> </w:t>
      </w:r>
      <w:r>
        <w:rPr>
          <w:lang w:eastAsia="ko-KR"/>
        </w:rPr>
        <w:t>들립니다</w:t>
      </w:r>
      <w:r>
        <w:rPr>
          <w:lang w:eastAsia="ko-KR"/>
        </w:rPr>
        <w:t>. ‘</w:t>
      </w:r>
      <w:r>
        <w:rPr>
          <w:lang w:eastAsia="ko-KR"/>
        </w:rPr>
        <w:t>제가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주님께</w:t>
      </w:r>
      <w:r>
        <w:rPr>
          <w:lang w:eastAsia="ko-KR"/>
        </w:rPr>
        <w:t xml:space="preserve"> </w:t>
      </w:r>
      <w:r>
        <w:rPr>
          <w:lang w:eastAsia="ko-KR"/>
        </w:rPr>
        <w:t>그런</w:t>
      </w:r>
      <w:r>
        <w:rPr>
          <w:lang w:eastAsia="ko-KR"/>
        </w:rPr>
        <w:t xml:space="preserve"> 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시킵니까</w:t>
      </w:r>
      <w:r>
        <w:rPr>
          <w:lang w:eastAsia="ko-KR"/>
        </w:rPr>
        <w:t xml:space="preserve">?’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여기에는</w:t>
      </w:r>
      <w:r>
        <w:rPr>
          <w:lang w:eastAsia="ko-KR"/>
        </w:rPr>
        <w:t xml:space="preserve"> </w:t>
      </w:r>
      <w:r>
        <w:rPr>
          <w:lang w:eastAsia="ko-KR"/>
        </w:rPr>
        <w:t>또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형태의</w:t>
      </w:r>
      <w:r>
        <w:rPr>
          <w:lang w:eastAsia="ko-KR"/>
        </w:rPr>
        <w:t xml:space="preserve"> </w:t>
      </w:r>
      <w:r>
        <w:rPr>
          <w:lang w:eastAsia="ko-KR"/>
        </w:rPr>
        <w:t>교만이</w:t>
      </w:r>
      <w:r>
        <w:rPr>
          <w:lang w:eastAsia="ko-KR"/>
        </w:rPr>
        <w:t xml:space="preserve"> </w:t>
      </w:r>
      <w:r>
        <w:rPr>
          <w:lang w:eastAsia="ko-KR"/>
        </w:rPr>
        <w:t>숨어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  <w:r w:rsidR="00B418F6">
        <w:rPr>
          <w:rFonts w:hint="eastAsia"/>
          <w:lang w:eastAsia="ko-KR"/>
        </w:rPr>
        <w:t xml:space="preserve"> </w:t>
      </w:r>
      <w:r w:rsidRPr="008D4528">
        <w:rPr>
          <w:highlight w:val="yellow"/>
          <w:lang w:eastAsia="ko-KR"/>
        </w:rPr>
        <w:t>베드로는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예수님을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위해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무엇인가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해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드리고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싶어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했지만</w:t>
      </w:r>
      <w:r w:rsidRPr="008D4528">
        <w:rPr>
          <w:highlight w:val="yellow"/>
          <w:lang w:eastAsia="ko-KR"/>
        </w:rPr>
        <w:t xml:space="preserve">, </w:t>
      </w:r>
      <w:r w:rsidRPr="008D4528">
        <w:rPr>
          <w:highlight w:val="yellow"/>
          <w:lang w:eastAsia="ko-KR"/>
        </w:rPr>
        <w:t>예수님은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먼저</w:t>
      </w:r>
      <w:r w:rsidRPr="008D4528">
        <w:rPr>
          <w:highlight w:val="yellow"/>
          <w:lang w:eastAsia="ko-KR"/>
        </w:rPr>
        <w:t xml:space="preserve"> ‘</w:t>
      </w:r>
      <w:r w:rsidRPr="008D4528">
        <w:rPr>
          <w:highlight w:val="yellow"/>
          <w:lang w:eastAsia="ko-KR"/>
        </w:rPr>
        <w:t>내가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너를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씻어야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한다</w:t>
      </w:r>
      <w:r w:rsidRPr="008D4528">
        <w:rPr>
          <w:highlight w:val="yellow"/>
          <w:lang w:eastAsia="ko-KR"/>
        </w:rPr>
        <w:t>’</w:t>
      </w:r>
      <w:r w:rsidRPr="008D4528">
        <w:rPr>
          <w:highlight w:val="yellow"/>
          <w:lang w:eastAsia="ko-KR"/>
        </w:rPr>
        <w:t>고</w:t>
      </w:r>
      <w:r w:rsidRPr="008D4528">
        <w:rPr>
          <w:highlight w:val="yellow"/>
          <w:lang w:eastAsia="ko-KR"/>
        </w:rPr>
        <w:t xml:space="preserve"> </w:t>
      </w:r>
      <w:r w:rsidRPr="008D4528">
        <w:rPr>
          <w:highlight w:val="yellow"/>
          <w:lang w:eastAsia="ko-KR"/>
        </w:rPr>
        <w:t>하십니다</w:t>
      </w:r>
      <w:r w:rsidRPr="008D4528">
        <w:rPr>
          <w:highlight w:val="yellow"/>
          <w:lang w:eastAsia="ko-KR"/>
        </w:rPr>
        <w:t>.</w:t>
      </w:r>
      <w:r w:rsidR="00E655ED">
        <w:rPr>
          <w:rFonts w:hint="eastAsia"/>
          <w:lang w:eastAsia="ko-KR"/>
        </w:rPr>
        <w:t xml:space="preserve"> </w:t>
      </w:r>
      <w:r w:rsidR="00E655ED">
        <w:rPr>
          <w:rFonts w:ascii="Batang" w:eastAsia="Batang" w:hAnsi="Batang" w:cs="Batang" w:hint="eastAsia"/>
          <w:lang w:eastAsia="ko-KR"/>
        </w:rPr>
        <w:t xml:space="preserve">이 </w:t>
      </w:r>
      <w:proofErr w:type="spellStart"/>
      <w:r w:rsidR="00E655ED">
        <w:rPr>
          <w:rFonts w:ascii="Batang" w:eastAsia="Batang" w:hAnsi="Batang" w:cs="Batang" w:hint="eastAsia"/>
          <w:lang w:eastAsia="ko-KR"/>
        </w:rPr>
        <w:t>예수님깨</w:t>
      </w:r>
      <w:proofErr w:type="spellEnd"/>
      <w:r w:rsidR="00E655ED">
        <w:rPr>
          <w:rFonts w:ascii="Batang" w:eastAsia="Batang" w:hAnsi="Batang" w:cs="Batang" w:hint="eastAsia"/>
          <w:lang w:eastAsia="ko-KR"/>
        </w:rPr>
        <w:t xml:space="preserve"> 거의 발을 내미는 것이 참된 겸손입니다</w:t>
      </w:r>
    </w:p>
    <w:p w14:paraId="7B773A08" w14:textId="3E5555AC" w:rsidR="007558D8" w:rsidRDefault="00680334">
      <w:pPr>
        <w:rPr>
          <w:lang w:eastAsia="ko-KR"/>
        </w:rPr>
      </w:pPr>
      <w:r>
        <w:rPr>
          <w:lang w:eastAsia="ko-KR"/>
        </w:rPr>
        <w:t>8</w:t>
      </w:r>
      <w:r>
        <w:rPr>
          <w:lang w:eastAsia="ko-KR"/>
        </w:rPr>
        <w:t>절</w:t>
      </w:r>
      <w:r w:rsidR="00E655ED">
        <w:rPr>
          <w:rFonts w:ascii="Batang" w:eastAsia="Batang" w:hAnsi="Batang" w:cs="Batang" w:hint="eastAsia"/>
          <w:lang w:eastAsia="ko-KR"/>
        </w:rPr>
        <w:t xml:space="preserve">을 봅시다. 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너를</w:t>
      </w:r>
      <w:r>
        <w:rPr>
          <w:lang w:eastAsia="ko-KR"/>
        </w:rPr>
        <w:t xml:space="preserve"> </w:t>
      </w:r>
      <w:r>
        <w:rPr>
          <w:lang w:eastAsia="ko-KR"/>
        </w:rPr>
        <w:t>씻어</w:t>
      </w:r>
      <w:r>
        <w:rPr>
          <w:lang w:eastAsia="ko-KR"/>
        </w:rPr>
        <w:t xml:space="preserve"> </w:t>
      </w:r>
      <w:r>
        <w:rPr>
          <w:lang w:eastAsia="ko-KR"/>
        </w:rPr>
        <w:t>주지</w:t>
      </w:r>
      <w:r>
        <w:rPr>
          <w:lang w:eastAsia="ko-KR"/>
        </w:rPr>
        <w:t xml:space="preserve"> </w:t>
      </w:r>
      <w:r>
        <w:rPr>
          <w:lang w:eastAsia="ko-KR"/>
        </w:rPr>
        <w:t>아니하면</w:t>
      </w:r>
      <w:r>
        <w:rPr>
          <w:lang w:eastAsia="ko-KR"/>
        </w:rPr>
        <w:t xml:space="preserve"> </w:t>
      </w:r>
      <w:r>
        <w:rPr>
          <w:lang w:eastAsia="ko-KR"/>
        </w:rPr>
        <w:t>네가</w:t>
      </w:r>
      <w:r>
        <w:rPr>
          <w:lang w:eastAsia="ko-KR"/>
        </w:rPr>
        <w:t xml:space="preserve"> </w:t>
      </w:r>
      <w:r>
        <w:rPr>
          <w:lang w:eastAsia="ko-KR"/>
        </w:rPr>
        <w:t>나와</w:t>
      </w:r>
      <w:r>
        <w:rPr>
          <w:lang w:eastAsia="ko-KR"/>
        </w:rPr>
        <w:t xml:space="preserve"> </w:t>
      </w:r>
      <w:r>
        <w:rPr>
          <w:lang w:eastAsia="ko-KR"/>
        </w:rPr>
        <w:t>상관이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없느니라</w:t>
      </w:r>
      <w:proofErr w:type="spellEnd"/>
      <w:r>
        <w:rPr>
          <w:lang w:eastAsia="ko-KR"/>
        </w:rPr>
        <w:t xml:space="preserve">.’ </w:t>
      </w:r>
      <w:r w:rsidR="00947CC2">
        <w:rPr>
          <w:rFonts w:ascii="Batang" w:eastAsia="Batang" w:hAnsi="Batang" w:cs="Batang" w:hint="eastAsia"/>
          <w:lang w:eastAsia="ko-KR"/>
        </w:rPr>
        <w:t xml:space="preserve">이 말은 </w:t>
      </w:r>
      <w:r>
        <w:rPr>
          <w:lang w:eastAsia="ko-KR"/>
        </w:rPr>
        <w:t>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너를</w:t>
      </w:r>
      <w:r>
        <w:rPr>
          <w:lang w:eastAsia="ko-KR"/>
        </w:rPr>
        <w:t xml:space="preserve"> </w:t>
      </w:r>
      <w:r>
        <w:rPr>
          <w:lang w:eastAsia="ko-KR"/>
        </w:rPr>
        <w:t>씻지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나와</w:t>
      </w:r>
      <w:r>
        <w:rPr>
          <w:lang w:eastAsia="ko-KR"/>
        </w:rPr>
        <w:t xml:space="preserve"> </w:t>
      </w:r>
      <w:r>
        <w:rPr>
          <w:lang w:eastAsia="ko-KR"/>
        </w:rPr>
        <w:t>함께할</w:t>
      </w:r>
      <w:r>
        <w:rPr>
          <w:lang w:eastAsia="ko-KR"/>
        </w:rPr>
        <w:t xml:space="preserve"> </w:t>
      </w:r>
      <w:r>
        <w:rPr>
          <w:lang w:eastAsia="ko-KR"/>
        </w:rPr>
        <w:t>몫이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 xml:space="preserve">.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lang w:eastAsia="ko-KR"/>
        </w:rPr>
        <w:t>속할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’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뜻입니다</w:t>
      </w:r>
      <w:r>
        <w:rPr>
          <w:lang w:eastAsia="ko-KR"/>
        </w:rPr>
        <w:t>.</w:t>
      </w:r>
    </w:p>
    <w:p w14:paraId="7817216C" w14:textId="77777777" w:rsidR="00782D2C" w:rsidRDefault="00782D2C">
      <w:pPr>
        <w:rPr>
          <w:lang w:eastAsia="ko-KR"/>
        </w:rPr>
      </w:pPr>
    </w:p>
    <w:p w14:paraId="27FA2D6F" w14:textId="3D9E2C52" w:rsidR="007558D8" w:rsidRDefault="00680334">
      <w:pPr>
        <w:rPr>
          <w:lang w:eastAsia="ko-KR"/>
        </w:rPr>
      </w:pP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복음의</w:t>
      </w:r>
      <w:r>
        <w:rPr>
          <w:lang w:eastAsia="ko-KR"/>
        </w:rPr>
        <w:t xml:space="preserve"> </w:t>
      </w:r>
      <w:r>
        <w:rPr>
          <w:lang w:eastAsia="ko-KR"/>
        </w:rPr>
        <w:t>순서입니다</w:t>
      </w:r>
      <w:r>
        <w:rPr>
          <w:lang w:eastAsia="ko-KR"/>
        </w:rPr>
        <w:t xml:space="preserve">. </w:t>
      </w:r>
      <w:r>
        <w:rPr>
          <w:lang w:eastAsia="ko-KR"/>
        </w:rPr>
        <w:t>기독교는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해</w:t>
      </w:r>
      <w:r>
        <w:rPr>
          <w:lang w:eastAsia="ko-KR"/>
        </w:rPr>
        <w:t xml:space="preserve"> </w:t>
      </w:r>
      <w:r>
        <w:rPr>
          <w:lang w:eastAsia="ko-KR"/>
        </w:rPr>
        <w:t>드리는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시작하지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하셨는지를</w:t>
      </w:r>
      <w:r>
        <w:rPr>
          <w:lang w:eastAsia="ko-KR"/>
        </w:rPr>
        <w:t xml:space="preserve"> </w:t>
      </w:r>
      <w:r>
        <w:rPr>
          <w:lang w:eastAsia="ko-KR"/>
        </w:rPr>
        <w:t>받아들이는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시작합니다</w:t>
      </w:r>
      <w:r>
        <w:rPr>
          <w:lang w:eastAsia="ko-KR"/>
        </w:rPr>
        <w:t xml:space="preserve">. </w:t>
      </w:r>
      <w:r>
        <w:rPr>
          <w:lang w:eastAsia="ko-KR"/>
        </w:rPr>
        <w:t>봉사도</w:t>
      </w:r>
      <w:r>
        <w:rPr>
          <w:lang w:eastAsia="ko-KR"/>
        </w:rPr>
        <w:t xml:space="preserve"> </w:t>
      </w:r>
      <w:r>
        <w:rPr>
          <w:lang w:eastAsia="ko-KR"/>
        </w:rPr>
        <w:t>중요하고</w:t>
      </w:r>
      <w:r>
        <w:rPr>
          <w:lang w:eastAsia="ko-KR"/>
        </w:rPr>
        <w:t xml:space="preserve">, </w:t>
      </w:r>
      <w:r>
        <w:rPr>
          <w:lang w:eastAsia="ko-KR"/>
        </w:rPr>
        <w:t>전도도</w:t>
      </w:r>
      <w:r>
        <w:rPr>
          <w:lang w:eastAsia="ko-KR"/>
        </w:rPr>
        <w:t xml:space="preserve"> </w:t>
      </w:r>
      <w:r>
        <w:rPr>
          <w:lang w:eastAsia="ko-KR"/>
        </w:rPr>
        <w:t>중요하고</w:t>
      </w:r>
      <w:r>
        <w:rPr>
          <w:lang w:eastAsia="ko-KR"/>
        </w:rPr>
        <w:t xml:space="preserve">, </w:t>
      </w:r>
      <w:r>
        <w:rPr>
          <w:lang w:eastAsia="ko-KR"/>
        </w:rPr>
        <w:t>목장을</w:t>
      </w:r>
      <w:r>
        <w:rPr>
          <w:lang w:eastAsia="ko-KR"/>
        </w:rPr>
        <w:t xml:space="preserve"> </w:t>
      </w:r>
      <w:r>
        <w:rPr>
          <w:lang w:eastAsia="ko-KR"/>
        </w:rPr>
        <w:t>섬기는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 </w:t>
      </w:r>
      <w:r>
        <w:rPr>
          <w:lang w:eastAsia="ko-KR"/>
        </w:rPr>
        <w:t>중요합니다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그것보다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나의</w:t>
      </w:r>
      <w:r>
        <w:rPr>
          <w:lang w:eastAsia="ko-KR"/>
        </w:rPr>
        <w:t xml:space="preserve"> </w:t>
      </w:r>
      <w:r>
        <w:rPr>
          <w:lang w:eastAsia="ko-KR"/>
        </w:rPr>
        <w:t>더러운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내미는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43ADBDC9" w14:textId="77777777" w:rsidR="007558D8" w:rsidRDefault="00680334">
      <w:pPr>
        <w:rPr>
          <w:lang w:eastAsia="ko-KR"/>
        </w:rPr>
      </w:pPr>
      <w:r>
        <w:rPr>
          <w:lang w:eastAsia="ko-KR"/>
        </w:rPr>
        <w:t>‘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제</w:t>
      </w:r>
      <w:r>
        <w:rPr>
          <w:lang w:eastAsia="ko-KR"/>
        </w:rPr>
        <w:t xml:space="preserve"> </w:t>
      </w:r>
      <w:r>
        <w:rPr>
          <w:lang w:eastAsia="ko-KR"/>
        </w:rPr>
        <w:t>안에</w:t>
      </w:r>
      <w:r>
        <w:rPr>
          <w:lang w:eastAsia="ko-KR"/>
        </w:rPr>
        <w:t xml:space="preserve">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교만이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미움이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욕심이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이런</w:t>
      </w:r>
      <w:r>
        <w:rPr>
          <w:lang w:eastAsia="ko-KR"/>
        </w:rPr>
        <w:t xml:space="preserve"> </w:t>
      </w:r>
      <w:r>
        <w:rPr>
          <w:lang w:eastAsia="ko-KR"/>
        </w:rPr>
        <w:t>상처와</w:t>
      </w:r>
      <w:r>
        <w:rPr>
          <w:lang w:eastAsia="ko-KR"/>
        </w:rPr>
        <w:t xml:space="preserve"> </w:t>
      </w:r>
      <w:r>
        <w:rPr>
          <w:lang w:eastAsia="ko-KR"/>
        </w:rPr>
        <w:t>죄가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저는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 xml:space="preserve"> </w:t>
      </w:r>
      <w:r>
        <w:rPr>
          <w:lang w:eastAsia="ko-KR"/>
        </w:rPr>
        <w:t>힘으로</w:t>
      </w:r>
      <w:r>
        <w:rPr>
          <w:lang w:eastAsia="ko-KR"/>
        </w:rPr>
        <w:t xml:space="preserve"> </w:t>
      </w:r>
      <w:r>
        <w:rPr>
          <w:lang w:eastAsia="ko-KR"/>
        </w:rPr>
        <w:t>이것을</w:t>
      </w:r>
      <w:r>
        <w:rPr>
          <w:lang w:eastAsia="ko-KR"/>
        </w:rPr>
        <w:t xml:space="preserve"> </w:t>
      </w:r>
      <w:r>
        <w:rPr>
          <w:lang w:eastAsia="ko-KR"/>
        </w:rPr>
        <w:t>씻을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 xml:space="preserve">. 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저를</w:t>
      </w:r>
      <w:r>
        <w:rPr>
          <w:lang w:eastAsia="ko-KR"/>
        </w:rPr>
        <w:t xml:space="preserve"> </w:t>
      </w:r>
      <w:r>
        <w:rPr>
          <w:lang w:eastAsia="ko-KR"/>
        </w:rPr>
        <w:t>씻어</w:t>
      </w:r>
      <w:r>
        <w:rPr>
          <w:lang w:eastAsia="ko-KR"/>
        </w:rPr>
        <w:t xml:space="preserve"> </w:t>
      </w:r>
      <w:r>
        <w:rPr>
          <w:lang w:eastAsia="ko-KR"/>
        </w:rPr>
        <w:t>주십시오</w:t>
      </w:r>
      <w:r>
        <w:rPr>
          <w:lang w:eastAsia="ko-KR"/>
        </w:rPr>
        <w:t xml:space="preserve">.’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참</w:t>
      </w:r>
      <w:r>
        <w:rPr>
          <w:lang w:eastAsia="ko-KR"/>
        </w:rPr>
        <w:t xml:space="preserve"> </w:t>
      </w:r>
      <w:r>
        <w:rPr>
          <w:lang w:eastAsia="ko-KR"/>
        </w:rPr>
        <w:t>겸손입니다</w:t>
      </w:r>
      <w:r>
        <w:rPr>
          <w:lang w:eastAsia="ko-KR"/>
        </w:rPr>
        <w:t xml:space="preserve">. </w:t>
      </w:r>
      <w:r>
        <w:rPr>
          <w:lang w:eastAsia="ko-KR"/>
        </w:rPr>
        <w:t>참</w:t>
      </w:r>
      <w:r>
        <w:rPr>
          <w:lang w:eastAsia="ko-KR"/>
        </w:rPr>
        <w:t xml:space="preserve"> </w:t>
      </w:r>
      <w:r>
        <w:rPr>
          <w:lang w:eastAsia="ko-KR"/>
        </w:rPr>
        <w:t>겸손은</w:t>
      </w:r>
      <w:r>
        <w:rPr>
          <w:lang w:eastAsia="ko-KR"/>
        </w:rPr>
        <w:t xml:space="preserve"> ‘</w:t>
      </w:r>
      <w:r>
        <w:rPr>
          <w:lang w:eastAsia="ko-KR"/>
        </w:rPr>
        <w:t>저는</w:t>
      </w:r>
      <w:r>
        <w:rPr>
          <w:lang w:eastAsia="ko-KR"/>
        </w:rPr>
        <w:t xml:space="preserve"> </w:t>
      </w:r>
      <w:r>
        <w:rPr>
          <w:lang w:eastAsia="ko-KR"/>
        </w:rPr>
        <w:t>괜찮습니다</w:t>
      </w:r>
      <w:r>
        <w:rPr>
          <w:lang w:eastAsia="ko-KR"/>
        </w:rPr>
        <w:t xml:space="preserve">. </w:t>
      </w:r>
      <w:r>
        <w:rPr>
          <w:lang w:eastAsia="ko-KR"/>
        </w:rPr>
        <w:t>저는</w:t>
      </w:r>
      <w:r>
        <w:rPr>
          <w:lang w:eastAsia="ko-KR"/>
        </w:rPr>
        <w:t xml:space="preserve"> </w:t>
      </w:r>
      <w:r>
        <w:rPr>
          <w:lang w:eastAsia="ko-KR"/>
        </w:rPr>
        <w:t>도움</w:t>
      </w:r>
      <w:r>
        <w:rPr>
          <w:lang w:eastAsia="ko-KR"/>
        </w:rPr>
        <w:t xml:space="preserve"> </w:t>
      </w:r>
      <w:r>
        <w:rPr>
          <w:lang w:eastAsia="ko-KR"/>
        </w:rPr>
        <w:t>필요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>’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주님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더러운</w:t>
      </w:r>
      <w:r>
        <w:rPr>
          <w:lang w:eastAsia="ko-KR"/>
        </w:rPr>
        <w:t xml:space="preserve"> </w:t>
      </w:r>
      <w:r>
        <w:rPr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lang w:eastAsia="ko-KR"/>
        </w:rPr>
        <w:t>숨기지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내미는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2263B917" w14:textId="77777777" w:rsidR="00206420" w:rsidRDefault="00206420">
      <w:pPr>
        <w:rPr>
          <w:lang w:eastAsia="ko-KR"/>
        </w:rPr>
      </w:pPr>
    </w:p>
    <w:p w14:paraId="4635DEF7" w14:textId="11F70462" w:rsidR="007558D8" w:rsidRDefault="00206420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그러자 </w:t>
      </w:r>
      <w:r w:rsidR="00680334">
        <w:rPr>
          <w:lang w:eastAsia="ko-KR"/>
        </w:rPr>
        <w:t>베드로는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이번에는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반대로</w:t>
      </w:r>
      <w:r w:rsidR="00680334">
        <w:rPr>
          <w:lang w:eastAsia="ko-KR"/>
        </w:rPr>
        <w:t xml:space="preserve"> ‘</w:t>
      </w:r>
      <w:r w:rsidR="00680334">
        <w:rPr>
          <w:lang w:eastAsia="ko-KR"/>
        </w:rPr>
        <w:t>내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발뿐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아니라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손과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머리도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씻어</w:t>
      </w:r>
      <w:r w:rsidR="00680334">
        <w:rPr>
          <w:lang w:eastAsia="ko-KR"/>
        </w:rPr>
        <w:t xml:space="preserve"> </w:t>
      </w:r>
      <w:proofErr w:type="spellStart"/>
      <w:r w:rsidR="00680334">
        <w:rPr>
          <w:lang w:eastAsia="ko-KR"/>
        </w:rPr>
        <w:t>주옵소서</w:t>
      </w:r>
      <w:proofErr w:type="spellEnd"/>
      <w:r w:rsidR="00680334">
        <w:rPr>
          <w:lang w:eastAsia="ko-KR"/>
        </w:rPr>
        <w:t>’</w:t>
      </w:r>
      <w:proofErr w:type="spellStart"/>
      <w:r w:rsidR="00680334">
        <w:rPr>
          <w:lang w:eastAsia="ko-KR"/>
        </w:rPr>
        <w:t>라고</w:t>
      </w:r>
      <w:proofErr w:type="spellEnd"/>
      <w:r w:rsidR="00680334">
        <w:rPr>
          <w:lang w:eastAsia="ko-KR"/>
        </w:rPr>
        <w:t xml:space="preserve"> </w:t>
      </w:r>
      <w:r w:rsidR="00680334">
        <w:rPr>
          <w:lang w:eastAsia="ko-KR"/>
        </w:rPr>
        <w:t>합니다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예수님은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이미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목욕한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사람은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발밖에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필요가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없다고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말씀하십니다</w:t>
      </w:r>
      <w:r w:rsidR="00680334">
        <w:rPr>
          <w:lang w:eastAsia="ko-KR"/>
        </w:rPr>
        <w:t xml:space="preserve">. </w:t>
      </w:r>
      <w:r w:rsidR="00680334">
        <w:rPr>
          <w:lang w:eastAsia="ko-KR"/>
        </w:rPr>
        <w:t>여기에는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두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단어가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사용됩니다</w:t>
      </w:r>
      <w:r w:rsidR="00680334">
        <w:rPr>
          <w:lang w:eastAsia="ko-KR"/>
        </w:rPr>
        <w:t xml:space="preserve">. </w:t>
      </w:r>
      <w:proofErr w:type="spellStart"/>
      <w:r w:rsidR="00680334">
        <w:t>λούω</w:t>
      </w:r>
      <w:proofErr w:type="spellEnd"/>
      <w:r w:rsidR="00680334">
        <w:rPr>
          <w:lang w:eastAsia="ko-KR"/>
        </w:rPr>
        <w:t>(</w:t>
      </w:r>
      <w:proofErr w:type="spellStart"/>
      <w:r w:rsidR="00680334">
        <w:rPr>
          <w:lang w:eastAsia="ko-KR"/>
        </w:rPr>
        <w:t>louō</w:t>
      </w:r>
      <w:proofErr w:type="spellEnd"/>
      <w:r w:rsidR="00680334">
        <w:rPr>
          <w:lang w:eastAsia="ko-KR"/>
        </w:rPr>
        <w:t>)</w:t>
      </w:r>
      <w:r w:rsidR="00680334">
        <w:rPr>
          <w:lang w:eastAsia="ko-KR"/>
        </w:rPr>
        <w:t>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전체를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목욕이고</w:t>
      </w:r>
      <w:r w:rsidR="00680334">
        <w:rPr>
          <w:lang w:eastAsia="ko-KR"/>
        </w:rPr>
        <w:t xml:space="preserve">, </w:t>
      </w:r>
      <w:proofErr w:type="spellStart"/>
      <w:r w:rsidR="00680334">
        <w:t>νί</w:t>
      </w:r>
      <w:proofErr w:type="spellEnd"/>
      <w:r w:rsidR="00680334">
        <w:t>π</w:t>
      </w:r>
      <w:proofErr w:type="spellStart"/>
      <w:r w:rsidR="00680334">
        <w:t>τω</w:t>
      </w:r>
      <w:proofErr w:type="spellEnd"/>
      <w:r w:rsidR="00680334">
        <w:rPr>
          <w:lang w:eastAsia="ko-KR"/>
        </w:rPr>
        <w:t>(</w:t>
      </w:r>
      <w:proofErr w:type="spellStart"/>
      <w:r w:rsidR="00680334">
        <w:rPr>
          <w:lang w:eastAsia="ko-KR"/>
        </w:rPr>
        <w:t>niptō</w:t>
      </w:r>
      <w:proofErr w:type="spellEnd"/>
      <w:r w:rsidR="00680334">
        <w:rPr>
          <w:lang w:eastAsia="ko-KR"/>
        </w:rPr>
        <w:t>)</w:t>
      </w:r>
      <w:r w:rsidR="00680334">
        <w:rPr>
          <w:lang w:eastAsia="ko-KR"/>
        </w:rPr>
        <w:t>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발과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같은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몸의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일부를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말입니다</w:t>
      </w:r>
      <w:r w:rsidR="00680334">
        <w:rPr>
          <w:lang w:eastAsia="ko-KR"/>
        </w:rPr>
        <w:t>. ‘</w:t>
      </w:r>
      <w:r w:rsidR="00680334">
        <w:rPr>
          <w:lang w:eastAsia="ko-KR"/>
        </w:rPr>
        <w:t>이미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목욕한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자</w:t>
      </w:r>
      <w:r w:rsidR="00680334">
        <w:rPr>
          <w:lang w:eastAsia="ko-KR"/>
        </w:rPr>
        <w:t>’</w:t>
      </w:r>
      <w:r w:rsidR="00680334">
        <w:rPr>
          <w:lang w:eastAsia="ko-KR"/>
        </w:rPr>
        <w:t>라는</w:t>
      </w:r>
      <w:r w:rsidR="00680334">
        <w:rPr>
          <w:lang w:eastAsia="ko-KR"/>
        </w:rPr>
        <w:t xml:space="preserve"> </w:t>
      </w:r>
      <w:proofErr w:type="spellStart"/>
      <w:r w:rsidR="00680334">
        <w:t>λελουμένος</w:t>
      </w:r>
      <w:proofErr w:type="spellEnd"/>
      <w:r w:rsidR="00680334">
        <w:rPr>
          <w:lang w:eastAsia="ko-KR"/>
        </w:rPr>
        <w:t>(</w:t>
      </w:r>
      <w:proofErr w:type="spellStart"/>
      <w:r w:rsidR="00680334">
        <w:rPr>
          <w:lang w:eastAsia="ko-KR"/>
        </w:rPr>
        <w:t>leloumenos</w:t>
      </w:r>
      <w:proofErr w:type="spellEnd"/>
      <w:r w:rsidR="00680334">
        <w:rPr>
          <w:lang w:eastAsia="ko-KR"/>
        </w:rPr>
        <w:t>)</w:t>
      </w:r>
      <w:r w:rsidR="00680334">
        <w:rPr>
          <w:lang w:eastAsia="ko-KR"/>
        </w:rPr>
        <w:t>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완료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분사로</w:t>
      </w:r>
      <w:r w:rsidR="00680334">
        <w:rPr>
          <w:lang w:eastAsia="ko-KR"/>
        </w:rPr>
        <w:t xml:space="preserve">, </w:t>
      </w:r>
      <w:r w:rsidR="00680334">
        <w:rPr>
          <w:lang w:eastAsia="ko-KR"/>
        </w:rPr>
        <w:t>이미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씻겨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그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결과가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남아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있는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상태를</w:t>
      </w:r>
      <w:r w:rsidR="00680334">
        <w:rPr>
          <w:lang w:eastAsia="ko-KR"/>
        </w:rPr>
        <w:t xml:space="preserve"> </w:t>
      </w:r>
      <w:r w:rsidR="00680334">
        <w:rPr>
          <w:lang w:eastAsia="ko-KR"/>
        </w:rPr>
        <w:t>나타냅니다</w:t>
      </w:r>
      <w:r w:rsidR="00680334">
        <w:rPr>
          <w:lang w:eastAsia="ko-KR"/>
        </w:rPr>
        <w:t>.</w:t>
      </w:r>
    </w:p>
    <w:p w14:paraId="6A5F0396" w14:textId="77777777" w:rsidR="000561C1" w:rsidRDefault="000561C1">
      <w:pPr>
        <w:rPr>
          <w:lang w:eastAsia="ko-KR"/>
        </w:rPr>
      </w:pPr>
    </w:p>
    <w:p w14:paraId="1BB7763C" w14:textId="37A0E8F4" w:rsidR="007558D8" w:rsidRDefault="00680334">
      <w:pPr>
        <w:rPr>
          <w:lang w:eastAsia="ko-KR"/>
        </w:rPr>
      </w:pPr>
      <w:r>
        <w:rPr>
          <w:lang w:eastAsia="ko-KR"/>
        </w:rPr>
        <w:t>구원에는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반복할</w:t>
      </w:r>
      <w:r>
        <w:rPr>
          <w:lang w:eastAsia="ko-KR"/>
        </w:rPr>
        <w:t xml:space="preserve"> </w:t>
      </w:r>
      <w:r>
        <w:rPr>
          <w:lang w:eastAsia="ko-KR"/>
        </w:rPr>
        <w:t>필요가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근본적인</w:t>
      </w:r>
      <w:r>
        <w:rPr>
          <w:lang w:eastAsia="ko-KR"/>
        </w:rPr>
        <w:t xml:space="preserve"> </w:t>
      </w:r>
      <w:r>
        <w:rPr>
          <w:lang w:eastAsia="ko-KR"/>
        </w:rPr>
        <w:t>씻음과</w:t>
      </w:r>
      <w:r>
        <w:rPr>
          <w:lang w:eastAsia="ko-KR"/>
        </w:rPr>
        <w:t xml:space="preserve">, </w:t>
      </w:r>
      <w:r>
        <w:rPr>
          <w:lang w:eastAsia="ko-KR"/>
        </w:rPr>
        <w:t>계속해서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씻음의</w:t>
      </w:r>
      <w:r>
        <w:rPr>
          <w:lang w:eastAsia="ko-KR"/>
        </w:rPr>
        <w:t xml:space="preserve"> </w:t>
      </w:r>
      <w:r>
        <w:rPr>
          <w:lang w:eastAsia="ko-KR"/>
        </w:rPr>
        <w:t>두</w:t>
      </w:r>
      <w:r>
        <w:rPr>
          <w:lang w:eastAsia="ko-KR"/>
        </w:rPr>
        <w:t xml:space="preserve"> </w:t>
      </w:r>
      <w:r>
        <w:rPr>
          <w:lang w:eastAsia="ko-KR"/>
        </w:rPr>
        <w:t>측면이</w:t>
      </w:r>
      <w:r>
        <w:rPr>
          <w:lang w:eastAsia="ko-KR"/>
        </w:rPr>
        <w:t xml:space="preserve"> </w:t>
      </w:r>
      <w:r>
        <w:rPr>
          <w:lang w:eastAsia="ko-KR"/>
        </w:rPr>
        <w:t>있</w:t>
      </w:r>
      <w:r w:rsidR="000561C1">
        <w:rPr>
          <w:rFonts w:ascii="Batang" w:eastAsia="Batang" w:hAnsi="Batang" w:cs="Batang" w:hint="eastAsia"/>
          <w:lang w:eastAsia="ko-KR"/>
        </w:rPr>
        <w:t>습니다</w:t>
      </w:r>
      <w:r>
        <w:rPr>
          <w:lang w:eastAsia="ko-KR"/>
        </w:rPr>
        <w:t xml:space="preserve">. </w:t>
      </w:r>
      <w:r>
        <w:rPr>
          <w:lang w:eastAsia="ko-KR"/>
        </w:rPr>
        <w:t>그리스도께</w:t>
      </w:r>
      <w:r>
        <w:rPr>
          <w:lang w:eastAsia="ko-KR"/>
        </w:rPr>
        <w:t xml:space="preserve"> </w:t>
      </w:r>
      <w:r>
        <w:rPr>
          <w:lang w:eastAsia="ko-KR"/>
        </w:rPr>
        <w:t>속하여</w:t>
      </w:r>
      <w:r>
        <w:rPr>
          <w:lang w:eastAsia="ko-KR"/>
        </w:rPr>
        <w:t xml:space="preserve"> </w:t>
      </w:r>
      <w:r>
        <w:rPr>
          <w:lang w:eastAsia="ko-KR"/>
        </w:rPr>
        <w:t>정결하게</w:t>
      </w:r>
      <w:r>
        <w:rPr>
          <w:lang w:eastAsia="ko-KR"/>
        </w:rPr>
        <w:t xml:space="preserve"> </w:t>
      </w:r>
      <w:r>
        <w:rPr>
          <w:lang w:eastAsia="ko-KR"/>
        </w:rPr>
        <w:t>된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처음부터</w:t>
      </w:r>
      <w:r>
        <w:rPr>
          <w:lang w:eastAsia="ko-KR"/>
        </w:rPr>
        <w:t xml:space="preserve"> </w:t>
      </w:r>
      <w:r>
        <w:rPr>
          <w:lang w:eastAsia="ko-KR"/>
        </w:rPr>
        <w:t>구원받아야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세상을</w:t>
      </w:r>
      <w:r>
        <w:rPr>
          <w:lang w:eastAsia="ko-KR"/>
        </w:rPr>
        <w:t xml:space="preserve"> </w:t>
      </w:r>
      <w:r>
        <w:rPr>
          <w:lang w:eastAsia="ko-KR"/>
        </w:rPr>
        <w:t>살아가면서</w:t>
      </w:r>
      <w:r>
        <w:rPr>
          <w:lang w:eastAsia="ko-KR"/>
        </w:rPr>
        <w:t xml:space="preserve"> </w:t>
      </w:r>
      <w:r>
        <w:rPr>
          <w:lang w:eastAsia="ko-KR"/>
        </w:rPr>
        <w:t>여전히</w:t>
      </w:r>
      <w:r>
        <w:rPr>
          <w:lang w:eastAsia="ko-KR"/>
        </w:rPr>
        <w:t xml:space="preserve">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짓고</w:t>
      </w:r>
      <w:r>
        <w:rPr>
          <w:lang w:eastAsia="ko-KR"/>
        </w:rPr>
        <w:t xml:space="preserve"> </w:t>
      </w:r>
      <w:r>
        <w:rPr>
          <w:lang w:eastAsia="ko-KR"/>
        </w:rPr>
        <w:t>먼지가</w:t>
      </w:r>
      <w:r>
        <w:rPr>
          <w:lang w:eastAsia="ko-KR"/>
        </w:rPr>
        <w:t xml:space="preserve"> </w:t>
      </w:r>
      <w:r>
        <w:rPr>
          <w:lang w:eastAsia="ko-KR"/>
        </w:rPr>
        <w:t>묻기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lang w:eastAsia="ko-KR"/>
        </w:rPr>
        <w:t>정결케</w:t>
      </w:r>
      <w:r>
        <w:rPr>
          <w:lang w:eastAsia="ko-KR"/>
        </w:rPr>
        <w:t xml:space="preserve"> </w:t>
      </w:r>
      <w:r>
        <w:rPr>
          <w:lang w:eastAsia="ko-KR"/>
        </w:rPr>
        <w:t>하심을</w:t>
      </w:r>
      <w:r>
        <w:rPr>
          <w:lang w:eastAsia="ko-KR"/>
        </w:rPr>
        <w:t xml:space="preserve"> </w:t>
      </w:r>
      <w:r>
        <w:rPr>
          <w:lang w:eastAsia="ko-KR"/>
        </w:rPr>
        <w:t>필요로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683FA0BB" w14:textId="77777777" w:rsidR="007558D8" w:rsidRDefault="00680334">
      <w:pPr>
        <w:rPr>
          <w:lang w:eastAsia="ko-KR"/>
        </w:rPr>
      </w:pP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너희가</w:t>
      </w:r>
      <w:r>
        <w:rPr>
          <w:lang w:eastAsia="ko-KR"/>
        </w:rPr>
        <w:t xml:space="preserve"> </w:t>
      </w:r>
      <w:r>
        <w:rPr>
          <w:lang w:eastAsia="ko-KR"/>
        </w:rPr>
        <w:t>깨끗하나</w:t>
      </w:r>
      <w:r>
        <w:rPr>
          <w:lang w:eastAsia="ko-KR"/>
        </w:rPr>
        <w:t xml:space="preserve"> </w:t>
      </w:r>
      <w:r>
        <w:rPr>
          <w:lang w:eastAsia="ko-KR"/>
        </w:rPr>
        <w:t>다는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아니니라</w:t>
      </w:r>
      <w:proofErr w:type="spellEnd"/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>. ‘</w:t>
      </w:r>
      <w:r>
        <w:rPr>
          <w:lang w:eastAsia="ko-KR"/>
        </w:rPr>
        <w:t>깨끗하다</w:t>
      </w:r>
      <w:r>
        <w:rPr>
          <w:lang w:eastAsia="ko-KR"/>
        </w:rPr>
        <w:t>’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t>καθα</w:t>
      </w:r>
      <w:proofErr w:type="spellStart"/>
      <w:r>
        <w:t>ρός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katharos</w:t>
      </w:r>
      <w:proofErr w:type="spellEnd"/>
      <w:r>
        <w:rPr>
          <w:lang w:eastAsia="ko-KR"/>
        </w:rPr>
        <w:t>)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요한복음</w:t>
      </w:r>
      <w:r>
        <w:rPr>
          <w:lang w:eastAsia="ko-KR"/>
        </w:rPr>
        <w:t xml:space="preserve"> 15:3</w:t>
      </w:r>
      <w:r>
        <w:rPr>
          <w:lang w:eastAsia="ko-KR"/>
        </w:rPr>
        <w:t>에서도</w:t>
      </w:r>
      <w:r>
        <w:rPr>
          <w:lang w:eastAsia="ko-KR"/>
        </w:rPr>
        <w:t xml:space="preserve"> </w:t>
      </w:r>
      <w:r>
        <w:rPr>
          <w:lang w:eastAsia="ko-KR"/>
        </w:rPr>
        <w:t>같은</w:t>
      </w:r>
      <w:r>
        <w:rPr>
          <w:lang w:eastAsia="ko-KR"/>
        </w:rPr>
        <w:t xml:space="preserve"> </w:t>
      </w:r>
      <w:r>
        <w:rPr>
          <w:lang w:eastAsia="ko-KR"/>
        </w:rPr>
        <w:t>어근으로</w:t>
      </w:r>
      <w:r>
        <w:rPr>
          <w:lang w:eastAsia="ko-KR"/>
        </w:rPr>
        <w:t xml:space="preserve"> ‘</w:t>
      </w:r>
      <w:r>
        <w:rPr>
          <w:lang w:eastAsia="ko-KR"/>
        </w:rPr>
        <w:t>너희는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일러준</w:t>
      </w:r>
      <w:r>
        <w:rPr>
          <w:lang w:eastAsia="ko-KR"/>
        </w:rPr>
        <w:t xml:space="preserve"> </w:t>
      </w:r>
      <w:r>
        <w:rPr>
          <w:lang w:eastAsia="ko-KR"/>
        </w:rPr>
        <w:t>말로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깨끗하여졌다</w:t>
      </w:r>
      <w:proofErr w:type="spellEnd"/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이것은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발의</w:t>
      </w:r>
      <w:r>
        <w:rPr>
          <w:lang w:eastAsia="ko-KR"/>
        </w:rPr>
        <w:t xml:space="preserve"> </w:t>
      </w:r>
      <w:r>
        <w:rPr>
          <w:lang w:eastAsia="ko-KR"/>
        </w:rPr>
        <w:t>먼지가</w:t>
      </w:r>
      <w:r>
        <w:rPr>
          <w:lang w:eastAsia="ko-KR"/>
        </w:rPr>
        <w:t xml:space="preserve"> </w:t>
      </w:r>
      <w:r>
        <w:rPr>
          <w:lang w:eastAsia="ko-KR"/>
        </w:rPr>
        <w:t>없다는</w:t>
      </w:r>
      <w:r>
        <w:rPr>
          <w:lang w:eastAsia="ko-KR"/>
        </w:rPr>
        <w:t xml:space="preserve"> </w:t>
      </w:r>
      <w:r>
        <w:rPr>
          <w:lang w:eastAsia="ko-KR"/>
        </w:rPr>
        <w:t>말이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예수님과의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정결하게</w:t>
      </w:r>
      <w:r>
        <w:rPr>
          <w:lang w:eastAsia="ko-KR"/>
        </w:rPr>
        <w:t xml:space="preserve"> </w:t>
      </w:r>
      <w:r>
        <w:rPr>
          <w:lang w:eastAsia="ko-KR"/>
        </w:rPr>
        <w:t>된</w:t>
      </w:r>
      <w:r>
        <w:rPr>
          <w:lang w:eastAsia="ko-KR"/>
        </w:rPr>
        <w:t xml:space="preserve"> </w:t>
      </w:r>
      <w:r>
        <w:rPr>
          <w:lang w:eastAsia="ko-KR"/>
        </w:rPr>
        <w:t>상태를</w:t>
      </w:r>
      <w:r>
        <w:rPr>
          <w:lang w:eastAsia="ko-KR"/>
        </w:rPr>
        <w:t xml:space="preserve"> </w:t>
      </w:r>
      <w:r>
        <w:rPr>
          <w:lang w:eastAsia="ko-KR"/>
        </w:rPr>
        <w:t>가리킵니다</w:t>
      </w:r>
      <w:r>
        <w:rPr>
          <w:lang w:eastAsia="ko-KR"/>
        </w:rPr>
        <w:t>.</w:t>
      </w:r>
    </w:p>
    <w:p w14:paraId="409D0FCD" w14:textId="77777777" w:rsidR="00E601EE" w:rsidRDefault="00E601EE">
      <w:pPr>
        <w:rPr>
          <w:lang w:eastAsia="ko-KR"/>
        </w:rPr>
      </w:pPr>
    </w:p>
    <w:p w14:paraId="6C0603F7" w14:textId="31E53132" w:rsidR="007558D8" w:rsidRPr="006B12CB" w:rsidRDefault="00680334">
      <w:pPr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그런데</w:t>
      </w:r>
      <w:r>
        <w:rPr>
          <w:lang w:eastAsia="ko-KR"/>
        </w:rPr>
        <w:t xml:space="preserve"> ‘</w:t>
      </w:r>
      <w:r>
        <w:rPr>
          <w:lang w:eastAsia="ko-KR"/>
        </w:rPr>
        <w:t>다는</w:t>
      </w:r>
      <w:r>
        <w:rPr>
          <w:lang w:eastAsia="ko-KR"/>
        </w:rPr>
        <w:t xml:space="preserve"> </w:t>
      </w:r>
      <w:r>
        <w:rPr>
          <w:lang w:eastAsia="ko-KR"/>
        </w:rPr>
        <w:t>아니다</w:t>
      </w:r>
      <w:r>
        <w:rPr>
          <w:lang w:eastAsia="ko-KR"/>
        </w:rPr>
        <w:t>’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유다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lang w:eastAsia="ko-KR"/>
        </w:rPr>
        <w:t>유다는</w:t>
      </w:r>
      <w:r>
        <w:rPr>
          <w:lang w:eastAsia="ko-KR"/>
        </w:rPr>
        <w:t xml:space="preserve"> </w:t>
      </w:r>
      <w:r>
        <w:rPr>
          <w:lang w:eastAsia="ko-KR"/>
        </w:rPr>
        <w:t>육신적으로는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자리에</w:t>
      </w:r>
      <w:r>
        <w:rPr>
          <w:lang w:eastAsia="ko-KR"/>
        </w:rPr>
        <w:t xml:space="preserve"> </w:t>
      </w:r>
      <w:r>
        <w:rPr>
          <w:lang w:eastAsia="ko-KR"/>
        </w:rPr>
        <w:t>있었고</w:t>
      </w:r>
      <w:r>
        <w:rPr>
          <w:lang w:eastAsia="ko-KR"/>
        </w:rPr>
        <w:t xml:space="preserve">, </w:t>
      </w:r>
      <w:r>
        <w:rPr>
          <w:lang w:eastAsia="ko-KR"/>
        </w:rPr>
        <w:t>본문의</w:t>
      </w:r>
      <w:r>
        <w:rPr>
          <w:lang w:eastAsia="ko-KR"/>
        </w:rPr>
        <w:t xml:space="preserve"> </w:t>
      </w:r>
      <w:r>
        <w:rPr>
          <w:lang w:eastAsia="ko-KR"/>
        </w:rPr>
        <w:t>흐름으로</w:t>
      </w:r>
      <w:r>
        <w:rPr>
          <w:lang w:eastAsia="ko-KR"/>
        </w:rPr>
        <w:t xml:space="preserve"> </w:t>
      </w:r>
      <w:r>
        <w:rPr>
          <w:lang w:eastAsia="ko-KR"/>
        </w:rPr>
        <w:t>보면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씻김의</w:t>
      </w:r>
      <w:r>
        <w:rPr>
          <w:lang w:eastAsia="ko-KR"/>
        </w:rPr>
        <w:t xml:space="preserve"> </w:t>
      </w:r>
      <w:r>
        <w:rPr>
          <w:lang w:eastAsia="ko-KR"/>
        </w:rPr>
        <w:t>장면</w:t>
      </w:r>
      <w:r>
        <w:rPr>
          <w:lang w:eastAsia="ko-KR"/>
        </w:rPr>
        <w:t xml:space="preserve"> </w:t>
      </w:r>
      <w:r>
        <w:rPr>
          <w:lang w:eastAsia="ko-KR"/>
        </w:rPr>
        <w:t>안에</w:t>
      </w:r>
      <w:r>
        <w:rPr>
          <w:lang w:eastAsia="ko-KR"/>
        </w:rPr>
        <w:t xml:space="preserve"> </w:t>
      </w:r>
      <w:r>
        <w:rPr>
          <w:lang w:eastAsia="ko-KR"/>
        </w:rPr>
        <w:t>있었지만</w:t>
      </w:r>
      <w:r>
        <w:rPr>
          <w:lang w:eastAsia="ko-KR"/>
        </w:rPr>
        <w:t xml:space="preserve"> </w:t>
      </w:r>
      <w:r>
        <w:rPr>
          <w:lang w:eastAsia="ko-KR"/>
        </w:rPr>
        <w:t>마음은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떠나</w:t>
      </w:r>
      <w:r>
        <w:rPr>
          <w:lang w:eastAsia="ko-KR"/>
        </w:rPr>
        <w:t xml:space="preserve"> </w:t>
      </w:r>
      <w:r>
        <w:rPr>
          <w:lang w:eastAsia="ko-KR"/>
        </w:rPr>
        <w:t>있었습니다</w:t>
      </w:r>
      <w:r>
        <w:rPr>
          <w:lang w:eastAsia="ko-KR"/>
        </w:rPr>
        <w:t xml:space="preserve">. </w:t>
      </w:r>
      <w:r>
        <w:rPr>
          <w:lang w:eastAsia="ko-KR"/>
        </w:rPr>
        <w:t>이것은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두려운</w:t>
      </w:r>
      <w:r>
        <w:rPr>
          <w:lang w:eastAsia="ko-KR"/>
        </w:rPr>
        <w:t xml:space="preserve"> </w:t>
      </w:r>
      <w:r>
        <w:rPr>
          <w:lang w:eastAsia="ko-KR"/>
        </w:rPr>
        <w:t>질문을</w:t>
      </w:r>
      <w:r>
        <w:rPr>
          <w:lang w:eastAsia="ko-KR"/>
        </w:rPr>
        <w:t xml:space="preserve"> </w:t>
      </w:r>
      <w:r>
        <w:rPr>
          <w:lang w:eastAsia="ko-KR"/>
        </w:rPr>
        <w:t>줍니다</w:t>
      </w:r>
      <w:r>
        <w:rPr>
          <w:lang w:eastAsia="ko-KR"/>
        </w:rPr>
        <w:t xml:space="preserve">. </w:t>
      </w:r>
      <w:r>
        <w:rPr>
          <w:lang w:eastAsia="ko-KR"/>
        </w:rPr>
        <w:t>교회</w:t>
      </w:r>
      <w:r>
        <w:rPr>
          <w:lang w:eastAsia="ko-KR"/>
        </w:rPr>
        <w:t xml:space="preserve"> </w:t>
      </w:r>
      <w:r>
        <w:rPr>
          <w:lang w:eastAsia="ko-KR"/>
        </w:rPr>
        <w:t>안에</w:t>
      </w:r>
      <w:r>
        <w:rPr>
          <w:lang w:eastAsia="ko-KR"/>
        </w:rPr>
        <w:t xml:space="preserve"> </w:t>
      </w:r>
      <w:r>
        <w:rPr>
          <w:lang w:eastAsia="ko-KR"/>
        </w:rPr>
        <w:t>오래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깨끗한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직분이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, </w:t>
      </w:r>
      <w:r>
        <w:rPr>
          <w:lang w:eastAsia="ko-KR"/>
        </w:rPr>
        <w:t>봉사를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한다고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그리스도께</w:t>
      </w:r>
      <w:r>
        <w:rPr>
          <w:lang w:eastAsia="ko-KR"/>
        </w:rPr>
        <w:t xml:space="preserve"> </w:t>
      </w:r>
      <w:r>
        <w:rPr>
          <w:lang w:eastAsia="ko-KR"/>
        </w:rPr>
        <w:t>속한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말씀과</w:t>
      </w:r>
      <w:r>
        <w:rPr>
          <w:lang w:eastAsia="ko-KR"/>
        </w:rPr>
        <w:t xml:space="preserve"> </w:t>
      </w:r>
      <w:r>
        <w:rPr>
          <w:lang w:eastAsia="ko-KR"/>
        </w:rPr>
        <w:t>은혜를</w:t>
      </w:r>
      <w:r>
        <w:rPr>
          <w:lang w:eastAsia="ko-KR"/>
        </w:rPr>
        <w:t xml:space="preserve"> </w:t>
      </w:r>
      <w:r>
        <w:rPr>
          <w:lang w:eastAsia="ko-KR"/>
        </w:rPr>
        <w:t>받아들여</w:t>
      </w:r>
      <w:r>
        <w:rPr>
          <w:lang w:eastAsia="ko-KR"/>
        </w:rPr>
        <w:t xml:space="preserve"> </w:t>
      </w:r>
      <w:r>
        <w:rPr>
          <w:lang w:eastAsia="ko-KR"/>
        </w:rPr>
        <w:t>그분께</w:t>
      </w:r>
      <w:r>
        <w:rPr>
          <w:lang w:eastAsia="ko-KR"/>
        </w:rPr>
        <w:t xml:space="preserve"> </w:t>
      </w:r>
      <w:r>
        <w:rPr>
          <w:lang w:eastAsia="ko-KR"/>
        </w:rPr>
        <w:t>씻김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사람인가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  <w:r w:rsidR="006B12CB">
        <w:rPr>
          <w:rFonts w:hint="eastAsia"/>
          <w:lang w:eastAsia="ko-KR"/>
        </w:rPr>
        <w:t xml:space="preserve"> </w:t>
      </w:r>
      <w:r w:rsidR="006B12CB">
        <w:rPr>
          <w:rFonts w:ascii="Batang" w:eastAsia="Batang" w:hAnsi="Batang" w:cs="Batang" w:hint="eastAsia"/>
          <w:lang w:eastAsia="ko-KR"/>
        </w:rPr>
        <w:t>또 매일 우리의 더러운 부</w:t>
      </w:r>
      <w:r w:rsidR="00B91CAD">
        <w:rPr>
          <w:rFonts w:ascii="Batang" w:eastAsia="Batang" w:hAnsi="Batang" w:cs="Batang" w:hint="eastAsia"/>
          <w:lang w:eastAsia="ko-KR"/>
        </w:rPr>
        <w:t>분을 예수님 앞에 나가서 고백하고 씻기는가 하는 것입니다</w:t>
      </w:r>
    </w:p>
    <w:p w14:paraId="3DD3195C" w14:textId="77777777" w:rsidR="007558D8" w:rsidRDefault="00680334">
      <w:pPr>
        <w:rPr>
          <w:lang w:eastAsia="ko-KR"/>
        </w:rPr>
      </w:pPr>
      <w:r>
        <w:rPr>
          <w:lang w:eastAsia="ko-KR"/>
        </w:rPr>
        <w:t>베드로도</w:t>
      </w:r>
      <w:r>
        <w:rPr>
          <w:lang w:eastAsia="ko-KR"/>
        </w:rPr>
        <w:t xml:space="preserve"> </w:t>
      </w:r>
      <w:r>
        <w:rPr>
          <w:lang w:eastAsia="ko-KR"/>
        </w:rPr>
        <w:t>실패합니다</w:t>
      </w:r>
      <w:r>
        <w:rPr>
          <w:lang w:eastAsia="ko-KR"/>
        </w:rPr>
        <w:t xml:space="preserve">. </w:t>
      </w:r>
      <w:r>
        <w:rPr>
          <w:lang w:eastAsia="ko-KR"/>
        </w:rPr>
        <w:t>그는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번</w:t>
      </w:r>
      <w:r>
        <w:rPr>
          <w:lang w:eastAsia="ko-KR"/>
        </w:rPr>
        <w:t xml:space="preserve"> </w:t>
      </w:r>
      <w:r>
        <w:rPr>
          <w:lang w:eastAsia="ko-KR"/>
        </w:rPr>
        <w:t>부인합니다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베드로와</w:t>
      </w:r>
      <w:r>
        <w:rPr>
          <w:lang w:eastAsia="ko-KR"/>
        </w:rPr>
        <w:t xml:space="preserve"> </w:t>
      </w:r>
      <w:r>
        <w:rPr>
          <w:lang w:eastAsia="ko-KR"/>
        </w:rPr>
        <w:t>유다의</w:t>
      </w:r>
      <w:r>
        <w:rPr>
          <w:lang w:eastAsia="ko-KR"/>
        </w:rPr>
        <w:t xml:space="preserve"> </w:t>
      </w:r>
      <w:r>
        <w:rPr>
          <w:lang w:eastAsia="ko-KR"/>
        </w:rPr>
        <w:t>차이가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베드로는</w:t>
      </w:r>
      <w:r>
        <w:rPr>
          <w:lang w:eastAsia="ko-KR"/>
        </w:rPr>
        <w:t xml:space="preserve"> </w:t>
      </w:r>
      <w:r>
        <w:rPr>
          <w:lang w:eastAsia="ko-KR"/>
        </w:rPr>
        <w:t>실패한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돌아옵니다</w:t>
      </w:r>
      <w:r>
        <w:rPr>
          <w:lang w:eastAsia="ko-KR"/>
        </w:rPr>
        <w:t xml:space="preserve">. </w:t>
      </w:r>
      <w:r>
        <w:rPr>
          <w:lang w:eastAsia="ko-KR"/>
        </w:rPr>
        <w:t>그리스도인의</w:t>
      </w:r>
      <w:r>
        <w:rPr>
          <w:lang w:eastAsia="ko-KR"/>
        </w:rPr>
        <w:t xml:space="preserve"> </w:t>
      </w:r>
      <w:r>
        <w:rPr>
          <w:lang w:eastAsia="ko-KR"/>
        </w:rPr>
        <w:t>정체성은</w:t>
      </w:r>
      <w:r>
        <w:rPr>
          <w:lang w:eastAsia="ko-KR"/>
        </w:rPr>
        <w:t xml:space="preserve">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실패하지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>’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실패해도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은혜로</w:t>
      </w:r>
      <w:r>
        <w:rPr>
          <w:lang w:eastAsia="ko-KR"/>
        </w:rPr>
        <w:t xml:space="preserve"> </w:t>
      </w:r>
      <w:r>
        <w:rPr>
          <w:lang w:eastAsia="ko-KR"/>
        </w:rPr>
        <w:t>돌아오는</w:t>
      </w:r>
      <w:r>
        <w:rPr>
          <w:lang w:eastAsia="ko-KR"/>
        </w:rPr>
        <w:t xml:space="preserve">, </w:t>
      </w:r>
      <w:r>
        <w:rPr>
          <w:lang w:eastAsia="ko-KR"/>
        </w:rPr>
        <w:t>그분께</w:t>
      </w:r>
      <w:r>
        <w:rPr>
          <w:lang w:eastAsia="ko-KR"/>
        </w:rPr>
        <w:t xml:space="preserve"> </w:t>
      </w:r>
      <w:r>
        <w:rPr>
          <w:lang w:eastAsia="ko-KR"/>
        </w:rPr>
        <w:t>씻김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>’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언제나</w:t>
      </w:r>
      <w:r>
        <w:rPr>
          <w:lang w:eastAsia="ko-KR"/>
        </w:rPr>
        <w:t xml:space="preserve"> </w:t>
      </w:r>
      <w:r>
        <w:rPr>
          <w:lang w:eastAsia="ko-KR"/>
        </w:rPr>
        <w:t>답은</w:t>
      </w:r>
      <w:r>
        <w:rPr>
          <w:lang w:eastAsia="ko-KR"/>
        </w:rPr>
        <w:t xml:space="preserve"> </w:t>
      </w:r>
      <w:r>
        <w:rPr>
          <w:lang w:eastAsia="ko-KR"/>
        </w:rPr>
        <w:t>예수님입니다</w:t>
      </w:r>
      <w:r>
        <w:rPr>
          <w:lang w:eastAsia="ko-KR"/>
        </w:rPr>
        <w:t>.</w:t>
      </w:r>
    </w:p>
    <w:p w14:paraId="255D69B9" w14:textId="77777777" w:rsidR="00E70AB6" w:rsidRDefault="00E70AB6">
      <w:pPr>
        <w:spacing w:before="80" w:after="20"/>
        <w:rPr>
          <w:b/>
          <w:sz w:val="23"/>
          <w:lang w:eastAsia="ko-KR"/>
        </w:rPr>
      </w:pPr>
    </w:p>
    <w:p w14:paraId="6680B736" w14:textId="50812F7A" w:rsidR="007558D8" w:rsidRDefault="00680334">
      <w:pPr>
        <w:spacing w:before="80" w:after="20"/>
        <w:rPr>
          <w:rFonts w:hint="eastAsia"/>
          <w:lang w:eastAsia="ko-KR"/>
        </w:rPr>
      </w:pPr>
      <w:r>
        <w:rPr>
          <w:b/>
          <w:sz w:val="23"/>
          <w:lang w:eastAsia="ko-KR"/>
        </w:rPr>
        <w:t xml:space="preserve">3. </w:t>
      </w:r>
      <w:r>
        <w:rPr>
          <w:b/>
          <w:sz w:val="23"/>
          <w:lang w:eastAsia="ko-KR"/>
        </w:rPr>
        <w:t>씻김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받은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사람은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다른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사람의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발을</w:t>
      </w:r>
      <w:r>
        <w:rPr>
          <w:b/>
          <w:sz w:val="23"/>
          <w:lang w:eastAsia="ko-KR"/>
        </w:rPr>
        <w:t xml:space="preserve"> </w:t>
      </w:r>
      <w:r>
        <w:rPr>
          <w:b/>
          <w:sz w:val="23"/>
          <w:lang w:eastAsia="ko-KR"/>
        </w:rPr>
        <w:t>씻습니다</w:t>
      </w:r>
      <w:r>
        <w:rPr>
          <w:b/>
          <w:sz w:val="23"/>
          <w:lang w:eastAsia="ko-KR"/>
        </w:rPr>
        <w:t xml:space="preserve"> </w:t>
      </w:r>
      <w:r w:rsidR="00C642F5">
        <w:rPr>
          <w:rFonts w:hint="eastAsia"/>
          <w:b/>
          <w:sz w:val="23"/>
          <w:lang w:eastAsia="ko-KR"/>
        </w:rPr>
        <w:t>(</w:t>
      </w:r>
      <w:r>
        <w:rPr>
          <w:b/>
          <w:sz w:val="23"/>
          <w:lang w:eastAsia="ko-KR"/>
        </w:rPr>
        <w:t>12–17</w:t>
      </w:r>
      <w:r>
        <w:rPr>
          <w:b/>
          <w:sz w:val="23"/>
          <w:lang w:eastAsia="ko-KR"/>
        </w:rPr>
        <w:t>절</w:t>
      </w:r>
      <w:r w:rsidR="00C642F5">
        <w:rPr>
          <w:rFonts w:hint="eastAsia"/>
          <w:b/>
          <w:sz w:val="23"/>
          <w:lang w:eastAsia="ko-KR"/>
        </w:rPr>
        <w:t>)</w:t>
      </w:r>
    </w:p>
    <w:p w14:paraId="730175D2" w14:textId="28F0A63B" w:rsidR="007558D8" w:rsidRDefault="00680334">
      <w:pPr>
        <w:rPr>
          <w:lang w:eastAsia="ko-KR"/>
        </w:rPr>
      </w:pPr>
      <w:r>
        <w:rPr>
          <w:lang w:eastAsia="ko-KR"/>
        </w:rPr>
        <w:t>예수님께서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씻기신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옷을</w:t>
      </w:r>
      <w:r>
        <w:rPr>
          <w:lang w:eastAsia="ko-KR"/>
        </w:rPr>
        <w:t xml:space="preserve"> </w:t>
      </w:r>
      <w:r>
        <w:rPr>
          <w:lang w:eastAsia="ko-KR"/>
        </w:rPr>
        <w:t>입고</w:t>
      </w:r>
      <w:r>
        <w:rPr>
          <w:lang w:eastAsia="ko-KR"/>
        </w:rPr>
        <w:t xml:space="preserve"> </w:t>
      </w:r>
      <w:r>
        <w:rPr>
          <w:lang w:eastAsia="ko-KR"/>
        </w:rPr>
        <w:t>자리에</w:t>
      </w:r>
      <w:r>
        <w:rPr>
          <w:lang w:eastAsia="ko-KR"/>
        </w:rPr>
        <w:t xml:space="preserve"> </w:t>
      </w:r>
      <w:r>
        <w:rPr>
          <w:lang w:eastAsia="ko-KR"/>
        </w:rPr>
        <w:t>앉으셨습니다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질문하십니다</w:t>
      </w:r>
      <w:r>
        <w:rPr>
          <w:lang w:eastAsia="ko-KR"/>
        </w:rPr>
        <w:t>.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너희에게</w:t>
      </w:r>
      <w:r>
        <w:rPr>
          <w:lang w:eastAsia="ko-KR"/>
        </w:rPr>
        <w:t xml:space="preserve"> </w:t>
      </w:r>
      <w:r>
        <w:rPr>
          <w:lang w:eastAsia="ko-KR"/>
        </w:rPr>
        <w:t>행한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너희가</w:t>
      </w:r>
      <w:r>
        <w:rPr>
          <w:lang w:eastAsia="ko-KR"/>
        </w:rPr>
        <w:t xml:space="preserve"> </w:t>
      </w:r>
      <w:r>
        <w:rPr>
          <w:lang w:eastAsia="ko-KR"/>
        </w:rPr>
        <w:t>아느냐</w:t>
      </w:r>
      <w:r>
        <w:rPr>
          <w:lang w:eastAsia="ko-KR"/>
        </w:rPr>
        <w:t>?’</w:t>
      </w:r>
      <w:r>
        <w:rPr>
          <w:lang w:eastAsia="ko-KR"/>
        </w:rPr>
        <w:t xml:space="preserve"> </w:t>
      </w:r>
      <w:r>
        <w:rPr>
          <w:lang w:eastAsia="ko-KR"/>
        </w:rPr>
        <w:t>제자들은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씻기신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눈으로</w:t>
      </w:r>
      <w:r>
        <w:rPr>
          <w:lang w:eastAsia="ko-KR"/>
        </w:rPr>
        <w:t xml:space="preserve"> </w:t>
      </w:r>
      <w:r>
        <w:rPr>
          <w:lang w:eastAsia="ko-KR"/>
        </w:rPr>
        <w:t>다</w:t>
      </w:r>
      <w:r>
        <w:rPr>
          <w:lang w:eastAsia="ko-KR"/>
        </w:rPr>
        <w:t xml:space="preserve"> </w:t>
      </w:r>
      <w:r>
        <w:rPr>
          <w:lang w:eastAsia="ko-KR"/>
        </w:rPr>
        <w:t>보았습니다</w:t>
      </w:r>
      <w:r>
        <w:rPr>
          <w:lang w:eastAsia="ko-KR"/>
        </w:rPr>
        <w:t xml:space="preserve">. 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질문은</w:t>
      </w:r>
      <w:r>
        <w:rPr>
          <w:lang w:eastAsia="ko-KR"/>
        </w:rPr>
        <w:t xml:space="preserve"> ‘</w:t>
      </w:r>
      <w:r>
        <w:rPr>
          <w:lang w:eastAsia="ko-KR"/>
        </w:rPr>
        <w:t>무슨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일어났는지</w:t>
      </w:r>
      <w:r>
        <w:rPr>
          <w:lang w:eastAsia="ko-KR"/>
        </w:rPr>
        <w:t xml:space="preserve"> </w:t>
      </w:r>
      <w:r>
        <w:rPr>
          <w:lang w:eastAsia="ko-KR"/>
        </w:rPr>
        <w:t>보았느냐</w:t>
      </w:r>
      <w:r>
        <w:rPr>
          <w:lang w:eastAsia="ko-KR"/>
        </w:rPr>
        <w:t>?’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이것을</w:t>
      </w:r>
      <w:r>
        <w:rPr>
          <w:lang w:eastAsia="ko-KR"/>
        </w:rPr>
        <w:t xml:space="preserve"> </w:t>
      </w:r>
      <w:r>
        <w:rPr>
          <w:lang w:eastAsia="ko-KR"/>
        </w:rPr>
        <w:t>했는지</w:t>
      </w:r>
      <w:r>
        <w:rPr>
          <w:lang w:eastAsia="ko-KR"/>
        </w:rPr>
        <w:t xml:space="preserve">,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의미하는지</w:t>
      </w:r>
      <w:r>
        <w:rPr>
          <w:lang w:eastAsia="ko-KR"/>
        </w:rPr>
        <w:t xml:space="preserve"> </w:t>
      </w:r>
      <w:r>
        <w:rPr>
          <w:lang w:eastAsia="ko-KR"/>
        </w:rPr>
        <w:t>정말</w:t>
      </w:r>
      <w:r>
        <w:rPr>
          <w:lang w:eastAsia="ko-KR"/>
        </w:rPr>
        <w:t xml:space="preserve"> </w:t>
      </w:r>
      <w:r>
        <w:rPr>
          <w:lang w:eastAsia="ko-KR"/>
        </w:rPr>
        <w:t>이해하느냐</w:t>
      </w:r>
      <w:r>
        <w:rPr>
          <w:lang w:eastAsia="ko-KR"/>
        </w:rPr>
        <w:t>?’</w:t>
      </w:r>
      <w:r>
        <w:rPr>
          <w:lang w:eastAsia="ko-KR"/>
        </w:rPr>
        <w:t>라는</w:t>
      </w:r>
      <w:r>
        <w:rPr>
          <w:lang w:eastAsia="ko-KR"/>
        </w:rPr>
        <w:t xml:space="preserve"> </w:t>
      </w:r>
      <w:r>
        <w:rPr>
          <w:lang w:eastAsia="ko-KR"/>
        </w:rPr>
        <w:t>질문입니다</w:t>
      </w:r>
      <w:r>
        <w:rPr>
          <w:lang w:eastAsia="ko-KR"/>
        </w:rPr>
        <w:t>.</w:t>
      </w:r>
    </w:p>
    <w:p w14:paraId="1A11E603" w14:textId="1C967A55" w:rsidR="007558D8" w:rsidRPr="00A31E81" w:rsidRDefault="00680334">
      <w:pPr>
        <w:rPr>
          <w:rFonts w:ascii="Batang" w:eastAsia="Batang" w:hAnsi="Batang" w:cs="Batang" w:hint="eastAsia"/>
          <w:lang w:val="en-AU" w:eastAsia="ko-KR"/>
        </w:rPr>
      </w:pPr>
      <w:r>
        <w:rPr>
          <w:lang w:eastAsia="ko-KR"/>
        </w:rPr>
        <w:lastRenderedPageBreak/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주와</w:t>
      </w:r>
      <w:r>
        <w:rPr>
          <w:lang w:eastAsia="ko-KR"/>
        </w:rPr>
        <w:t xml:space="preserve"> </w:t>
      </w:r>
      <w:r>
        <w:rPr>
          <w:lang w:eastAsia="ko-KR"/>
        </w:rPr>
        <w:t>선생이</w:t>
      </w:r>
      <w:r>
        <w:rPr>
          <w:lang w:eastAsia="ko-KR"/>
        </w:rPr>
        <w:t xml:space="preserve"> </w:t>
      </w:r>
      <w:r>
        <w:rPr>
          <w:lang w:eastAsia="ko-KR"/>
        </w:rPr>
        <w:t>되어</w:t>
      </w:r>
      <w:r>
        <w:rPr>
          <w:lang w:eastAsia="ko-KR"/>
        </w:rPr>
        <w:t xml:space="preserve"> </w:t>
      </w:r>
      <w:r>
        <w:rPr>
          <w:lang w:eastAsia="ko-KR"/>
        </w:rPr>
        <w:t>너희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씻었으니</w:t>
      </w:r>
      <w:r>
        <w:rPr>
          <w:lang w:eastAsia="ko-KR"/>
        </w:rPr>
        <w:t xml:space="preserve"> 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서로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옳으니라</w:t>
      </w:r>
      <w:proofErr w:type="spellEnd"/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여기서</w:t>
      </w:r>
      <w:r>
        <w:rPr>
          <w:lang w:eastAsia="ko-KR"/>
        </w:rPr>
        <w:t xml:space="preserve"> ‘</w:t>
      </w:r>
      <w:r>
        <w:rPr>
          <w:lang w:eastAsia="ko-KR"/>
        </w:rPr>
        <w:t>마땅하다</w:t>
      </w:r>
      <w:r>
        <w:rPr>
          <w:lang w:eastAsia="ko-KR"/>
        </w:rPr>
        <w:t>’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proofErr w:type="spellStart"/>
      <w:r>
        <w:t>ὀ</w:t>
      </w:r>
      <w:r>
        <w:t>φείλετε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opheilete</w:t>
      </w:r>
      <w:proofErr w:type="spellEnd"/>
      <w:r>
        <w:rPr>
          <w:lang w:eastAsia="ko-KR"/>
        </w:rPr>
        <w:t>),</w:t>
      </w:r>
      <w:r>
        <w:rPr>
          <w:lang w:eastAsia="ko-KR"/>
        </w:rPr>
        <w:t>빚지다</w:t>
      </w:r>
      <w:r>
        <w:rPr>
          <w:lang w:eastAsia="ko-KR"/>
        </w:rPr>
        <w:t xml:space="preserve">, </w:t>
      </w:r>
      <w:r>
        <w:rPr>
          <w:lang w:eastAsia="ko-KR"/>
        </w:rPr>
        <w:t>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의무가</w:t>
      </w:r>
      <w:r>
        <w:rPr>
          <w:lang w:eastAsia="ko-KR"/>
        </w:rPr>
        <w:t xml:space="preserve"> </w:t>
      </w:r>
      <w:r>
        <w:rPr>
          <w:lang w:eastAsia="ko-KR"/>
        </w:rPr>
        <w:t>있다는</w:t>
      </w:r>
      <w:r>
        <w:rPr>
          <w:lang w:eastAsia="ko-KR"/>
        </w:rPr>
        <w:t xml:space="preserve"> </w:t>
      </w:r>
      <w:r>
        <w:rPr>
          <w:lang w:eastAsia="ko-KR"/>
        </w:rPr>
        <w:t>강한</w:t>
      </w:r>
      <w:r>
        <w:rPr>
          <w:lang w:eastAsia="ko-KR"/>
        </w:rPr>
        <w:t xml:space="preserve"> </w:t>
      </w:r>
      <w:r>
        <w:rPr>
          <w:lang w:eastAsia="ko-KR"/>
        </w:rPr>
        <w:t>말입니다</w:t>
      </w:r>
      <w:r>
        <w:rPr>
          <w:lang w:eastAsia="ko-KR"/>
        </w:rPr>
        <w:t xml:space="preserve">. </w:t>
      </w:r>
      <w:r w:rsidR="00705734">
        <w:rPr>
          <w:lang w:val="en-AU" w:eastAsia="ko-KR"/>
        </w:rPr>
        <w:t>NIV</w:t>
      </w:r>
      <w:r w:rsidR="00705734">
        <w:rPr>
          <w:rFonts w:ascii="Batang" w:eastAsia="Batang" w:hAnsi="Batang" w:cs="Batang" w:hint="eastAsia"/>
          <w:lang w:val="en-AU" w:eastAsia="ko-KR"/>
        </w:rPr>
        <w:t xml:space="preserve">에서 </w:t>
      </w:r>
      <w:r w:rsidR="00705734">
        <w:rPr>
          <w:lang w:val="en-AU" w:eastAsia="ko-KR"/>
        </w:rPr>
        <w:t>Should</w:t>
      </w:r>
      <w:proofErr w:type="spellStart"/>
      <w:r w:rsidR="00705734">
        <w:rPr>
          <w:rFonts w:ascii="Batang" w:eastAsia="Batang" w:hAnsi="Batang" w:cs="Batang" w:hint="eastAsia"/>
          <w:lang w:val="en-AU" w:eastAsia="ko-KR"/>
        </w:rPr>
        <w:t>를</w:t>
      </w:r>
      <w:proofErr w:type="spellEnd"/>
      <w:r w:rsidR="00705734">
        <w:rPr>
          <w:rFonts w:ascii="Batang" w:eastAsia="Batang" w:hAnsi="Batang" w:cs="Batang" w:hint="eastAsia"/>
          <w:lang w:val="en-AU" w:eastAsia="ko-KR"/>
        </w:rPr>
        <w:t xml:space="preserve"> 두번이나 사용합니다. </w:t>
      </w: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가능하면</w:t>
      </w:r>
      <w:r>
        <w:rPr>
          <w:lang w:eastAsia="ko-KR"/>
        </w:rPr>
        <w:t xml:space="preserve"> </w:t>
      </w:r>
      <w:r>
        <w:rPr>
          <w:lang w:eastAsia="ko-KR"/>
        </w:rPr>
        <w:t>서로</w:t>
      </w:r>
      <w:r>
        <w:rPr>
          <w:lang w:eastAsia="ko-KR"/>
        </w:rPr>
        <w:t xml:space="preserve"> </w:t>
      </w:r>
      <w:r>
        <w:rPr>
          <w:lang w:eastAsia="ko-KR"/>
        </w:rPr>
        <w:t>섬겨라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너희를</w:t>
      </w:r>
      <w:r>
        <w:rPr>
          <w:lang w:eastAsia="ko-KR"/>
        </w:rPr>
        <w:t xml:space="preserve"> </w:t>
      </w:r>
      <w:r>
        <w:rPr>
          <w:lang w:eastAsia="ko-KR"/>
        </w:rPr>
        <w:t>이렇게</w:t>
      </w:r>
      <w:r>
        <w:rPr>
          <w:lang w:eastAsia="ko-KR"/>
        </w:rPr>
        <w:t xml:space="preserve"> </w:t>
      </w:r>
      <w:r>
        <w:rPr>
          <w:lang w:eastAsia="ko-KR"/>
        </w:rPr>
        <w:t>섬겼기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서로</w:t>
      </w:r>
      <w:r>
        <w:rPr>
          <w:lang w:eastAsia="ko-KR"/>
        </w:rPr>
        <w:t xml:space="preserve"> </w:t>
      </w:r>
      <w:r>
        <w:rPr>
          <w:lang w:eastAsia="ko-KR"/>
        </w:rPr>
        <w:t>섬기는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마땅하다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>.</w:t>
      </w:r>
      <w:r w:rsidR="00A31E81">
        <w:rPr>
          <w:rFonts w:hint="eastAsia"/>
          <w:lang w:eastAsia="ko-KR"/>
        </w:rPr>
        <w:t xml:space="preserve"> </w:t>
      </w:r>
    </w:p>
    <w:p w14:paraId="3BB1CA25" w14:textId="77777777" w:rsidR="007558D8" w:rsidRDefault="00680334">
      <w:pPr>
        <w:rPr>
          <w:lang w:eastAsia="ko-KR"/>
        </w:rPr>
      </w:pP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여기서도</w:t>
      </w:r>
      <w:r>
        <w:rPr>
          <w:lang w:eastAsia="ko-KR"/>
        </w:rPr>
        <w:t xml:space="preserve"> </w:t>
      </w:r>
      <w:r>
        <w:rPr>
          <w:lang w:eastAsia="ko-KR"/>
        </w:rPr>
        <w:t>순서를</w:t>
      </w:r>
      <w:r>
        <w:rPr>
          <w:lang w:eastAsia="ko-KR"/>
        </w:rPr>
        <w:t xml:space="preserve"> </w:t>
      </w:r>
      <w:r>
        <w:rPr>
          <w:lang w:eastAsia="ko-KR"/>
        </w:rPr>
        <w:t>놓치면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먼저</w:t>
      </w:r>
      <w:r>
        <w:rPr>
          <w:lang w:eastAsia="ko-KR"/>
        </w:rPr>
        <w:t xml:space="preserve"> ‘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씻어라</w:t>
      </w:r>
      <w:r>
        <w:rPr>
          <w:lang w:eastAsia="ko-KR"/>
        </w:rPr>
        <w:t>’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씻으셨습니다</w:t>
      </w:r>
      <w:r>
        <w:rPr>
          <w:lang w:eastAsia="ko-KR"/>
        </w:rPr>
        <w:t xml:space="preserve">.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은혜가</w:t>
      </w:r>
      <w:r>
        <w:rPr>
          <w:lang w:eastAsia="ko-KR"/>
        </w:rPr>
        <w:t xml:space="preserve"> </w:t>
      </w:r>
      <w:r>
        <w:rPr>
          <w:lang w:eastAsia="ko-KR"/>
        </w:rPr>
        <w:t>있고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의무가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사랑받고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사랑을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사랑합니다</w:t>
      </w:r>
      <w:r>
        <w:rPr>
          <w:lang w:eastAsia="ko-KR"/>
        </w:rPr>
        <w:t xml:space="preserve">.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복음적</w:t>
      </w:r>
      <w:r>
        <w:rPr>
          <w:lang w:eastAsia="ko-KR"/>
        </w:rPr>
        <w:t xml:space="preserve"> </w:t>
      </w:r>
      <w:r>
        <w:rPr>
          <w:lang w:eastAsia="ko-KR"/>
        </w:rPr>
        <w:t>섬김과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의로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섬김의</w:t>
      </w:r>
      <w:r>
        <w:rPr>
          <w:lang w:eastAsia="ko-KR"/>
        </w:rPr>
        <w:t xml:space="preserve"> </w:t>
      </w:r>
      <w:r>
        <w:rPr>
          <w:lang w:eastAsia="ko-KR"/>
        </w:rPr>
        <w:t>차이입니다</w:t>
      </w:r>
      <w:r>
        <w:rPr>
          <w:lang w:eastAsia="ko-KR"/>
        </w:rPr>
        <w:t>.</w:t>
      </w:r>
    </w:p>
    <w:p w14:paraId="415F7D83" w14:textId="77777777" w:rsidR="00A25EF2" w:rsidRDefault="00A25EF2">
      <w:pPr>
        <w:rPr>
          <w:lang w:eastAsia="ko-KR"/>
        </w:rPr>
      </w:pPr>
    </w:p>
    <w:p w14:paraId="2EA4CB1A" w14:textId="45CF6B98" w:rsidR="007558D8" w:rsidRDefault="00680334">
      <w:pPr>
        <w:rPr>
          <w:lang w:eastAsia="ko-KR"/>
        </w:rPr>
      </w:pP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요구하시는</w:t>
      </w:r>
      <w:r>
        <w:rPr>
          <w:lang w:eastAsia="ko-KR"/>
        </w:rPr>
        <w:t xml:space="preserve">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단순한</w:t>
      </w:r>
      <w:r>
        <w:rPr>
          <w:lang w:eastAsia="ko-KR"/>
        </w:rPr>
        <w:t xml:space="preserve"> </w:t>
      </w:r>
      <w:r>
        <w:rPr>
          <w:lang w:eastAsia="ko-KR"/>
        </w:rPr>
        <w:t>끌림이나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감정이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행동이라고</w:t>
      </w:r>
      <w:r>
        <w:rPr>
          <w:lang w:eastAsia="ko-KR"/>
        </w:rPr>
        <w:t xml:space="preserve"> </w:t>
      </w:r>
      <w:r>
        <w:rPr>
          <w:lang w:eastAsia="ko-KR"/>
        </w:rPr>
        <w:t>강조합니다</w:t>
      </w:r>
      <w:r>
        <w:rPr>
          <w:lang w:eastAsia="ko-KR"/>
        </w:rPr>
        <w:t xml:space="preserve">. </w:t>
      </w:r>
      <w:r>
        <w:rPr>
          <w:lang w:eastAsia="ko-KR"/>
        </w:rPr>
        <w:t>사랑하기</w:t>
      </w:r>
      <w:r>
        <w:rPr>
          <w:lang w:eastAsia="ko-KR"/>
        </w:rPr>
        <w:t xml:space="preserve"> </w:t>
      </w:r>
      <w:r>
        <w:rPr>
          <w:lang w:eastAsia="ko-KR"/>
        </w:rPr>
        <w:t>쉬운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자연스럽습니다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상대방에게</w:t>
      </w:r>
      <w:r>
        <w:rPr>
          <w:lang w:eastAsia="ko-KR"/>
        </w:rPr>
        <w:t xml:space="preserve"> </w:t>
      </w:r>
      <w:r>
        <w:rPr>
          <w:lang w:eastAsia="ko-KR"/>
        </w:rPr>
        <w:t>무엇이</w:t>
      </w:r>
      <w:r>
        <w:rPr>
          <w:lang w:eastAsia="ko-KR"/>
        </w:rPr>
        <w:t xml:space="preserve"> </w:t>
      </w:r>
      <w:r>
        <w:rPr>
          <w:lang w:eastAsia="ko-KR"/>
        </w:rPr>
        <w:t>필요한지를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움직입니다</w:t>
      </w:r>
      <w:r>
        <w:rPr>
          <w:lang w:eastAsia="ko-KR"/>
        </w:rPr>
        <w:t xml:space="preserve">.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lang w:eastAsia="ko-KR"/>
        </w:rPr>
        <w:t>들이고</w:t>
      </w:r>
      <w:r>
        <w:rPr>
          <w:lang w:eastAsia="ko-KR"/>
        </w:rPr>
        <w:t xml:space="preserve">, </w:t>
      </w:r>
      <w:r>
        <w:rPr>
          <w:lang w:eastAsia="ko-KR"/>
        </w:rPr>
        <w:t>에너지를</w:t>
      </w:r>
      <w:r>
        <w:rPr>
          <w:lang w:eastAsia="ko-KR"/>
        </w:rPr>
        <w:t xml:space="preserve"> </w:t>
      </w:r>
      <w:r>
        <w:rPr>
          <w:lang w:eastAsia="ko-KR"/>
        </w:rPr>
        <w:t>쓰고</w:t>
      </w:r>
      <w:r>
        <w:rPr>
          <w:lang w:eastAsia="ko-KR"/>
        </w:rPr>
        <w:t xml:space="preserve">, </w:t>
      </w:r>
      <w:r>
        <w:rPr>
          <w:lang w:eastAsia="ko-KR"/>
        </w:rPr>
        <w:t>때로는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편안함을</w:t>
      </w:r>
      <w:r>
        <w:rPr>
          <w:lang w:eastAsia="ko-KR"/>
        </w:rPr>
        <w:t xml:space="preserve"> </w:t>
      </w:r>
      <w:r>
        <w:rPr>
          <w:lang w:eastAsia="ko-KR"/>
        </w:rPr>
        <w:t>내려놓습니다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안이</w:t>
      </w:r>
      <w:r>
        <w:rPr>
          <w:lang w:eastAsia="ko-KR"/>
        </w:rPr>
        <w:t xml:space="preserve"> </w:t>
      </w:r>
      <w:r>
        <w:rPr>
          <w:lang w:eastAsia="ko-KR"/>
        </w:rPr>
        <w:t>비어</w:t>
      </w:r>
      <w:r>
        <w:rPr>
          <w:lang w:eastAsia="ko-KR"/>
        </w:rPr>
        <w:t xml:space="preserve"> </w:t>
      </w:r>
      <w:r>
        <w:rPr>
          <w:lang w:eastAsia="ko-KR"/>
        </w:rPr>
        <w:t>있는데</w:t>
      </w:r>
      <w:r>
        <w:rPr>
          <w:lang w:eastAsia="ko-KR"/>
        </w:rPr>
        <w:t xml:space="preserve"> </w:t>
      </w:r>
      <w:r>
        <w:rPr>
          <w:lang w:eastAsia="ko-KR"/>
        </w:rPr>
        <w:t>억지로</w:t>
      </w:r>
      <w:r>
        <w:rPr>
          <w:lang w:eastAsia="ko-KR"/>
        </w:rPr>
        <w:t xml:space="preserve"> </w:t>
      </w:r>
      <w:r>
        <w:rPr>
          <w:lang w:eastAsia="ko-KR"/>
        </w:rPr>
        <w:t>짜내는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사랑에서</w:t>
      </w:r>
      <w:r>
        <w:rPr>
          <w:lang w:eastAsia="ko-KR"/>
        </w:rPr>
        <w:t xml:space="preserve"> </w:t>
      </w:r>
      <w:r>
        <w:rPr>
          <w:lang w:eastAsia="ko-KR"/>
        </w:rPr>
        <w:t>흘러나오는</w:t>
      </w:r>
      <w:r>
        <w:rPr>
          <w:lang w:eastAsia="ko-KR"/>
        </w:rPr>
        <w:t xml:space="preserve"> </w:t>
      </w:r>
      <w:r>
        <w:rPr>
          <w:lang w:eastAsia="ko-KR"/>
        </w:rPr>
        <w:t>사랑입니다</w:t>
      </w:r>
      <w:r>
        <w:rPr>
          <w:lang w:eastAsia="ko-KR"/>
        </w:rPr>
        <w:t>.</w:t>
      </w:r>
    </w:p>
    <w:p w14:paraId="4B4915E2" w14:textId="77777777" w:rsidR="00E20A07" w:rsidRDefault="00E20A07">
      <w:pPr>
        <w:rPr>
          <w:lang w:eastAsia="ko-KR"/>
        </w:rPr>
      </w:pPr>
    </w:p>
    <w:p w14:paraId="0310803D" w14:textId="70997C79" w:rsidR="007558D8" w:rsidRDefault="00680334">
      <w:pPr>
        <w:rPr>
          <w:lang w:eastAsia="ko-KR"/>
        </w:rPr>
      </w:pPr>
      <w:r>
        <w:rPr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lang w:eastAsia="ko-KR"/>
        </w:rPr>
        <w:t>섬김에</w:t>
      </w:r>
      <w:r>
        <w:rPr>
          <w:lang w:eastAsia="ko-KR"/>
        </w:rPr>
        <w:t xml:space="preserve"> </w:t>
      </w:r>
      <w:r>
        <w:rPr>
          <w:lang w:eastAsia="ko-KR"/>
        </w:rPr>
        <w:t>지치는</w:t>
      </w:r>
      <w:r>
        <w:rPr>
          <w:lang w:eastAsia="ko-KR"/>
        </w:rPr>
        <w:t xml:space="preserve"> </w:t>
      </w:r>
      <w:r>
        <w:rPr>
          <w:lang w:eastAsia="ko-KR"/>
        </w:rPr>
        <w:t>이유를</w:t>
      </w:r>
      <w:r>
        <w:rPr>
          <w:lang w:eastAsia="ko-KR"/>
        </w:rPr>
        <w:t xml:space="preserve"> </w:t>
      </w:r>
      <w:r>
        <w:rPr>
          <w:lang w:eastAsia="ko-KR"/>
        </w:rPr>
        <w:t>돌아볼</w:t>
      </w:r>
      <w:r>
        <w:rPr>
          <w:lang w:eastAsia="ko-KR"/>
        </w:rPr>
        <w:t xml:space="preserve"> </w:t>
      </w:r>
      <w:r>
        <w:rPr>
          <w:lang w:eastAsia="ko-KR"/>
        </w:rPr>
        <w:t>필요가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섬기면서</w:t>
      </w:r>
      <w:r>
        <w:rPr>
          <w:lang w:eastAsia="ko-KR"/>
        </w:rPr>
        <w:t xml:space="preserve"> </w:t>
      </w:r>
      <w:r>
        <w:rPr>
          <w:lang w:eastAsia="ko-KR"/>
        </w:rPr>
        <w:t>속으로</w:t>
      </w:r>
      <w:r>
        <w:rPr>
          <w:lang w:eastAsia="ko-KR"/>
        </w:rPr>
        <w:t xml:space="preserve"> ‘</w:t>
      </w:r>
      <w:r>
        <w:rPr>
          <w:lang w:eastAsia="ko-KR"/>
        </w:rPr>
        <w:t>이만큼</w:t>
      </w:r>
      <w:r>
        <w:rPr>
          <w:lang w:eastAsia="ko-KR"/>
        </w:rPr>
        <w:t xml:space="preserve"> </w:t>
      </w:r>
      <w:r>
        <w:rPr>
          <w:lang w:eastAsia="ko-KR"/>
        </w:rPr>
        <w:t>했으니</w:t>
      </w:r>
      <w:r>
        <w:rPr>
          <w:lang w:eastAsia="ko-KR"/>
        </w:rPr>
        <w:t xml:space="preserve"> </w:t>
      </w:r>
      <w:r>
        <w:rPr>
          <w:lang w:eastAsia="ko-KR"/>
        </w:rPr>
        <w:t>저</w:t>
      </w:r>
      <w:r>
        <w:rPr>
          <w:lang w:eastAsia="ko-KR"/>
        </w:rPr>
        <w:t xml:space="preserve"> </w:t>
      </w:r>
      <w:r>
        <w:rPr>
          <w:lang w:eastAsia="ko-KR"/>
        </w:rPr>
        <w:t>사람도</w:t>
      </w:r>
      <w:r>
        <w:rPr>
          <w:lang w:eastAsia="ko-KR"/>
        </w:rPr>
        <w:t xml:space="preserve"> </w:t>
      </w:r>
      <w:r>
        <w:rPr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lang w:eastAsia="ko-KR"/>
        </w:rPr>
        <w:t>잘해야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기대하면</w:t>
      </w:r>
      <w:r>
        <w:rPr>
          <w:lang w:eastAsia="ko-KR"/>
        </w:rPr>
        <w:t xml:space="preserve"> </w:t>
      </w:r>
      <w:r>
        <w:rPr>
          <w:lang w:eastAsia="ko-KR"/>
        </w:rPr>
        <w:t>금방</w:t>
      </w:r>
      <w:r>
        <w:rPr>
          <w:lang w:eastAsia="ko-KR"/>
        </w:rPr>
        <w:t xml:space="preserve"> </w:t>
      </w:r>
      <w:r>
        <w:rPr>
          <w:lang w:eastAsia="ko-KR"/>
        </w:rPr>
        <w:t>지칩니다</w:t>
      </w:r>
      <w:r>
        <w:rPr>
          <w:lang w:eastAsia="ko-KR"/>
        </w:rPr>
        <w:t xml:space="preserve">. </w:t>
      </w:r>
      <w:r>
        <w:rPr>
          <w:lang w:eastAsia="ko-KR"/>
        </w:rPr>
        <w:t>알아주지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 </w:t>
      </w:r>
      <w:r>
        <w:rPr>
          <w:lang w:eastAsia="ko-KR"/>
        </w:rPr>
        <w:t>서운하고</w:t>
      </w:r>
      <w:r>
        <w:rPr>
          <w:lang w:eastAsia="ko-KR"/>
        </w:rPr>
        <w:t xml:space="preserve">, </w:t>
      </w:r>
      <w:r>
        <w:rPr>
          <w:lang w:eastAsia="ko-KR"/>
        </w:rPr>
        <w:t>감사하지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 </w:t>
      </w:r>
      <w:r>
        <w:rPr>
          <w:lang w:eastAsia="ko-KR"/>
        </w:rPr>
        <w:t>멈추고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싶어집니다</w:t>
      </w:r>
      <w:proofErr w:type="spellEnd"/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사랑으로</w:t>
      </w:r>
      <w:r>
        <w:rPr>
          <w:lang w:eastAsia="ko-KR"/>
        </w:rPr>
        <w:t xml:space="preserve"> </w:t>
      </w:r>
      <w:r>
        <w:rPr>
          <w:lang w:eastAsia="ko-KR"/>
        </w:rPr>
        <w:t>충만해지면</w:t>
      </w:r>
      <w:r>
        <w:rPr>
          <w:lang w:eastAsia="ko-KR"/>
        </w:rPr>
        <w:t xml:space="preserve"> </w:t>
      </w:r>
      <w:r>
        <w:rPr>
          <w:lang w:eastAsia="ko-KR"/>
        </w:rPr>
        <w:t>계산이</w:t>
      </w:r>
      <w:r>
        <w:rPr>
          <w:lang w:eastAsia="ko-KR"/>
        </w:rPr>
        <w:t xml:space="preserve"> </w:t>
      </w:r>
      <w:r>
        <w:rPr>
          <w:lang w:eastAsia="ko-KR"/>
        </w:rPr>
        <w:t>달라집니다</w:t>
      </w:r>
      <w:r>
        <w:rPr>
          <w:lang w:eastAsia="ko-KR"/>
        </w:rPr>
        <w:t>. ‘</w:t>
      </w:r>
      <w:r>
        <w:rPr>
          <w:lang w:eastAsia="ko-KR"/>
        </w:rPr>
        <w:t>저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것인가</w:t>
      </w:r>
      <w:r>
        <w:rPr>
          <w:lang w:eastAsia="ko-KR"/>
        </w:rPr>
        <w:t>’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그리스도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받았는가</w:t>
      </w:r>
      <w:r>
        <w:rPr>
          <w:lang w:eastAsia="ko-KR"/>
        </w:rPr>
        <w:t>’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생각하게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은혜가</w:t>
      </w:r>
      <w:r>
        <w:rPr>
          <w:lang w:eastAsia="ko-KR"/>
        </w:rPr>
        <w:t xml:space="preserve"> </w:t>
      </w:r>
      <w:r>
        <w:rPr>
          <w:lang w:eastAsia="ko-KR"/>
        </w:rPr>
        <w:t>너무</w:t>
      </w:r>
      <w:r>
        <w:rPr>
          <w:lang w:eastAsia="ko-KR"/>
        </w:rPr>
        <w:t xml:space="preserve"> </w:t>
      </w:r>
      <w:r>
        <w:rPr>
          <w:lang w:eastAsia="ko-KR"/>
        </w:rPr>
        <w:t>크기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섬김이</w:t>
      </w:r>
      <w:r>
        <w:rPr>
          <w:lang w:eastAsia="ko-KR"/>
        </w:rPr>
        <w:t xml:space="preserve"> </w:t>
      </w:r>
      <w:r>
        <w:rPr>
          <w:lang w:eastAsia="ko-KR"/>
        </w:rPr>
        <w:t>거래가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감사의</w:t>
      </w:r>
      <w:r>
        <w:rPr>
          <w:lang w:eastAsia="ko-KR"/>
        </w:rPr>
        <w:t xml:space="preserve"> </w:t>
      </w:r>
      <w:r>
        <w:rPr>
          <w:lang w:eastAsia="ko-KR"/>
        </w:rPr>
        <w:t>반응이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>.</w:t>
      </w:r>
    </w:p>
    <w:p w14:paraId="25D9EB5D" w14:textId="77777777" w:rsidR="00E20A07" w:rsidRDefault="00E20A07">
      <w:pPr>
        <w:rPr>
          <w:lang w:eastAsia="ko-KR"/>
        </w:rPr>
      </w:pPr>
    </w:p>
    <w:p w14:paraId="2B1444D5" w14:textId="4DD9568B" w:rsidR="007558D8" w:rsidRDefault="00680334">
      <w:pPr>
        <w:rPr>
          <w:lang w:eastAsia="ko-KR"/>
        </w:rPr>
      </w:pPr>
      <w:r>
        <w:rPr>
          <w:lang w:eastAsia="ko-KR"/>
        </w:rPr>
        <w:t>15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너희에게</w:t>
      </w:r>
      <w:r>
        <w:rPr>
          <w:lang w:eastAsia="ko-KR"/>
        </w:rPr>
        <w:t xml:space="preserve"> </w:t>
      </w:r>
      <w:r>
        <w:rPr>
          <w:lang w:eastAsia="ko-KR"/>
        </w:rPr>
        <w:t>행한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 </w:t>
      </w:r>
      <w:r>
        <w:rPr>
          <w:lang w:eastAsia="ko-KR"/>
        </w:rPr>
        <w:t>같이</w:t>
      </w:r>
      <w:r>
        <w:rPr>
          <w:lang w:eastAsia="ko-KR"/>
        </w:rPr>
        <w:t xml:space="preserve"> 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행하게</w:t>
      </w:r>
      <w:r>
        <w:rPr>
          <w:lang w:eastAsia="ko-KR"/>
        </w:rPr>
        <w:t xml:space="preserve"> </w:t>
      </w:r>
      <w:r>
        <w:rPr>
          <w:lang w:eastAsia="ko-KR"/>
        </w:rPr>
        <w:t>하려</w:t>
      </w:r>
      <w:r>
        <w:rPr>
          <w:lang w:eastAsia="ko-KR"/>
        </w:rPr>
        <w:t xml:space="preserve"> </w:t>
      </w:r>
      <w:r>
        <w:rPr>
          <w:lang w:eastAsia="ko-KR"/>
        </w:rPr>
        <w:t>하여</w:t>
      </w:r>
      <w:r>
        <w:rPr>
          <w:lang w:eastAsia="ko-KR"/>
        </w:rPr>
        <w:t xml:space="preserve"> </w:t>
      </w:r>
      <w:r>
        <w:rPr>
          <w:lang w:eastAsia="ko-KR"/>
        </w:rPr>
        <w:t>본을</w:t>
      </w:r>
      <w:r>
        <w:rPr>
          <w:lang w:eastAsia="ko-KR"/>
        </w:rPr>
        <w:t xml:space="preserve"> </w:t>
      </w:r>
      <w:r>
        <w:rPr>
          <w:lang w:eastAsia="ko-KR"/>
        </w:rPr>
        <w:t>보였다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>. ‘</w:t>
      </w:r>
      <w:r>
        <w:rPr>
          <w:lang w:eastAsia="ko-KR"/>
        </w:rPr>
        <w:t>본</w:t>
      </w:r>
      <w:r>
        <w:rPr>
          <w:lang w:eastAsia="ko-KR"/>
        </w:rPr>
        <w:t>’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t>ὑ</w:t>
      </w:r>
      <w:r>
        <w:t>π</w:t>
      </w:r>
      <w:proofErr w:type="spellStart"/>
      <w:r>
        <w:t>όδειγμ</w:t>
      </w:r>
      <w:proofErr w:type="spellEnd"/>
      <w:r>
        <w:t>α</w:t>
      </w:r>
      <w:r>
        <w:rPr>
          <w:lang w:eastAsia="ko-KR"/>
        </w:rPr>
        <w:t>(</w:t>
      </w:r>
      <w:proofErr w:type="spellStart"/>
      <w:r>
        <w:rPr>
          <w:lang w:eastAsia="ko-KR"/>
        </w:rPr>
        <w:t>hypodeigma</w:t>
      </w:r>
      <w:proofErr w:type="spellEnd"/>
      <w:r>
        <w:rPr>
          <w:lang w:eastAsia="ko-KR"/>
        </w:rPr>
        <w:t xml:space="preserve">), </w:t>
      </w:r>
      <w:r>
        <w:rPr>
          <w:lang w:eastAsia="ko-KR"/>
        </w:rPr>
        <w:t>따라야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모형과</w:t>
      </w:r>
      <w:r>
        <w:rPr>
          <w:lang w:eastAsia="ko-KR"/>
        </w:rPr>
        <w:t xml:space="preserve"> </w:t>
      </w:r>
      <w:r>
        <w:rPr>
          <w:lang w:eastAsia="ko-KR"/>
        </w:rPr>
        <w:t>패턴입니다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씻김을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</w:t>
      </w:r>
      <w:r>
        <w:rPr>
          <w:lang w:eastAsia="ko-KR"/>
        </w:rPr>
        <w:t>하나의</w:t>
      </w:r>
      <w:r>
        <w:rPr>
          <w:lang w:eastAsia="ko-KR"/>
        </w:rPr>
        <w:t xml:space="preserve"> </w:t>
      </w:r>
      <w:r>
        <w:rPr>
          <w:lang w:eastAsia="ko-KR"/>
        </w:rPr>
        <w:t>의식으로</w:t>
      </w:r>
      <w:r>
        <w:rPr>
          <w:lang w:eastAsia="ko-KR"/>
        </w:rPr>
        <w:t xml:space="preserve"> </w:t>
      </w:r>
      <w:r>
        <w:rPr>
          <w:lang w:eastAsia="ko-KR"/>
        </w:rPr>
        <w:t>반복하는</w:t>
      </w:r>
      <w:r>
        <w:rPr>
          <w:lang w:eastAsia="ko-KR"/>
        </w:rPr>
        <w:t xml:space="preserve"> </w:t>
      </w:r>
      <w:r>
        <w:rPr>
          <w:lang w:eastAsia="ko-KR"/>
        </w:rPr>
        <w:t>것만이</w:t>
      </w:r>
      <w:r>
        <w:rPr>
          <w:lang w:eastAsia="ko-KR"/>
        </w:rPr>
        <w:t xml:space="preserve"> </w:t>
      </w:r>
      <w:r>
        <w:rPr>
          <w:lang w:eastAsia="ko-KR"/>
        </w:rPr>
        <w:t>핵심이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예수님처럼</w:t>
      </w:r>
      <w:r>
        <w:rPr>
          <w:lang w:eastAsia="ko-KR"/>
        </w:rPr>
        <w:t xml:space="preserve"> </w:t>
      </w:r>
      <w:r>
        <w:rPr>
          <w:lang w:eastAsia="ko-KR"/>
        </w:rPr>
        <w:t>낮아져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필요를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감당하는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핵심입니다</w:t>
      </w:r>
      <w:r>
        <w:rPr>
          <w:lang w:eastAsia="ko-KR"/>
        </w:rPr>
        <w:t>.</w:t>
      </w:r>
    </w:p>
    <w:p w14:paraId="43A15A5A" w14:textId="77777777" w:rsidR="007558D8" w:rsidRDefault="00680334">
      <w:pPr>
        <w:rPr>
          <w:lang w:eastAsia="ko-KR"/>
        </w:rPr>
      </w:pPr>
      <w:r>
        <w:rPr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lang w:eastAsia="ko-KR"/>
        </w:rPr>
        <w:t>건강한</w:t>
      </w:r>
      <w:r>
        <w:rPr>
          <w:lang w:eastAsia="ko-KR"/>
        </w:rPr>
        <w:t xml:space="preserve"> </w:t>
      </w:r>
      <w:r>
        <w:rPr>
          <w:lang w:eastAsia="ko-KR"/>
        </w:rPr>
        <w:t>교회와</w:t>
      </w:r>
      <w:r>
        <w:rPr>
          <w:lang w:eastAsia="ko-KR"/>
        </w:rPr>
        <w:t xml:space="preserve"> </w:t>
      </w:r>
      <w:r>
        <w:rPr>
          <w:lang w:eastAsia="ko-KR"/>
        </w:rPr>
        <w:t>목장은</w:t>
      </w:r>
      <w:r>
        <w:rPr>
          <w:lang w:eastAsia="ko-KR"/>
        </w:rPr>
        <w:t xml:space="preserve"> </w:t>
      </w:r>
      <w:r>
        <w:rPr>
          <w:lang w:eastAsia="ko-KR"/>
        </w:rPr>
        <w:t>몇</w:t>
      </w:r>
      <w:r>
        <w:rPr>
          <w:lang w:eastAsia="ko-KR"/>
        </w:rPr>
        <w:t xml:space="preserve"> </w:t>
      </w:r>
      <w:r>
        <w:rPr>
          <w:lang w:eastAsia="ko-KR"/>
        </w:rPr>
        <w:t>사람만</w:t>
      </w:r>
      <w:r>
        <w:rPr>
          <w:lang w:eastAsia="ko-KR"/>
        </w:rPr>
        <w:t xml:space="preserve"> </w:t>
      </w:r>
      <w:r>
        <w:rPr>
          <w:lang w:eastAsia="ko-KR"/>
        </w:rPr>
        <w:t>섬기는</w:t>
      </w:r>
      <w:r>
        <w:rPr>
          <w:lang w:eastAsia="ko-KR"/>
        </w:rPr>
        <w:t xml:space="preserve"> </w:t>
      </w:r>
      <w:r>
        <w:rPr>
          <w:lang w:eastAsia="ko-KR"/>
        </w:rPr>
        <w:t>공동체가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목자만</w:t>
      </w:r>
      <w:r>
        <w:rPr>
          <w:lang w:eastAsia="ko-KR"/>
        </w:rPr>
        <w:t xml:space="preserve"> </w:t>
      </w:r>
      <w:r>
        <w:rPr>
          <w:lang w:eastAsia="ko-KR"/>
        </w:rPr>
        <w:t>섬기고</w:t>
      </w:r>
      <w:r>
        <w:rPr>
          <w:lang w:eastAsia="ko-KR"/>
        </w:rPr>
        <w:t xml:space="preserve"> </w:t>
      </w:r>
      <w:r>
        <w:rPr>
          <w:lang w:eastAsia="ko-KR"/>
        </w:rPr>
        <w:t>나머지는</w:t>
      </w:r>
      <w:r>
        <w:rPr>
          <w:lang w:eastAsia="ko-KR"/>
        </w:rPr>
        <w:t xml:space="preserve"> </w:t>
      </w:r>
      <w:r>
        <w:rPr>
          <w:lang w:eastAsia="ko-KR"/>
        </w:rPr>
        <w:t>섬김을</w:t>
      </w:r>
      <w:r>
        <w:rPr>
          <w:lang w:eastAsia="ko-KR"/>
        </w:rPr>
        <w:t xml:space="preserve"> </w:t>
      </w:r>
      <w:r>
        <w:rPr>
          <w:lang w:eastAsia="ko-KR"/>
        </w:rPr>
        <w:t>받는</w:t>
      </w:r>
      <w:r>
        <w:rPr>
          <w:lang w:eastAsia="ko-KR"/>
        </w:rPr>
        <w:t xml:space="preserve"> </w:t>
      </w:r>
      <w:r>
        <w:rPr>
          <w:lang w:eastAsia="ko-KR"/>
        </w:rPr>
        <w:t>공동체가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서로가</w:t>
      </w:r>
      <w:r>
        <w:rPr>
          <w:lang w:eastAsia="ko-KR"/>
        </w:rPr>
        <w:t xml:space="preserve"> </w:t>
      </w:r>
      <w:r>
        <w:rPr>
          <w:lang w:eastAsia="ko-KR"/>
        </w:rPr>
        <w:t>서로의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씻는</w:t>
      </w:r>
      <w:r>
        <w:rPr>
          <w:lang w:eastAsia="ko-KR"/>
        </w:rPr>
        <w:t xml:space="preserve"> </w:t>
      </w:r>
      <w:r>
        <w:rPr>
          <w:lang w:eastAsia="ko-KR"/>
        </w:rPr>
        <w:t>공동체입니다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찾아서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공동체입니다</w:t>
      </w:r>
      <w:r>
        <w:rPr>
          <w:lang w:eastAsia="ko-KR"/>
        </w:rPr>
        <w:t xml:space="preserve">. </w:t>
      </w:r>
      <w:r>
        <w:rPr>
          <w:lang w:eastAsia="ko-KR"/>
        </w:rPr>
        <w:t>누가</w:t>
      </w:r>
      <w:r>
        <w:rPr>
          <w:lang w:eastAsia="ko-KR"/>
        </w:rPr>
        <w:t xml:space="preserve"> </w:t>
      </w:r>
      <w:r>
        <w:rPr>
          <w:lang w:eastAsia="ko-KR"/>
        </w:rPr>
        <w:t>알아주지</w:t>
      </w:r>
      <w:r>
        <w:rPr>
          <w:lang w:eastAsia="ko-KR"/>
        </w:rPr>
        <w:t xml:space="preserve"> </w:t>
      </w:r>
      <w:r>
        <w:rPr>
          <w:lang w:eastAsia="ko-KR"/>
        </w:rPr>
        <w:t>않아도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일을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공동체입니다</w:t>
      </w:r>
      <w:r>
        <w:rPr>
          <w:lang w:eastAsia="ko-KR"/>
        </w:rPr>
        <w:t>.</w:t>
      </w:r>
    </w:p>
    <w:p w14:paraId="3012D4DF" w14:textId="77777777" w:rsidR="00A912A7" w:rsidRDefault="00A912A7">
      <w:pPr>
        <w:rPr>
          <w:lang w:eastAsia="ko-KR"/>
        </w:rPr>
      </w:pPr>
    </w:p>
    <w:p w14:paraId="2013F74E" w14:textId="43766523" w:rsidR="007558D8" w:rsidRDefault="00680334">
      <w:pPr>
        <w:rPr>
          <w:lang w:eastAsia="ko-KR"/>
        </w:rPr>
      </w:pP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하필</w:t>
      </w:r>
      <w:r>
        <w:rPr>
          <w:lang w:eastAsia="ko-KR"/>
        </w:rPr>
        <w:t xml:space="preserve"> </w:t>
      </w:r>
      <w:r>
        <w:rPr>
          <w:lang w:eastAsia="ko-KR"/>
        </w:rPr>
        <w:t>발일까요</w:t>
      </w:r>
      <w:r>
        <w:rPr>
          <w:lang w:eastAsia="ko-KR"/>
        </w:rPr>
        <w:t xml:space="preserve">? </w:t>
      </w:r>
      <w:r>
        <w:rPr>
          <w:lang w:eastAsia="ko-KR"/>
        </w:rPr>
        <w:t>발은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주기</w:t>
      </w:r>
      <w:r>
        <w:rPr>
          <w:lang w:eastAsia="ko-KR"/>
        </w:rPr>
        <w:t xml:space="preserve"> </w:t>
      </w:r>
      <w:r>
        <w:rPr>
          <w:lang w:eastAsia="ko-KR"/>
        </w:rPr>
        <w:t>싫은</w:t>
      </w:r>
      <w:r>
        <w:rPr>
          <w:lang w:eastAsia="ko-KR"/>
        </w:rPr>
        <w:t xml:space="preserve"> </w:t>
      </w:r>
      <w:r>
        <w:rPr>
          <w:lang w:eastAsia="ko-KR"/>
        </w:rPr>
        <w:t>부분이고</w:t>
      </w:r>
      <w:r>
        <w:rPr>
          <w:lang w:eastAsia="ko-KR"/>
        </w:rPr>
        <w:t xml:space="preserve">, </w:t>
      </w:r>
      <w:r>
        <w:rPr>
          <w:lang w:eastAsia="ko-KR"/>
        </w:rPr>
        <w:t>먼지와</w:t>
      </w:r>
      <w:r>
        <w:rPr>
          <w:lang w:eastAsia="ko-KR"/>
        </w:rPr>
        <w:t xml:space="preserve"> </w:t>
      </w:r>
      <w:r>
        <w:rPr>
          <w:lang w:eastAsia="ko-KR"/>
        </w:rPr>
        <w:t>냄새가</w:t>
      </w:r>
      <w:r>
        <w:rPr>
          <w:lang w:eastAsia="ko-KR"/>
        </w:rPr>
        <w:t xml:space="preserve"> </w:t>
      </w:r>
      <w:r>
        <w:rPr>
          <w:lang w:eastAsia="ko-KR"/>
        </w:rPr>
        <w:t>묻는</w:t>
      </w:r>
      <w:r>
        <w:rPr>
          <w:lang w:eastAsia="ko-KR"/>
        </w:rPr>
        <w:t xml:space="preserve"> </w:t>
      </w:r>
      <w:r>
        <w:rPr>
          <w:lang w:eastAsia="ko-KR"/>
        </w:rPr>
        <w:t>부분입니다</w:t>
      </w:r>
      <w:r>
        <w:rPr>
          <w:lang w:eastAsia="ko-KR"/>
        </w:rPr>
        <w:t xml:space="preserve">. </w:t>
      </w:r>
      <w:r>
        <w:rPr>
          <w:lang w:eastAsia="ko-KR"/>
        </w:rPr>
        <w:t>우리에게도</w:t>
      </w:r>
      <w:r>
        <w:rPr>
          <w:lang w:eastAsia="ko-KR"/>
        </w:rPr>
        <w:t xml:space="preserve"> </w:t>
      </w:r>
      <w:r>
        <w:rPr>
          <w:lang w:eastAsia="ko-KR"/>
        </w:rPr>
        <w:t>그런</w:t>
      </w:r>
      <w:r>
        <w:rPr>
          <w:lang w:eastAsia="ko-KR"/>
        </w:rPr>
        <w:t xml:space="preserve"> ‘</w:t>
      </w:r>
      <w:r>
        <w:rPr>
          <w:lang w:eastAsia="ko-KR"/>
        </w:rPr>
        <w:t>발</w:t>
      </w:r>
      <w:r>
        <w:rPr>
          <w:lang w:eastAsia="ko-KR"/>
        </w:rPr>
        <w:t>’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반복되는</w:t>
      </w:r>
      <w:r>
        <w:rPr>
          <w:lang w:eastAsia="ko-KR"/>
        </w:rPr>
        <w:t xml:space="preserve"> </w:t>
      </w:r>
      <w:r>
        <w:rPr>
          <w:lang w:eastAsia="ko-KR"/>
        </w:rPr>
        <w:t>실수</w:t>
      </w:r>
      <w:r>
        <w:rPr>
          <w:lang w:eastAsia="ko-KR"/>
        </w:rPr>
        <w:t xml:space="preserve">, </w:t>
      </w:r>
      <w:r>
        <w:rPr>
          <w:lang w:eastAsia="ko-KR"/>
        </w:rPr>
        <w:t>성격의</w:t>
      </w:r>
      <w:r>
        <w:rPr>
          <w:lang w:eastAsia="ko-KR"/>
        </w:rPr>
        <w:t xml:space="preserve"> </w:t>
      </w:r>
      <w:r>
        <w:rPr>
          <w:lang w:eastAsia="ko-KR"/>
        </w:rPr>
        <w:t>약점</w:t>
      </w:r>
      <w:r>
        <w:rPr>
          <w:lang w:eastAsia="ko-KR"/>
        </w:rPr>
        <w:t xml:space="preserve">, </w:t>
      </w:r>
      <w:r>
        <w:rPr>
          <w:lang w:eastAsia="ko-KR"/>
        </w:rPr>
        <w:t>상처</w:t>
      </w:r>
      <w:r>
        <w:rPr>
          <w:lang w:eastAsia="ko-KR"/>
        </w:rPr>
        <w:t xml:space="preserve">, </w:t>
      </w:r>
      <w:r>
        <w:rPr>
          <w:lang w:eastAsia="ko-KR"/>
        </w:rPr>
        <w:t>이기심</w:t>
      </w:r>
      <w:r>
        <w:rPr>
          <w:lang w:eastAsia="ko-KR"/>
        </w:rPr>
        <w:t xml:space="preserve">, </w:t>
      </w:r>
      <w:r>
        <w:rPr>
          <w:lang w:eastAsia="ko-KR"/>
        </w:rPr>
        <w:t>미성숙함</w:t>
      </w:r>
      <w:r>
        <w:rPr>
          <w:lang w:eastAsia="ko-KR"/>
        </w:rPr>
        <w:t xml:space="preserve">, </w:t>
      </w:r>
      <w:r>
        <w:rPr>
          <w:lang w:eastAsia="ko-KR"/>
        </w:rPr>
        <w:t>불편하게</w:t>
      </w:r>
      <w:r>
        <w:rPr>
          <w:lang w:eastAsia="ko-KR"/>
        </w:rPr>
        <w:t xml:space="preserve"> </w:t>
      </w:r>
      <w:r>
        <w:rPr>
          <w:lang w:eastAsia="ko-KR"/>
        </w:rPr>
        <w:t>만드는</w:t>
      </w:r>
      <w:r>
        <w:rPr>
          <w:lang w:eastAsia="ko-KR"/>
        </w:rPr>
        <w:t xml:space="preserve"> </w:t>
      </w:r>
      <w:r>
        <w:rPr>
          <w:lang w:eastAsia="ko-KR"/>
        </w:rPr>
        <w:t>모습들이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깨끗한</w:t>
      </w:r>
      <w:r>
        <w:rPr>
          <w:lang w:eastAsia="ko-KR"/>
        </w:rPr>
        <w:t xml:space="preserve"> </w:t>
      </w:r>
      <w:r>
        <w:rPr>
          <w:lang w:eastAsia="ko-KR"/>
        </w:rPr>
        <w:t>발만</w:t>
      </w:r>
      <w:r>
        <w:rPr>
          <w:lang w:eastAsia="ko-KR"/>
        </w:rPr>
        <w:t xml:space="preserve"> </w:t>
      </w:r>
      <w:r>
        <w:rPr>
          <w:lang w:eastAsia="ko-KR"/>
        </w:rPr>
        <w:t>씻고</w:t>
      </w:r>
      <w:r>
        <w:rPr>
          <w:lang w:eastAsia="ko-KR"/>
        </w:rPr>
        <w:t xml:space="preserve"> </w:t>
      </w:r>
      <w:r>
        <w:rPr>
          <w:lang w:eastAsia="ko-KR"/>
        </w:rPr>
        <w:t>싶어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나와</w:t>
      </w:r>
      <w:r>
        <w:rPr>
          <w:lang w:eastAsia="ko-KR"/>
        </w:rPr>
        <w:t xml:space="preserve"> </w:t>
      </w:r>
      <w:r>
        <w:rPr>
          <w:lang w:eastAsia="ko-KR"/>
        </w:rPr>
        <w:t>잘</w:t>
      </w:r>
      <w:r>
        <w:rPr>
          <w:lang w:eastAsia="ko-KR"/>
        </w:rPr>
        <w:t xml:space="preserve"> </w:t>
      </w:r>
      <w:r>
        <w:rPr>
          <w:lang w:eastAsia="ko-KR"/>
        </w:rPr>
        <w:t>맞고</w:t>
      </w:r>
      <w:r>
        <w:rPr>
          <w:lang w:eastAsia="ko-KR"/>
        </w:rPr>
        <w:t xml:space="preserve">, </w:t>
      </w:r>
      <w:r>
        <w:rPr>
          <w:lang w:eastAsia="ko-KR"/>
        </w:rPr>
        <w:t>말이</w:t>
      </w:r>
      <w:r>
        <w:rPr>
          <w:lang w:eastAsia="ko-KR"/>
        </w:rPr>
        <w:t xml:space="preserve"> </w:t>
      </w:r>
      <w:r>
        <w:rPr>
          <w:lang w:eastAsia="ko-KR"/>
        </w:rPr>
        <w:t>잘</w:t>
      </w:r>
      <w:r>
        <w:rPr>
          <w:lang w:eastAsia="ko-KR"/>
        </w:rPr>
        <w:t xml:space="preserve"> </w:t>
      </w:r>
      <w:r>
        <w:rPr>
          <w:lang w:eastAsia="ko-KR"/>
        </w:rPr>
        <w:t>통하고</w:t>
      </w:r>
      <w:r>
        <w:rPr>
          <w:lang w:eastAsia="ko-KR"/>
        </w:rPr>
        <w:t xml:space="preserve">, </w:t>
      </w:r>
      <w:r>
        <w:rPr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lang w:eastAsia="ko-KR"/>
        </w:rPr>
        <w:t>잘해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사랑하기</w:t>
      </w:r>
      <w:r>
        <w:rPr>
          <w:lang w:eastAsia="ko-KR"/>
        </w:rPr>
        <w:t xml:space="preserve"> </w:t>
      </w:r>
      <w:r>
        <w:rPr>
          <w:lang w:eastAsia="ko-KR"/>
        </w:rPr>
        <w:t>쉽습니다</w:t>
      </w:r>
      <w:r>
        <w:rPr>
          <w:lang w:eastAsia="ko-KR"/>
        </w:rPr>
        <w:t xml:space="preserve">. </w:t>
      </w:r>
      <w:r w:rsidR="004C6C77">
        <w:rPr>
          <w:rFonts w:ascii="Batang" w:eastAsia="Batang" w:hAnsi="Batang" w:cs="Batang" w:hint="eastAsia"/>
          <w:lang w:eastAsia="ko-KR"/>
        </w:rPr>
        <w:t xml:space="preserve">만나도 편합니다.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부분만</w:t>
      </w:r>
      <w:r>
        <w:rPr>
          <w:lang w:eastAsia="ko-KR"/>
        </w:rPr>
        <w:t xml:space="preserve"> </w:t>
      </w:r>
      <w:r>
        <w:rPr>
          <w:lang w:eastAsia="ko-KR"/>
        </w:rPr>
        <w:t>좋아하는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연약함을</w:t>
      </w:r>
      <w:r>
        <w:rPr>
          <w:lang w:eastAsia="ko-KR"/>
        </w:rPr>
        <w:t xml:space="preserve"> </w:t>
      </w:r>
      <w:r>
        <w:rPr>
          <w:lang w:eastAsia="ko-KR"/>
        </w:rPr>
        <w:t>품고</w:t>
      </w:r>
      <w:r>
        <w:rPr>
          <w:lang w:eastAsia="ko-KR"/>
        </w:rPr>
        <w:t xml:space="preserve"> </w:t>
      </w:r>
      <w:r w:rsidR="00733D50">
        <w:rPr>
          <w:rFonts w:ascii="Batang" w:eastAsia="Batang" w:hAnsi="Batang" w:cs="Batang" w:hint="eastAsia"/>
          <w:lang w:eastAsia="ko-KR"/>
        </w:rPr>
        <w:t xml:space="preserve">기도하는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39031F30" w14:textId="77777777" w:rsidR="007558D8" w:rsidRDefault="00680334">
      <w:pPr>
        <w:rPr>
          <w:lang w:eastAsia="ko-KR"/>
        </w:rPr>
      </w:pP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씻는</w:t>
      </w:r>
      <w:r>
        <w:rPr>
          <w:lang w:eastAsia="ko-KR"/>
        </w:rPr>
        <w:t xml:space="preserve"> </w:t>
      </w:r>
      <w:r>
        <w:rPr>
          <w:lang w:eastAsia="ko-KR"/>
        </w:rPr>
        <w:t>사랑은</w:t>
      </w:r>
      <w:r>
        <w:rPr>
          <w:lang w:eastAsia="ko-KR"/>
        </w:rPr>
        <w:t xml:space="preserve"> </w:t>
      </w:r>
      <w:r>
        <w:rPr>
          <w:lang w:eastAsia="ko-KR"/>
        </w:rPr>
        <w:t>거창하지</w:t>
      </w:r>
      <w:r>
        <w:rPr>
          <w:lang w:eastAsia="ko-KR"/>
        </w:rPr>
        <w:t xml:space="preserve"> </w:t>
      </w:r>
      <w:r>
        <w:rPr>
          <w:lang w:eastAsia="ko-KR"/>
        </w:rPr>
        <w:t>않을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외로운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전화하는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아픈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찾아가는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상처받은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이야기를</w:t>
      </w:r>
      <w:r>
        <w:rPr>
          <w:lang w:eastAsia="ko-KR"/>
        </w:rPr>
        <w:t xml:space="preserve"> </w:t>
      </w:r>
      <w:r>
        <w:rPr>
          <w:lang w:eastAsia="ko-KR"/>
        </w:rPr>
        <w:t>오래</w:t>
      </w:r>
      <w:r>
        <w:rPr>
          <w:lang w:eastAsia="ko-KR"/>
        </w:rPr>
        <w:t xml:space="preserve"> </w:t>
      </w:r>
      <w:r>
        <w:rPr>
          <w:lang w:eastAsia="ko-KR"/>
        </w:rPr>
        <w:t>들어주는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목장에서</w:t>
      </w:r>
      <w:r>
        <w:rPr>
          <w:lang w:eastAsia="ko-KR"/>
        </w:rPr>
        <w:t xml:space="preserve"> </w:t>
      </w:r>
      <w:r>
        <w:rPr>
          <w:lang w:eastAsia="ko-KR"/>
        </w:rPr>
        <w:t>음식을</w:t>
      </w:r>
      <w:r>
        <w:rPr>
          <w:lang w:eastAsia="ko-KR"/>
        </w:rPr>
        <w:t xml:space="preserve"> </w:t>
      </w:r>
      <w:r>
        <w:rPr>
          <w:lang w:eastAsia="ko-KR"/>
        </w:rPr>
        <w:t>정성껏</w:t>
      </w:r>
      <w:r>
        <w:rPr>
          <w:lang w:eastAsia="ko-KR"/>
        </w:rPr>
        <w:t xml:space="preserve"> </w:t>
      </w:r>
      <w:r>
        <w:rPr>
          <w:lang w:eastAsia="ko-KR"/>
        </w:rPr>
        <w:t>준비하는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교회에</w:t>
      </w:r>
      <w:r>
        <w:rPr>
          <w:lang w:eastAsia="ko-KR"/>
        </w:rPr>
        <w:t xml:space="preserve"> </w:t>
      </w:r>
      <w:r>
        <w:rPr>
          <w:lang w:eastAsia="ko-KR"/>
        </w:rPr>
        <w:t>처음</w:t>
      </w:r>
      <w:r>
        <w:rPr>
          <w:lang w:eastAsia="ko-KR"/>
        </w:rPr>
        <w:t xml:space="preserve"> </w:t>
      </w:r>
      <w:r>
        <w:rPr>
          <w:lang w:eastAsia="ko-KR"/>
        </w:rPr>
        <w:t>온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말을</w:t>
      </w:r>
      <w:r>
        <w:rPr>
          <w:lang w:eastAsia="ko-KR"/>
        </w:rPr>
        <w:t xml:space="preserve"> </w:t>
      </w:r>
      <w:r>
        <w:rPr>
          <w:lang w:eastAsia="ko-KR"/>
        </w:rPr>
        <w:t>거는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>, VIP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lang w:eastAsia="ko-KR"/>
        </w:rPr>
        <w:t>내는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아무도</w:t>
      </w:r>
      <w:r>
        <w:rPr>
          <w:lang w:eastAsia="ko-KR"/>
        </w:rPr>
        <w:t xml:space="preserve"> </w:t>
      </w:r>
      <w:r>
        <w:rPr>
          <w:lang w:eastAsia="ko-KR"/>
        </w:rPr>
        <w:t>알아주지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청소를</w:t>
      </w:r>
      <w:r>
        <w:rPr>
          <w:lang w:eastAsia="ko-KR"/>
        </w:rPr>
        <w:t xml:space="preserve"> </w:t>
      </w:r>
      <w:r>
        <w:rPr>
          <w:lang w:eastAsia="ko-KR"/>
        </w:rPr>
        <w:t>조용히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용서하기</w:t>
      </w:r>
      <w:r>
        <w:rPr>
          <w:lang w:eastAsia="ko-KR"/>
        </w:rPr>
        <w:t xml:space="preserve"> </w:t>
      </w:r>
      <w:r>
        <w:rPr>
          <w:lang w:eastAsia="ko-KR"/>
        </w:rPr>
        <w:t>어려운</w:t>
      </w:r>
      <w:r>
        <w:rPr>
          <w:lang w:eastAsia="ko-KR"/>
        </w:rPr>
        <w:t xml:space="preserve">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손을</w:t>
      </w:r>
      <w:r>
        <w:rPr>
          <w:lang w:eastAsia="ko-KR"/>
        </w:rPr>
        <w:t xml:space="preserve"> </w:t>
      </w:r>
      <w:r>
        <w:rPr>
          <w:lang w:eastAsia="ko-KR"/>
        </w:rPr>
        <w:t>내미는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필요하다면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‘</w:t>
      </w:r>
      <w:r>
        <w:rPr>
          <w:lang w:eastAsia="ko-KR"/>
        </w:rPr>
        <w:t>미안합니다</w:t>
      </w:r>
      <w:r>
        <w:rPr>
          <w:lang w:eastAsia="ko-KR"/>
        </w:rPr>
        <w:t>’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말하는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 xml:space="preserve">,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씻어야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발일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4DC79484" w14:textId="77777777" w:rsidR="00F270E4" w:rsidRDefault="00F270E4">
      <w:pPr>
        <w:rPr>
          <w:lang w:eastAsia="ko-KR"/>
        </w:rPr>
      </w:pPr>
    </w:p>
    <w:p w14:paraId="47D04296" w14:textId="3A14DF4E" w:rsidR="007558D8" w:rsidRDefault="00680334">
      <w:pPr>
        <w:rPr>
          <w:lang w:eastAsia="ko-KR"/>
        </w:rPr>
      </w:pPr>
      <w:r>
        <w:rPr>
          <w:lang w:eastAsia="ko-KR"/>
        </w:rPr>
        <w:t>물론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씻는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죄와</w:t>
      </w:r>
      <w:r>
        <w:rPr>
          <w:lang w:eastAsia="ko-KR"/>
        </w:rPr>
        <w:t xml:space="preserve"> </w:t>
      </w:r>
      <w:r>
        <w:rPr>
          <w:lang w:eastAsia="ko-KR"/>
        </w:rPr>
        <w:t>악을</w:t>
      </w:r>
      <w:r>
        <w:rPr>
          <w:lang w:eastAsia="ko-KR"/>
        </w:rPr>
        <w:t xml:space="preserve"> </w:t>
      </w:r>
      <w:r>
        <w:rPr>
          <w:lang w:eastAsia="ko-KR"/>
        </w:rPr>
        <w:t>무조건</w:t>
      </w:r>
      <w:r>
        <w:rPr>
          <w:lang w:eastAsia="ko-KR"/>
        </w:rPr>
        <w:t xml:space="preserve"> </w:t>
      </w:r>
      <w:r>
        <w:rPr>
          <w:lang w:eastAsia="ko-KR"/>
        </w:rPr>
        <w:t>허용한다는</w:t>
      </w:r>
      <w:r>
        <w:rPr>
          <w:lang w:eastAsia="ko-KR"/>
        </w:rPr>
        <w:t xml:space="preserve"> </w:t>
      </w:r>
      <w:r>
        <w:rPr>
          <w:lang w:eastAsia="ko-KR"/>
        </w:rPr>
        <w:t>뜻은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사랑에는</w:t>
      </w:r>
      <w:r>
        <w:rPr>
          <w:lang w:eastAsia="ko-KR"/>
        </w:rPr>
        <w:t xml:space="preserve"> </w:t>
      </w:r>
      <w:r>
        <w:rPr>
          <w:lang w:eastAsia="ko-KR"/>
        </w:rPr>
        <w:t>진리가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잘못된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잘못되었다고</w:t>
      </w:r>
      <w:r>
        <w:rPr>
          <w:lang w:eastAsia="ko-KR"/>
        </w:rPr>
        <w:t xml:space="preserve"> </w:t>
      </w:r>
      <w:r>
        <w:rPr>
          <w:lang w:eastAsia="ko-KR"/>
        </w:rPr>
        <w:t>말할</w:t>
      </w:r>
      <w:r>
        <w:rPr>
          <w:lang w:eastAsia="ko-KR"/>
        </w:rPr>
        <w:t xml:space="preserve"> </w:t>
      </w:r>
      <w:r>
        <w:rPr>
          <w:lang w:eastAsia="ko-KR"/>
        </w:rPr>
        <w:t>때도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미워하거나</w:t>
      </w:r>
      <w:r>
        <w:rPr>
          <w:lang w:eastAsia="ko-KR"/>
        </w:rPr>
        <w:t xml:space="preserve"> </w:t>
      </w:r>
      <w:r>
        <w:rPr>
          <w:lang w:eastAsia="ko-KR"/>
        </w:rPr>
        <w:t>포기하지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사랑입니다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진리를</w:t>
      </w:r>
      <w:r>
        <w:rPr>
          <w:lang w:eastAsia="ko-KR"/>
        </w:rPr>
        <w:t xml:space="preserve"> </w:t>
      </w:r>
      <w:r>
        <w:rPr>
          <w:lang w:eastAsia="ko-KR"/>
        </w:rPr>
        <w:t>버리고</w:t>
      </w:r>
      <w:r>
        <w:rPr>
          <w:lang w:eastAsia="ko-KR"/>
        </w:rPr>
        <w:t xml:space="preserve"> </w:t>
      </w:r>
      <w:r>
        <w:rPr>
          <w:lang w:eastAsia="ko-KR"/>
        </w:rPr>
        <w:t>사랑하신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진리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끝까지</w:t>
      </w:r>
      <w:r>
        <w:rPr>
          <w:lang w:eastAsia="ko-KR"/>
        </w:rPr>
        <w:t xml:space="preserve"> </w:t>
      </w:r>
      <w:r>
        <w:rPr>
          <w:lang w:eastAsia="ko-KR"/>
        </w:rPr>
        <w:t>사랑하셨습니다</w:t>
      </w:r>
      <w:r>
        <w:rPr>
          <w:lang w:eastAsia="ko-KR"/>
        </w:rPr>
        <w:t>.</w:t>
      </w:r>
    </w:p>
    <w:p w14:paraId="1B975FA4" w14:textId="77777777" w:rsidR="007558D8" w:rsidRDefault="00680334">
      <w:pPr>
        <w:rPr>
          <w:lang w:eastAsia="ko-KR"/>
        </w:rPr>
      </w:pPr>
      <w:r>
        <w:rPr>
          <w:lang w:eastAsia="ko-KR"/>
        </w:rPr>
        <w:t>16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종이</w:t>
      </w:r>
      <w:r>
        <w:rPr>
          <w:lang w:eastAsia="ko-KR"/>
        </w:rPr>
        <w:t xml:space="preserve"> </w:t>
      </w:r>
      <w:r>
        <w:rPr>
          <w:lang w:eastAsia="ko-KR"/>
        </w:rPr>
        <w:t>상전보다</w:t>
      </w:r>
      <w:r>
        <w:rPr>
          <w:lang w:eastAsia="ko-KR"/>
        </w:rPr>
        <w:t xml:space="preserve"> </w:t>
      </w:r>
      <w:r>
        <w:rPr>
          <w:lang w:eastAsia="ko-KR"/>
        </w:rPr>
        <w:t>크지</w:t>
      </w:r>
      <w:r>
        <w:rPr>
          <w:lang w:eastAsia="ko-KR"/>
        </w:rPr>
        <w:t xml:space="preserve"> </w:t>
      </w:r>
      <w:r>
        <w:rPr>
          <w:lang w:eastAsia="ko-KR"/>
        </w:rPr>
        <w:t>못하고</w:t>
      </w:r>
      <w:r>
        <w:rPr>
          <w:lang w:eastAsia="ko-KR"/>
        </w:rPr>
        <w:t xml:space="preserve"> </w:t>
      </w:r>
      <w:r>
        <w:rPr>
          <w:lang w:eastAsia="ko-KR"/>
        </w:rPr>
        <w:t>보냄을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자가</w:t>
      </w:r>
      <w:r>
        <w:rPr>
          <w:lang w:eastAsia="ko-KR"/>
        </w:rPr>
        <w:t xml:space="preserve"> </w:t>
      </w:r>
      <w:r>
        <w:rPr>
          <w:lang w:eastAsia="ko-KR"/>
        </w:rPr>
        <w:t>보낸</w:t>
      </w:r>
      <w:r>
        <w:rPr>
          <w:lang w:eastAsia="ko-KR"/>
        </w:rPr>
        <w:t xml:space="preserve"> </w:t>
      </w:r>
      <w:r>
        <w:rPr>
          <w:lang w:eastAsia="ko-KR"/>
        </w:rPr>
        <w:t>자보다</w:t>
      </w:r>
      <w:r>
        <w:rPr>
          <w:lang w:eastAsia="ko-KR"/>
        </w:rPr>
        <w:t xml:space="preserve"> </w:t>
      </w:r>
      <w:r>
        <w:rPr>
          <w:lang w:eastAsia="ko-KR"/>
        </w:rPr>
        <w:t>크지</w:t>
      </w:r>
      <w:r>
        <w:rPr>
          <w:lang w:eastAsia="ko-KR"/>
        </w:rPr>
        <w:t xml:space="preserve"> </w:t>
      </w:r>
      <w:r>
        <w:rPr>
          <w:lang w:eastAsia="ko-KR"/>
        </w:rPr>
        <w:t>못하다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무릎을</w:t>
      </w:r>
      <w:r>
        <w:rPr>
          <w:lang w:eastAsia="ko-KR"/>
        </w:rPr>
        <w:t xml:space="preserve"> </w:t>
      </w:r>
      <w:r>
        <w:rPr>
          <w:lang w:eastAsia="ko-KR"/>
        </w:rPr>
        <w:t>꿇으셨다면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그런</w:t>
      </w:r>
      <w:r>
        <w:rPr>
          <w:lang w:eastAsia="ko-KR"/>
        </w:rPr>
        <w:t xml:space="preserve"> </w:t>
      </w:r>
      <w:r>
        <w:rPr>
          <w:lang w:eastAsia="ko-KR"/>
        </w:rPr>
        <w:t>일까지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아니다</w:t>
      </w:r>
      <w:r>
        <w:rPr>
          <w:lang w:eastAsia="ko-KR"/>
        </w:rPr>
        <w:t>’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 xml:space="preserve">. </w:t>
      </w:r>
      <w:r>
        <w:rPr>
          <w:lang w:eastAsia="ko-KR"/>
        </w:rPr>
        <w:t>주님보다</w:t>
      </w:r>
      <w:r>
        <w:rPr>
          <w:lang w:eastAsia="ko-KR"/>
        </w:rPr>
        <w:t xml:space="preserve"> </w:t>
      </w:r>
      <w:r>
        <w:rPr>
          <w:lang w:eastAsia="ko-KR"/>
        </w:rPr>
        <w:t>높은</w:t>
      </w:r>
      <w:r>
        <w:rPr>
          <w:lang w:eastAsia="ko-KR"/>
        </w:rPr>
        <w:t xml:space="preserve"> </w:t>
      </w:r>
      <w:r>
        <w:rPr>
          <w:lang w:eastAsia="ko-KR"/>
        </w:rPr>
        <w:t>제자는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 xml:space="preserve">.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드셨다면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제자도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r>
        <w:rPr>
          <w:lang w:eastAsia="ko-KR"/>
        </w:rPr>
        <w:t>들어야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193CE6AE" w14:textId="1AA51832" w:rsidR="007558D8" w:rsidRPr="001E7C8C" w:rsidRDefault="00680334">
      <w:pPr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그리고</w:t>
      </w:r>
      <w:r>
        <w:rPr>
          <w:lang w:eastAsia="ko-KR"/>
        </w:rPr>
        <w:t xml:space="preserve"> 17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매우</w:t>
      </w:r>
      <w:r>
        <w:rPr>
          <w:lang w:eastAsia="ko-KR"/>
        </w:rPr>
        <w:t xml:space="preserve"> </w:t>
      </w:r>
      <w:r>
        <w:rPr>
          <w:lang w:eastAsia="ko-KR"/>
        </w:rPr>
        <w:t>실제적입니다</w:t>
      </w:r>
      <w:r>
        <w:rPr>
          <w:lang w:eastAsia="ko-KR"/>
        </w:rPr>
        <w:t>. ‘</w:t>
      </w:r>
      <w:r>
        <w:rPr>
          <w:lang w:eastAsia="ko-KR"/>
        </w:rPr>
        <w:t>너희가</w:t>
      </w:r>
      <w:r>
        <w:rPr>
          <w:lang w:eastAsia="ko-KR"/>
        </w:rPr>
        <w:t xml:space="preserve"> </w:t>
      </w:r>
      <w:r>
        <w:rPr>
          <w:lang w:eastAsia="ko-KR"/>
        </w:rPr>
        <w:t>이것을</w:t>
      </w:r>
      <w:r>
        <w:rPr>
          <w:lang w:eastAsia="ko-KR"/>
        </w:rPr>
        <w:t xml:space="preserve"> </w:t>
      </w:r>
      <w:r>
        <w:rPr>
          <w:lang w:eastAsia="ko-KR"/>
        </w:rPr>
        <w:t>알고</w:t>
      </w:r>
      <w:r>
        <w:rPr>
          <w:lang w:eastAsia="ko-KR"/>
        </w:rPr>
        <w:t xml:space="preserve"> </w:t>
      </w:r>
      <w:r>
        <w:rPr>
          <w:lang w:eastAsia="ko-KR"/>
        </w:rPr>
        <w:t>행하면</w:t>
      </w:r>
      <w:r>
        <w:rPr>
          <w:lang w:eastAsia="ko-KR"/>
        </w:rPr>
        <w:t xml:space="preserve"> </w:t>
      </w:r>
      <w:r>
        <w:rPr>
          <w:lang w:eastAsia="ko-KR"/>
        </w:rPr>
        <w:t>복이</w:t>
      </w:r>
      <w:r>
        <w:rPr>
          <w:lang w:eastAsia="ko-KR"/>
        </w:rPr>
        <w:t xml:space="preserve"> </w:t>
      </w:r>
      <w:r>
        <w:rPr>
          <w:lang w:eastAsia="ko-KR"/>
        </w:rPr>
        <w:t>있으리라</w:t>
      </w:r>
      <w:r>
        <w:rPr>
          <w:lang w:eastAsia="ko-KR"/>
        </w:rPr>
        <w:t xml:space="preserve">.’ </w:t>
      </w:r>
      <w:r>
        <w:rPr>
          <w:lang w:eastAsia="ko-KR"/>
        </w:rPr>
        <w:t>아는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끝나지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  <w:r w:rsidR="00012988">
        <w:rPr>
          <w:rFonts w:hint="eastAsia"/>
          <w:lang w:eastAsia="ko-KR"/>
        </w:rPr>
        <w:t xml:space="preserve"> </w:t>
      </w:r>
      <w:r w:rsidR="00012988">
        <w:rPr>
          <w:rFonts w:ascii="Batang" w:eastAsia="Batang" w:hAnsi="Batang" w:cs="Batang" w:hint="eastAsia"/>
          <w:lang w:eastAsia="ko-KR"/>
        </w:rPr>
        <w:t xml:space="preserve">정말 섬기기 힘든 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무릎을</w:t>
      </w:r>
      <w:r>
        <w:rPr>
          <w:lang w:eastAsia="ko-KR"/>
        </w:rPr>
        <w:t xml:space="preserve"> </w:t>
      </w:r>
      <w:r>
        <w:rPr>
          <w:lang w:eastAsia="ko-KR"/>
        </w:rPr>
        <w:t>꿇을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,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행동이</w:t>
      </w:r>
      <w:r>
        <w:rPr>
          <w:lang w:eastAsia="ko-KR"/>
        </w:rPr>
        <w:t xml:space="preserve"> </w:t>
      </w:r>
      <w:r>
        <w:rPr>
          <w:lang w:eastAsia="ko-KR"/>
        </w:rPr>
        <w:t>될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,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말씀하신</w:t>
      </w:r>
      <w:r>
        <w:rPr>
          <w:lang w:eastAsia="ko-KR"/>
        </w:rPr>
        <w:t xml:space="preserve"> </w:t>
      </w:r>
      <w:r w:rsidR="001E7C8C">
        <w:rPr>
          <w:rFonts w:ascii="Batang" w:eastAsia="Batang" w:hAnsi="Batang" w:cs="Batang" w:hint="eastAsia"/>
          <w:lang w:eastAsia="ko-KR"/>
        </w:rPr>
        <w:t xml:space="preserve">참 </w:t>
      </w:r>
      <w:r>
        <w:rPr>
          <w:lang w:eastAsia="ko-KR"/>
        </w:rPr>
        <w:t>복을</w:t>
      </w:r>
      <w:r>
        <w:rPr>
          <w:lang w:eastAsia="ko-KR"/>
        </w:rPr>
        <w:t xml:space="preserve"> </w:t>
      </w:r>
      <w:r>
        <w:rPr>
          <w:lang w:eastAsia="ko-KR"/>
        </w:rPr>
        <w:t>경험합니다</w:t>
      </w:r>
      <w:r>
        <w:rPr>
          <w:lang w:eastAsia="ko-KR"/>
        </w:rPr>
        <w:t>.</w:t>
      </w:r>
      <w:r w:rsidR="001E7C8C">
        <w:rPr>
          <w:rFonts w:hint="eastAsia"/>
          <w:lang w:eastAsia="ko-KR"/>
        </w:rPr>
        <w:t xml:space="preserve"> </w:t>
      </w:r>
    </w:p>
    <w:p w14:paraId="506A5B5B" w14:textId="77777777" w:rsidR="007558D8" w:rsidRDefault="00680334">
      <w:pPr>
        <w:spacing w:before="80" w:after="20"/>
        <w:rPr>
          <w:lang w:eastAsia="ko-KR"/>
        </w:rPr>
      </w:pPr>
      <w:r>
        <w:rPr>
          <w:b/>
          <w:sz w:val="23"/>
          <w:lang w:eastAsia="ko-KR"/>
        </w:rPr>
        <w:t>결론</w:t>
      </w:r>
    </w:p>
    <w:p w14:paraId="1B3F8A1A" w14:textId="77777777" w:rsidR="007558D8" w:rsidRDefault="00680334">
      <w:pPr>
        <w:rPr>
          <w:lang w:eastAsia="ko-KR"/>
        </w:rPr>
      </w:pP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장면으로</w:t>
      </w:r>
      <w:r>
        <w:rPr>
          <w:lang w:eastAsia="ko-KR"/>
        </w:rPr>
        <w:t xml:space="preserve"> </w:t>
      </w:r>
      <w:r>
        <w:rPr>
          <w:lang w:eastAsia="ko-KR"/>
        </w:rPr>
        <w:t>돌아가</w:t>
      </w:r>
      <w:r>
        <w:rPr>
          <w:lang w:eastAsia="ko-KR"/>
        </w:rPr>
        <w:t xml:space="preserve"> </w:t>
      </w:r>
      <w:r>
        <w:rPr>
          <w:lang w:eastAsia="ko-KR"/>
        </w:rPr>
        <w:t>봅시다</w:t>
      </w:r>
      <w:r>
        <w:rPr>
          <w:lang w:eastAsia="ko-KR"/>
        </w:rPr>
        <w:t xml:space="preserve">.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손에</w:t>
      </w:r>
      <w:r>
        <w:rPr>
          <w:lang w:eastAsia="ko-KR"/>
        </w:rPr>
        <w:t xml:space="preserve"> </w:t>
      </w:r>
      <w:r>
        <w:rPr>
          <w:lang w:eastAsia="ko-KR"/>
        </w:rPr>
        <w:t>있었습니다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손에</w:t>
      </w:r>
      <w:r>
        <w:rPr>
          <w:lang w:eastAsia="ko-KR"/>
        </w:rPr>
        <w:t xml:space="preserve"> </w:t>
      </w:r>
      <w:r>
        <w:rPr>
          <w:lang w:eastAsia="ko-KR"/>
        </w:rPr>
        <w:t>왕의</w:t>
      </w:r>
      <w:r>
        <w:rPr>
          <w:lang w:eastAsia="ko-KR"/>
        </w:rPr>
        <w:t xml:space="preserve"> </w:t>
      </w:r>
      <w:r>
        <w:rPr>
          <w:lang w:eastAsia="ko-KR"/>
        </w:rPr>
        <w:t>홀을</w:t>
      </w:r>
      <w:r>
        <w:rPr>
          <w:lang w:eastAsia="ko-KR"/>
        </w:rPr>
        <w:t xml:space="preserve"> </w:t>
      </w:r>
      <w:r>
        <w:rPr>
          <w:lang w:eastAsia="ko-KR"/>
        </w:rPr>
        <w:t>들지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수건을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드셨습니다</w:t>
      </w:r>
      <w:proofErr w:type="spellEnd"/>
      <w:r>
        <w:rPr>
          <w:lang w:eastAsia="ko-KR"/>
        </w:rPr>
        <w:t xml:space="preserve">. </w:t>
      </w:r>
      <w:r>
        <w:rPr>
          <w:lang w:eastAsia="ko-KR"/>
        </w:rPr>
        <w:t>제자들의</w:t>
      </w:r>
      <w:r>
        <w:rPr>
          <w:lang w:eastAsia="ko-KR"/>
        </w:rPr>
        <w:t xml:space="preserve"> </w:t>
      </w:r>
      <w:r>
        <w:rPr>
          <w:lang w:eastAsia="ko-KR"/>
        </w:rPr>
        <w:t>발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무릎을</w:t>
      </w:r>
      <w:r>
        <w:rPr>
          <w:lang w:eastAsia="ko-KR"/>
        </w:rPr>
        <w:t xml:space="preserve"> </w:t>
      </w:r>
      <w:r>
        <w:rPr>
          <w:lang w:eastAsia="ko-KR"/>
        </w:rPr>
        <w:t>꿇으셨습니다</w:t>
      </w:r>
      <w:r>
        <w:rPr>
          <w:lang w:eastAsia="ko-KR"/>
        </w:rPr>
        <w:t xml:space="preserve">. </w:t>
      </w:r>
      <w:r>
        <w:rPr>
          <w:lang w:eastAsia="ko-KR"/>
        </w:rPr>
        <w:t>베드로는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손을</w:t>
      </w:r>
      <w:r>
        <w:rPr>
          <w:lang w:eastAsia="ko-KR"/>
        </w:rPr>
        <w:t xml:space="preserve"> </w:t>
      </w:r>
      <w:r>
        <w:rPr>
          <w:lang w:eastAsia="ko-KR"/>
        </w:rPr>
        <w:t>거부하려</w:t>
      </w:r>
      <w:r>
        <w:rPr>
          <w:lang w:eastAsia="ko-KR"/>
        </w:rPr>
        <w:t xml:space="preserve"> </w:t>
      </w:r>
      <w:r>
        <w:rPr>
          <w:lang w:eastAsia="ko-KR"/>
        </w:rPr>
        <w:t>했지만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‘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너를</w:t>
      </w:r>
      <w:r>
        <w:rPr>
          <w:lang w:eastAsia="ko-KR"/>
        </w:rPr>
        <w:t xml:space="preserve"> </w:t>
      </w:r>
      <w:r>
        <w:rPr>
          <w:lang w:eastAsia="ko-KR"/>
        </w:rPr>
        <w:t>씻어야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하셨습니다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씻김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제자들에게</w:t>
      </w:r>
      <w:r>
        <w:rPr>
          <w:lang w:eastAsia="ko-KR"/>
        </w:rPr>
        <w:t xml:space="preserve"> ‘</w:t>
      </w:r>
      <w:r>
        <w:rPr>
          <w:lang w:eastAsia="ko-KR"/>
        </w:rPr>
        <w:t>이제</w:t>
      </w:r>
      <w:r>
        <w:rPr>
          <w:lang w:eastAsia="ko-KR"/>
        </w:rPr>
        <w:t xml:space="preserve"> </w:t>
      </w:r>
      <w:r>
        <w:rPr>
          <w:lang w:eastAsia="ko-KR"/>
        </w:rPr>
        <w:t>너희도</w:t>
      </w:r>
      <w:r>
        <w:rPr>
          <w:lang w:eastAsia="ko-KR"/>
        </w:rPr>
        <w:t xml:space="preserve"> </w:t>
      </w:r>
      <w:r>
        <w:rPr>
          <w:lang w:eastAsia="ko-KR"/>
        </w:rPr>
        <w:t>서로의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씻어라</w:t>
      </w:r>
      <w:r>
        <w:rPr>
          <w:lang w:eastAsia="ko-KR"/>
        </w:rPr>
        <w:t>’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하셨습니다</w:t>
      </w:r>
      <w:r>
        <w:rPr>
          <w:lang w:eastAsia="ko-KR"/>
        </w:rPr>
        <w:t>.</w:t>
      </w:r>
    </w:p>
    <w:p w14:paraId="6FA1CB54" w14:textId="26B62365" w:rsidR="007558D8" w:rsidRDefault="00680334">
      <w:pPr>
        <w:rPr>
          <w:lang w:eastAsia="ko-KR"/>
        </w:rPr>
      </w:pPr>
      <w:r>
        <w:rPr>
          <w:lang w:eastAsia="ko-KR"/>
        </w:rPr>
        <w:lastRenderedPageBreak/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 w:rsidR="00E37DAA">
        <w:rPr>
          <w:rFonts w:hint="eastAsia"/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내미는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혹시</w:t>
      </w:r>
      <w:r>
        <w:rPr>
          <w:lang w:eastAsia="ko-KR"/>
        </w:rPr>
        <w:t xml:space="preserve"> </w:t>
      </w:r>
      <w:r>
        <w:rPr>
          <w:lang w:eastAsia="ko-KR"/>
        </w:rPr>
        <w:t>마음속에</w:t>
      </w:r>
      <w:r>
        <w:rPr>
          <w:lang w:eastAsia="ko-KR"/>
        </w:rPr>
        <w:t xml:space="preserve"> </w:t>
      </w:r>
      <w:r>
        <w:rPr>
          <w:lang w:eastAsia="ko-KR"/>
        </w:rPr>
        <w:t>감추고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죄가</w:t>
      </w:r>
      <w:r>
        <w:rPr>
          <w:lang w:eastAsia="ko-KR"/>
        </w:rPr>
        <w:t xml:space="preserve"> </w:t>
      </w:r>
      <w:r>
        <w:rPr>
          <w:lang w:eastAsia="ko-KR"/>
        </w:rPr>
        <w:t>있습니까</w:t>
      </w:r>
      <w:r>
        <w:rPr>
          <w:lang w:eastAsia="ko-KR"/>
        </w:rPr>
        <w:t xml:space="preserve">? </w:t>
      </w:r>
      <w:r>
        <w:rPr>
          <w:lang w:eastAsia="ko-KR"/>
        </w:rPr>
        <w:t>아무에게도</w:t>
      </w:r>
      <w:r>
        <w:rPr>
          <w:lang w:eastAsia="ko-KR"/>
        </w:rPr>
        <w:t xml:space="preserve"> </w:t>
      </w:r>
      <w:r>
        <w:rPr>
          <w:lang w:eastAsia="ko-KR"/>
        </w:rPr>
        <w:t>말하고</w:t>
      </w:r>
      <w:r>
        <w:rPr>
          <w:lang w:eastAsia="ko-KR"/>
        </w:rPr>
        <w:t xml:space="preserve"> </w:t>
      </w:r>
      <w:r>
        <w:rPr>
          <w:lang w:eastAsia="ko-KR"/>
        </w:rPr>
        <w:t>싶지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상처와</w:t>
      </w:r>
      <w:r>
        <w:rPr>
          <w:lang w:eastAsia="ko-KR"/>
        </w:rPr>
        <w:t xml:space="preserve"> </w:t>
      </w:r>
      <w:r>
        <w:rPr>
          <w:lang w:eastAsia="ko-KR"/>
        </w:rPr>
        <w:t>수치가</w:t>
      </w:r>
      <w:r>
        <w:rPr>
          <w:lang w:eastAsia="ko-KR"/>
        </w:rPr>
        <w:t xml:space="preserve"> </w:t>
      </w:r>
      <w:r>
        <w:rPr>
          <w:lang w:eastAsia="ko-KR"/>
        </w:rPr>
        <w:t>있습니까</w:t>
      </w:r>
      <w:r>
        <w:rPr>
          <w:lang w:eastAsia="ko-KR"/>
        </w:rPr>
        <w:t>? ‘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이것만은</w:t>
      </w:r>
      <w:r>
        <w:rPr>
          <w:lang w:eastAsia="ko-KR"/>
        </w:rPr>
        <w:t xml:space="preserve"> </w:t>
      </w:r>
      <w:r>
        <w:rPr>
          <w:lang w:eastAsia="ko-KR"/>
        </w:rPr>
        <w:t>주님께도</w:t>
      </w:r>
      <w:r>
        <w:rPr>
          <w:lang w:eastAsia="ko-KR"/>
        </w:rPr>
        <w:t xml:space="preserve"> </w:t>
      </w:r>
      <w:r>
        <w:rPr>
          <w:lang w:eastAsia="ko-KR"/>
        </w:rPr>
        <w:t>보이고</w:t>
      </w:r>
      <w:r>
        <w:rPr>
          <w:lang w:eastAsia="ko-KR"/>
        </w:rPr>
        <w:t xml:space="preserve"> </w:t>
      </w:r>
      <w:r>
        <w:rPr>
          <w:lang w:eastAsia="ko-KR"/>
        </w:rPr>
        <w:t>싶지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’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부분이</w:t>
      </w:r>
      <w:r>
        <w:rPr>
          <w:lang w:eastAsia="ko-KR"/>
        </w:rPr>
        <w:t xml:space="preserve"> </w:t>
      </w:r>
      <w:r>
        <w:rPr>
          <w:lang w:eastAsia="ko-KR"/>
        </w:rPr>
        <w:t>있습니까</w:t>
      </w:r>
      <w:r>
        <w:rPr>
          <w:lang w:eastAsia="ko-KR"/>
        </w:rPr>
        <w:t xml:space="preserve">? </w:t>
      </w:r>
      <w:r>
        <w:rPr>
          <w:lang w:eastAsia="ko-KR"/>
        </w:rPr>
        <w:t>주님은</w:t>
      </w:r>
      <w:r>
        <w:rPr>
          <w:lang w:eastAsia="ko-KR"/>
        </w:rPr>
        <w:t xml:space="preserve">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씻기</w:t>
      </w:r>
      <w:r>
        <w:rPr>
          <w:lang w:eastAsia="ko-KR"/>
        </w:rPr>
        <w:t xml:space="preserve"> </w:t>
      </w:r>
      <w:r>
        <w:rPr>
          <w:lang w:eastAsia="ko-KR"/>
        </w:rPr>
        <w:t>원하십니다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깨끗해져서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가는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lang w:eastAsia="ko-KR"/>
        </w:rPr>
        <w:t>더러운</w:t>
      </w:r>
      <w:r>
        <w:rPr>
          <w:lang w:eastAsia="ko-KR"/>
        </w:rPr>
        <w:t xml:space="preserve"> </w:t>
      </w:r>
      <w:r>
        <w:rPr>
          <w:lang w:eastAsia="ko-KR"/>
        </w:rPr>
        <w:t>채로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가서</w:t>
      </w:r>
      <w:r>
        <w:rPr>
          <w:lang w:eastAsia="ko-KR"/>
        </w:rPr>
        <w:t xml:space="preserve"> </w:t>
      </w:r>
      <w:r>
        <w:rPr>
          <w:lang w:eastAsia="ko-KR"/>
        </w:rPr>
        <w:t>씻김</w:t>
      </w:r>
      <w:r>
        <w:rPr>
          <w:lang w:eastAsia="ko-KR"/>
        </w:rPr>
        <w:t xml:space="preserve"> </w:t>
      </w:r>
      <w:r>
        <w:rPr>
          <w:lang w:eastAsia="ko-KR"/>
        </w:rPr>
        <w:t>받는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2D024516" w14:textId="77777777" w:rsidR="007558D8" w:rsidRDefault="00680334">
      <w:pPr>
        <w:rPr>
          <w:lang w:eastAsia="ko-KR"/>
        </w:rPr>
      </w:pP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주님께</w:t>
      </w:r>
      <w:r>
        <w:rPr>
          <w:lang w:eastAsia="ko-KR"/>
        </w:rPr>
        <w:t xml:space="preserve"> </w:t>
      </w:r>
      <w:r>
        <w:rPr>
          <w:lang w:eastAsia="ko-KR"/>
        </w:rPr>
        <w:t>씻김</w:t>
      </w:r>
      <w:r>
        <w:rPr>
          <w:lang w:eastAsia="ko-KR"/>
        </w:rPr>
        <w:t xml:space="preserve">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이제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바라보는</w:t>
      </w:r>
      <w:r>
        <w:rPr>
          <w:lang w:eastAsia="ko-KR"/>
        </w:rPr>
        <w:t xml:space="preserve"> </w:t>
      </w:r>
      <w:r>
        <w:rPr>
          <w:lang w:eastAsia="ko-KR"/>
        </w:rPr>
        <w:t>눈이</w:t>
      </w:r>
      <w:r>
        <w:rPr>
          <w:lang w:eastAsia="ko-KR"/>
        </w:rPr>
        <w:t xml:space="preserve"> </w:t>
      </w:r>
      <w:r>
        <w:rPr>
          <w:lang w:eastAsia="ko-KR"/>
        </w:rPr>
        <w:t>달라집니다</w:t>
      </w:r>
      <w:r>
        <w:rPr>
          <w:lang w:eastAsia="ko-KR"/>
        </w:rPr>
        <w:t>. ‘</w:t>
      </w:r>
      <w:r>
        <w:rPr>
          <w:lang w:eastAsia="ko-KR"/>
        </w:rPr>
        <w:t>저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왜</w:t>
      </w:r>
      <w:r>
        <w:rPr>
          <w:lang w:eastAsia="ko-KR"/>
        </w:rPr>
        <w:t xml:space="preserve"> </w:t>
      </w:r>
      <w:r>
        <w:rPr>
          <w:lang w:eastAsia="ko-KR"/>
        </w:rPr>
        <w:t>저</w:t>
      </w:r>
      <w:r>
        <w:rPr>
          <w:lang w:eastAsia="ko-KR"/>
        </w:rPr>
        <w:t xml:space="preserve"> </w:t>
      </w:r>
      <w:r>
        <w:rPr>
          <w:lang w:eastAsia="ko-KR"/>
        </w:rPr>
        <w:t>모양인가</w:t>
      </w:r>
      <w:r>
        <w:rPr>
          <w:lang w:eastAsia="ko-KR"/>
        </w:rPr>
        <w:t>’</w:t>
      </w:r>
      <w:r>
        <w:rPr>
          <w:lang w:eastAsia="ko-KR"/>
        </w:rPr>
        <w:t>만</w:t>
      </w:r>
      <w:r>
        <w:rPr>
          <w:lang w:eastAsia="ko-KR"/>
        </w:rPr>
        <w:t xml:space="preserve"> </w:t>
      </w:r>
      <w:r>
        <w:rPr>
          <w:lang w:eastAsia="ko-KR"/>
        </w:rPr>
        <w:t>보지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>, ‘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나</w:t>
      </w:r>
      <w:r>
        <w:rPr>
          <w:lang w:eastAsia="ko-KR"/>
        </w:rPr>
        <w:t xml:space="preserve"> </w:t>
      </w:r>
      <w:r>
        <w:rPr>
          <w:lang w:eastAsia="ko-KR"/>
        </w:rPr>
        <w:t>같은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씻으셨는데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발을</w:t>
      </w:r>
      <w:r>
        <w:rPr>
          <w:lang w:eastAsia="ko-KR"/>
        </w:rPr>
        <w:t xml:space="preserve"> </w:t>
      </w:r>
      <w:r>
        <w:rPr>
          <w:lang w:eastAsia="ko-KR"/>
        </w:rPr>
        <w:t>피하고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>’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묻게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혹시</w:t>
      </w:r>
      <w:r>
        <w:rPr>
          <w:lang w:eastAsia="ko-KR"/>
        </w:rPr>
        <w:t xml:space="preserve">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깨끗한</w:t>
      </w:r>
      <w:r>
        <w:rPr>
          <w:lang w:eastAsia="ko-KR"/>
        </w:rPr>
        <w:t xml:space="preserve"> </w:t>
      </w:r>
      <w:r>
        <w:rPr>
          <w:lang w:eastAsia="ko-KR"/>
        </w:rPr>
        <w:t>발만</w:t>
      </w:r>
      <w:r>
        <w:rPr>
          <w:lang w:eastAsia="ko-KR"/>
        </w:rPr>
        <w:t xml:space="preserve"> </w:t>
      </w:r>
      <w:r>
        <w:rPr>
          <w:lang w:eastAsia="ko-KR"/>
        </w:rPr>
        <w:t>씻고</w:t>
      </w:r>
      <w:r>
        <w:rPr>
          <w:lang w:eastAsia="ko-KR"/>
        </w:rPr>
        <w:t xml:space="preserve"> </w:t>
      </w:r>
      <w:r>
        <w:rPr>
          <w:lang w:eastAsia="ko-KR"/>
        </w:rPr>
        <w:t>싶어</w:t>
      </w:r>
      <w:r>
        <w:rPr>
          <w:lang w:eastAsia="ko-KR"/>
        </w:rPr>
        <w:t xml:space="preserve"> </w:t>
      </w:r>
      <w:r>
        <w:rPr>
          <w:lang w:eastAsia="ko-KR"/>
        </w:rPr>
        <w:t>하지는</w:t>
      </w:r>
      <w:r>
        <w:rPr>
          <w:lang w:eastAsia="ko-KR"/>
        </w:rPr>
        <w:t xml:space="preserve"> </w:t>
      </w:r>
      <w:r>
        <w:rPr>
          <w:lang w:eastAsia="ko-KR"/>
        </w:rPr>
        <w:t>않습니까</w:t>
      </w:r>
      <w:r>
        <w:rPr>
          <w:lang w:eastAsia="ko-KR"/>
        </w:rPr>
        <w:t xml:space="preserve">? </w:t>
      </w:r>
      <w:r>
        <w:rPr>
          <w:lang w:eastAsia="ko-KR"/>
        </w:rPr>
        <w:t>나에게</w:t>
      </w:r>
      <w:r>
        <w:rPr>
          <w:lang w:eastAsia="ko-KR"/>
        </w:rPr>
        <w:t xml:space="preserve"> </w:t>
      </w:r>
      <w:r>
        <w:rPr>
          <w:lang w:eastAsia="ko-KR"/>
        </w:rPr>
        <w:t>잘해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 xml:space="preserve">, </w:t>
      </w:r>
      <w:r>
        <w:rPr>
          <w:lang w:eastAsia="ko-KR"/>
        </w:rPr>
        <w:t>사랑하기</w:t>
      </w:r>
      <w:r>
        <w:rPr>
          <w:lang w:eastAsia="ko-KR"/>
        </w:rPr>
        <w:t xml:space="preserve"> </w:t>
      </w:r>
      <w:r>
        <w:rPr>
          <w:lang w:eastAsia="ko-KR"/>
        </w:rPr>
        <w:t>쉬운</w:t>
      </w:r>
      <w:r>
        <w:rPr>
          <w:lang w:eastAsia="ko-KR"/>
        </w:rPr>
        <w:t xml:space="preserve"> </w:t>
      </w:r>
      <w:r>
        <w:rPr>
          <w:lang w:eastAsia="ko-KR"/>
        </w:rPr>
        <w:t>사람만</w:t>
      </w:r>
      <w:r>
        <w:rPr>
          <w:lang w:eastAsia="ko-KR"/>
        </w:rPr>
        <w:t xml:space="preserve"> </w:t>
      </w:r>
      <w:r>
        <w:rPr>
          <w:lang w:eastAsia="ko-KR"/>
        </w:rPr>
        <w:t>섬기려</w:t>
      </w:r>
      <w:r>
        <w:rPr>
          <w:lang w:eastAsia="ko-KR"/>
        </w:rPr>
        <w:t xml:space="preserve"> </w:t>
      </w:r>
      <w:r>
        <w:rPr>
          <w:lang w:eastAsia="ko-KR"/>
        </w:rPr>
        <w:t>하지는</w:t>
      </w:r>
      <w:r>
        <w:rPr>
          <w:lang w:eastAsia="ko-KR"/>
        </w:rPr>
        <w:t xml:space="preserve"> </w:t>
      </w:r>
      <w:r>
        <w:rPr>
          <w:lang w:eastAsia="ko-KR"/>
        </w:rPr>
        <w:t>않습니까</w:t>
      </w:r>
      <w:r>
        <w:rPr>
          <w:lang w:eastAsia="ko-KR"/>
        </w:rPr>
        <w:t xml:space="preserve">? </w:t>
      </w:r>
      <w:r>
        <w:rPr>
          <w:lang w:eastAsia="ko-KR"/>
        </w:rPr>
        <w:t>어쩌면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피하고</w:t>
      </w:r>
      <w:r>
        <w:rPr>
          <w:lang w:eastAsia="ko-KR"/>
        </w:rPr>
        <w:t xml:space="preserve"> </w:t>
      </w:r>
      <w:r>
        <w:rPr>
          <w:lang w:eastAsia="ko-KR"/>
        </w:rPr>
        <w:t>싶은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주님께서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곁에</w:t>
      </w:r>
      <w:r>
        <w:rPr>
          <w:lang w:eastAsia="ko-KR"/>
        </w:rPr>
        <w:t xml:space="preserve"> </w:t>
      </w:r>
      <w:r>
        <w:rPr>
          <w:lang w:eastAsia="ko-KR"/>
        </w:rPr>
        <w:t>두신</w:t>
      </w:r>
      <w:r>
        <w:rPr>
          <w:lang w:eastAsia="ko-KR"/>
        </w:rPr>
        <w:t xml:space="preserve"> </w:t>
      </w:r>
      <w:r>
        <w:rPr>
          <w:lang w:eastAsia="ko-KR"/>
        </w:rPr>
        <w:t>사람일</w:t>
      </w:r>
      <w:r>
        <w:rPr>
          <w:lang w:eastAsia="ko-KR"/>
        </w:rPr>
        <w:t xml:space="preserve"> </w:t>
      </w:r>
      <w:r>
        <w:rPr>
          <w:lang w:eastAsia="ko-KR"/>
        </w:rPr>
        <w:t>수도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4B21224D" w14:textId="406D36E9" w:rsidR="007558D8" w:rsidRDefault="00680334">
      <w:pPr>
        <w:rPr>
          <w:lang w:eastAsia="ko-KR"/>
        </w:rPr>
      </w:pP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사랑했기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사랑하신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>.</w:t>
      </w:r>
      <w:r w:rsidR="005068A8">
        <w:rPr>
          <w:rFonts w:hint="eastAsia"/>
          <w:lang w:eastAsia="ko-KR"/>
        </w:rPr>
        <w:t xml:space="preserve"> </w:t>
      </w:r>
      <w:r w:rsidR="005068A8">
        <w:rPr>
          <w:rFonts w:ascii="Batang" w:eastAsia="Batang" w:hAnsi="Batang" w:cs="Batang" w:hint="eastAsia"/>
          <w:lang w:eastAsia="ko-KR"/>
        </w:rPr>
        <w:t xml:space="preserve">예수님은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아직</w:t>
      </w:r>
      <w:r>
        <w:rPr>
          <w:lang w:eastAsia="ko-KR"/>
        </w:rPr>
        <w:t xml:space="preserve"> </w:t>
      </w:r>
      <w:r>
        <w:rPr>
          <w:lang w:eastAsia="ko-KR"/>
        </w:rPr>
        <w:t>연약할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, </w:t>
      </w:r>
      <w:r>
        <w:rPr>
          <w:lang w:eastAsia="ko-KR"/>
        </w:rPr>
        <w:t>실패할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다</w:t>
      </w:r>
      <w:r>
        <w:rPr>
          <w:lang w:eastAsia="ko-KR"/>
        </w:rPr>
        <w:t xml:space="preserve"> </w:t>
      </w:r>
      <w:r>
        <w:rPr>
          <w:lang w:eastAsia="ko-KR"/>
        </w:rPr>
        <w:t>아시면서도</w:t>
      </w:r>
      <w:r>
        <w:rPr>
          <w:lang w:eastAsia="ko-KR"/>
        </w:rPr>
        <w:t xml:space="preserve"> </w:t>
      </w:r>
      <w:r>
        <w:rPr>
          <w:lang w:eastAsia="ko-KR"/>
        </w:rPr>
        <w:t>끝까지</w:t>
      </w:r>
      <w:r>
        <w:rPr>
          <w:lang w:eastAsia="ko-KR"/>
        </w:rPr>
        <w:t xml:space="preserve"> </w:t>
      </w:r>
      <w:r>
        <w:rPr>
          <w:lang w:eastAsia="ko-KR"/>
        </w:rPr>
        <w:t>사랑하셨습니다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씻고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일으키고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우리로</w:t>
      </w:r>
      <w:r>
        <w:rPr>
          <w:lang w:eastAsia="ko-KR"/>
        </w:rPr>
        <w:t xml:space="preserve"> </w:t>
      </w:r>
      <w:r>
        <w:rPr>
          <w:lang w:eastAsia="ko-KR"/>
        </w:rPr>
        <w:t>하여금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무릎을</w:t>
      </w:r>
      <w:r>
        <w:rPr>
          <w:lang w:eastAsia="ko-KR"/>
        </w:rPr>
        <w:t xml:space="preserve"> </w:t>
      </w:r>
      <w:r>
        <w:rPr>
          <w:lang w:eastAsia="ko-KR"/>
        </w:rPr>
        <w:t>꿇게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36C5D8C5" w14:textId="77777777" w:rsidR="00D02B34" w:rsidRDefault="00D02B34" w:rsidP="00CF437B">
      <w:pPr>
        <w:spacing w:line="240" w:lineRule="auto"/>
        <w:rPr>
          <w:lang w:eastAsia="ko-KR"/>
        </w:rPr>
      </w:pPr>
    </w:p>
    <w:p w14:paraId="065957CB" w14:textId="77777777" w:rsidR="00D02B34" w:rsidRDefault="00D02B34" w:rsidP="00CF437B">
      <w:pPr>
        <w:spacing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결단:</w:t>
      </w:r>
    </w:p>
    <w:p w14:paraId="5F3DEE68" w14:textId="140E5ED9" w:rsidR="00CF437B" w:rsidRPr="00CF437B" w:rsidRDefault="00CF437B" w:rsidP="00CF43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</w:pPr>
      <w:r w:rsidRPr="00CF437B">
        <w:rPr>
          <w:rFonts w:ascii="Times New Roman" w:eastAsia="Times New Roman" w:hAnsi="Symbol" w:cs="Times New Roman"/>
          <w:sz w:val="24"/>
          <w:szCs w:val="24"/>
          <w:lang w:val="en-AU" w:eastAsia="ko-KR"/>
        </w:rPr>
        <w:t>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매일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나의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더러운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발을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예수님께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b/>
          <w:bCs/>
          <w:sz w:val="24"/>
          <w:szCs w:val="24"/>
          <w:lang w:val="en-AU" w:eastAsia="ko-KR"/>
        </w:rPr>
        <w:t>내밀겠습니다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>.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죄와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상처와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부끄러움을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숨기지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않고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예수님의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십자가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은혜로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씻김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/>
          <w:sz w:val="24"/>
          <w:szCs w:val="24"/>
          <w:lang w:val="en-AU" w:eastAsia="ko-KR"/>
        </w:rPr>
        <w:t>받겠습니다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. </w:t>
      </w:r>
    </w:p>
    <w:p w14:paraId="65EFFA60" w14:textId="77777777" w:rsidR="00CF437B" w:rsidRPr="00CF437B" w:rsidRDefault="00CF437B" w:rsidP="00CF43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</w:pPr>
      <w:r w:rsidRPr="00CF437B">
        <w:rPr>
          <w:rFonts w:ascii="Times New Roman" w:eastAsia="Times New Roman" w:hAnsi="Symbol" w:cs="Times New Roman"/>
          <w:sz w:val="24"/>
          <w:szCs w:val="24"/>
          <w:lang w:val="en-AU" w:eastAsia="ko-KR"/>
        </w:rPr>
        <w:t>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나는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이미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끝까지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사랑받은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사람임을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기억하겠습니다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>.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사람의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인정이나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보상을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기대하며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섬기지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않고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예수님께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받은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사랑과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은혜로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섬기겠습니다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. </w:t>
      </w:r>
    </w:p>
    <w:p w14:paraId="2D5D4435" w14:textId="137175A4" w:rsidR="00CF437B" w:rsidRDefault="00CF437B" w:rsidP="00CF437B">
      <w:pPr>
        <w:rPr>
          <w:rFonts w:hint="eastAsia"/>
          <w:lang w:eastAsia="ko-KR"/>
        </w:rPr>
      </w:pPr>
      <w:r w:rsidRPr="00CF437B">
        <w:rPr>
          <w:rFonts w:ascii="Times New Roman" w:eastAsia="Times New Roman" w:hAnsi="Symbol" w:cs="Times New Roman"/>
          <w:sz w:val="24"/>
          <w:szCs w:val="24"/>
          <w:lang w:val="en-AU" w:eastAsia="ko-KR"/>
        </w:rPr>
        <w:t>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주님이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내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곁에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두신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한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사람의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발을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="00DA0249" w:rsidRPr="00DA0249">
        <w:rPr>
          <w:rFonts w:ascii="Times New Roman" w:eastAsia="Times New Roman" w:hAnsi="Times New Roman" w:cs="Times New Roman" w:hint="eastAsia"/>
          <w:sz w:val="24"/>
          <w:szCs w:val="24"/>
          <w:lang w:val="en-AU" w:eastAsia="ko-KR"/>
        </w:rPr>
        <w:t>(</w:t>
      </w:r>
      <w:r w:rsidR="00DA0249" w:rsidRPr="00DA0249">
        <w:rPr>
          <w:rFonts w:ascii="Batang" w:eastAsia="Batang" w:hAnsi="Batang" w:cs="Batang" w:hint="eastAsia"/>
          <w:sz w:val="24"/>
          <w:szCs w:val="24"/>
          <w:lang w:val="en-AU" w:eastAsia="ko-KR"/>
        </w:rPr>
        <w:t>목장에서 교회에서 학교에서 가정에서 일터에서)</w:t>
      </w:r>
      <w:r w:rsidR="00DA0249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실제로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b/>
          <w:bCs/>
          <w:sz w:val="24"/>
          <w:szCs w:val="24"/>
          <w:lang w:val="en-AU" w:eastAsia="ko-KR"/>
        </w:rPr>
        <w:t>씻겠습니다</w:t>
      </w:r>
      <w:r w:rsidRPr="00CF437B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ko-KR"/>
        </w:rPr>
        <w:t>.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사랑하기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쉬운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사람만이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아니라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내가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피하고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싶은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사람에게도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먼저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다가가고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듣고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용서하고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,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섬기는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사랑을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 xml:space="preserve"> </w:t>
      </w:r>
      <w:r w:rsidRPr="00CF437B">
        <w:rPr>
          <w:rFonts w:ascii="Batang" w:eastAsia="Batang" w:hAnsi="Batang" w:cs="Batang" w:hint="eastAsia"/>
          <w:sz w:val="24"/>
          <w:szCs w:val="24"/>
          <w:lang w:val="en-AU" w:eastAsia="ko-KR"/>
        </w:rPr>
        <w:t>실천하겠습니다</w:t>
      </w:r>
      <w:r w:rsidRPr="00CF437B">
        <w:rPr>
          <w:rFonts w:ascii="Times New Roman" w:eastAsia="Times New Roman" w:hAnsi="Times New Roman" w:cs="Times New Roman"/>
          <w:sz w:val="24"/>
          <w:szCs w:val="24"/>
          <w:lang w:val="en-AU" w:eastAsia="ko-KR"/>
        </w:rPr>
        <w:t>.</w:t>
      </w:r>
    </w:p>
    <w:sectPr w:rsidR="00CF437B" w:rsidSect="00034616">
      <w:pgSz w:w="12240" w:h="15840"/>
      <w:pgMar w:top="510" w:right="567" w:bottom="51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Noto Sans CJK KR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7973476">
    <w:abstractNumId w:val="8"/>
  </w:num>
  <w:num w:numId="2" w16cid:durableId="602343690">
    <w:abstractNumId w:val="6"/>
  </w:num>
  <w:num w:numId="3" w16cid:durableId="229386115">
    <w:abstractNumId w:val="5"/>
  </w:num>
  <w:num w:numId="4" w16cid:durableId="1055081278">
    <w:abstractNumId w:val="4"/>
  </w:num>
  <w:num w:numId="5" w16cid:durableId="1205752520">
    <w:abstractNumId w:val="7"/>
  </w:num>
  <w:num w:numId="6" w16cid:durableId="1174807314">
    <w:abstractNumId w:val="3"/>
  </w:num>
  <w:num w:numId="7" w16cid:durableId="1952087844">
    <w:abstractNumId w:val="2"/>
  </w:num>
  <w:num w:numId="8" w16cid:durableId="1007757779">
    <w:abstractNumId w:val="1"/>
  </w:num>
  <w:num w:numId="9" w16cid:durableId="87913066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116"/>
    <w:rsid w:val="00012988"/>
    <w:rsid w:val="00034616"/>
    <w:rsid w:val="000561C1"/>
    <w:rsid w:val="0006063C"/>
    <w:rsid w:val="00065BAC"/>
    <w:rsid w:val="00080D81"/>
    <w:rsid w:val="001101C9"/>
    <w:rsid w:val="00114F03"/>
    <w:rsid w:val="00142B15"/>
    <w:rsid w:val="0015074B"/>
    <w:rsid w:val="00156201"/>
    <w:rsid w:val="001E7C8C"/>
    <w:rsid w:val="00206420"/>
    <w:rsid w:val="00292A20"/>
    <w:rsid w:val="0029639D"/>
    <w:rsid w:val="002F622C"/>
    <w:rsid w:val="00321229"/>
    <w:rsid w:val="00326F90"/>
    <w:rsid w:val="003453BB"/>
    <w:rsid w:val="00345B43"/>
    <w:rsid w:val="003513D3"/>
    <w:rsid w:val="003A7A52"/>
    <w:rsid w:val="004261A8"/>
    <w:rsid w:val="00475886"/>
    <w:rsid w:val="0048058E"/>
    <w:rsid w:val="004A2C74"/>
    <w:rsid w:val="004C6C77"/>
    <w:rsid w:val="005068A8"/>
    <w:rsid w:val="005969BE"/>
    <w:rsid w:val="00680334"/>
    <w:rsid w:val="006B12CB"/>
    <w:rsid w:val="006E4D13"/>
    <w:rsid w:val="00705734"/>
    <w:rsid w:val="007108CE"/>
    <w:rsid w:val="00733D50"/>
    <w:rsid w:val="007558D8"/>
    <w:rsid w:val="00782D2C"/>
    <w:rsid w:val="0080667C"/>
    <w:rsid w:val="008512D2"/>
    <w:rsid w:val="008D4528"/>
    <w:rsid w:val="00930868"/>
    <w:rsid w:val="00947CC2"/>
    <w:rsid w:val="00A007C7"/>
    <w:rsid w:val="00A25EF2"/>
    <w:rsid w:val="00A31E81"/>
    <w:rsid w:val="00A912A7"/>
    <w:rsid w:val="00AA1D8D"/>
    <w:rsid w:val="00AB7D20"/>
    <w:rsid w:val="00AE236A"/>
    <w:rsid w:val="00B418F6"/>
    <w:rsid w:val="00B47730"/>
    <w:rsid w:val="00B61B83"/>
    <w:rsid w:val="00B91CAD"/>
    <w:rsid w:val="00BE7FD9"/>
    <w:rsid w:val="00C10922"/>
    <w:rsid w:val="00C642F5"/>
    <w:rsid w:val="00C82BD1"/>
    <w:rsid w:val="00CB0664"/>
    <w:rsid w:val="00CF1ED4"/>
    <w:rsid w:val="00CF437B"/>
    <w:rsid w:val="00D02B34"/>
    <w:rsid w:val="00D24A9D"/>
    <w:rsid w:val="00D6084F"/>
    <w:rsid w:val="00DA0249"/>
    <w:rsid w:val="00E20A07"/>
    <w:rsid w:val="00E37DAA"/>
    <w:rsid w:val="00E601EE"/>
    <w:rsid w:val="00E655ED"/>
    <w:rsid w:val="00E70AB6"/>
    <w:rsid w:val="00ED59D1"/>
    <w:rsid w:val="00EE47DA"/>
    <w:rsid w:val="00F15F5F"/>
    <w:rsid w:val="00F270E4"/>
    <w:rsid w:val="00FB3FE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A0E3B1AB-B327-DD49-8DF9-7CC8EF4F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50" w:lineRule="auto"/>
    </w:pPr>
    <w:rPr>
      <w:rFonts w:ascii="Noto Sans CJK KR" w:eastAsia="Noto Sans CJK KR" w:hAnsi="Noto Sans CJK 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Isaac Lee</cp:lastModifiedBy>
  <cp:revision>2</cp:revision>
  <dcterms:created xsi:type="dcterms:W3CDTF">2026-09-12T22:36:00Z</dcterms:created>
  <dcterms:modified xsi:type="dcterms:W3CDTF">2026-09-12T22:36:00Z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2026-09-12T21:13:01Z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6e592988-70ce-4097-81b8-6958b722a432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