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Noto Sans" w:hAnsi="Noto Sans" w:eastAsia="Noto Sans CJK SC" w:cs="Noto Sans"/>
          <w:b/>
          <w:sz w:val="30"/>
        </w:rPr>
        <w:t>爱他们到底的耶稣</w:t>
      </w:r>
    </w:p>
    <w:p>
      <w:pPr>
        <w:spacing w:after="140"/>
        <w:jc w:val="center"/>
      </w:pPr>
      <w:r>
        <w:rPr>
          <w:rFonts w:ascii="Noto Sans" w:hAnsi="Noto Sans" w:eastAsia="Noto Sans CJK SC" w:cs="Noto Sans"/>
          <w:b/>
          <w:sz w:val="21"/>
        </w:rPr>
        <w:t>约翰福音 13:1–17</w:t>
      </w:r>
    </w:p>
    <w:p>
      <w:pPr>
        <w:spacing w:before="100" w:after="40"/>
        <w:ind w:firstLine="0"/>
      </w:pPr>
      <w:r>
        <w:rPr>
          <w:rFonts w:ascii="Noto Sans" w:hAnsi="Noto Sans" w:eastAsia="Noto Sans CJK SC" w:cs="Noto Sans"/>
          <w:b/>
          <w:sz w:val="23"/>
        </w:rPr>
        <w:t>引言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当一个人很可爱的时候，爱他并不难。真正困难的是，当那个人让我们失望的时候。我们被亲近的人伤害，看见对方一再犯同样的错误，或者觉得自己付出了很多却没有得到回应时，心里很容易出现这样的想法：“为什么他还不改变？为什么总是我在服事？”在家庭里会这样，在教会里会这样，在牧场小组里也会这样。起初带着喜乐做的服事，有一天可能会变成负担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但是今天的经文并没有先对疲惫的我们说：“你要更努力服事。”约翰先带我们进入一个场景。这是耶稣上十字架前一夜。耶稣知道自己很快会被抓、被嘲笑、被鞭打，并且被钉十字架。祂也知道门徒会逃跑，彼得会三次不认祂，犹大会背叛祂。按人的想法，这本来应该是耶稣最需要被安慰、被服事的时候。但是耶稣却从席上起来，拿起毛巾，跪在门徒的脚前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如果我们仔细看这个场景，就会看见耶稣是谁，祂的爱有多深，也会看见一个真正领受了这份爱的人应该怎样生活。首先，我们必须明白一件事：爱的起点，不是我为耶稣服事得多好，而是耶稣怎样爱了我。</w:t>
      </w:r>
    </w:p>
    <w:p>
      <w:pPr>
        <w:spacing w:before="100" w:after="40"/>
        <w:ind w:firstLine="0"/>
      </w:pPr>
      <w:r>
        <w:rPr>
          <w:rFonts w:ascii="Noto Sans" w:hAnsi="Noto Sans" w:eastAsia="Noto Sans CJK SC" w:cs="Noto Sans"/>
          <w:b/>
          <w:sz w:val="23"/>
        </w:rPr>
        <w:t>一、耶稣爱他们到底——1–5节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第1节打开了整个事件：“他既然爱世间属自己的人，就爱他们到底。”这里“爱”的希腊文是 ἀγαπάω (agapaō)。经文连续用了 ἀγαπήσας 和 ἠγάπησεν，两个都是不定过去时的形式，也让我们看见耶稣持续的爱。特别是“到底”这个词是 εἰς τέλος (eis telos)，既可以表示爱到最后，也有完全、彻底、爱到极处的意思。耶稣爱门徒，不是因为他们表现得好。祂知道再过几个小时彼得会三次不认祂，其他门徒会逃跑，也知道犹大已经决定出卖祂。即使如此，耶稣仍然爱他们到底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人在面对巨大痛苦时，很容易陷入自怜。当我很辛苦的时候，常常看不见别人的需要，心里只会想：“我已经这么难了。”但是耶稣即使看见十字架就在眼前，也没有陷入自怜。门徒的软弱和失败也没有使祂停止爱他们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第3节更加令人惊讶。耶稣知道父已经把万有交在祂手里，也知道自己从神而来，又要回到神那里去。耶稣不是因为不知道自己是谁，所以才谦卑下来。祂非常清楚自己的身份和权柄。可是紧接着，祂就站起来，脱下外衣，拿毛巾束腰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第3–4节告诉我们，万有都在耶稣手里。掌管天地的权柄就在祂手中。可是祂却用这双手去洗门徒又脏又有味道的脚。这个世界常常是权力越大，就越希望别人服事自己。但耶稣的权柄完全相反。最高的主做最低的工作，主自己走到仆人的位置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当时人穿着凉鞋走在尘土很多的路上，所以回到家需要洗脚。这通常是仆人做的工作。但是门徒中没有人愿意去做。就在他们想着“谁更大”的时候，耶稣亲自拿起了毛巾。祂不只是用话教导真正的伟大，而是用行动给他们看。世界常常用“有多少人服事我”来衡量成功，耶稣却用“我愿意服事多少人”重新定义伟大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第4节“脱下外衣”使用的动词是 τίθημι (tithēmi)。约翰福音第10章中，耶稣说“我为羊舍命”时，也使用同一个动词。这并不是说“脱下外衣”这个动作本身就等于十字架，但是从约翰福音整体来看，这个画面非常有力量：耶稣放下外衣，降卑成为仆人，也指向祂最终在十字架上舍下自己的生命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这个画面也照亮我们的生命。当我们不确定自己的身份时，就会不断从别人那里寻找认可。我们服事了却没人看见，就会委屈；别人被称赞时，我们就会比较。但是当我们真正知道自己是神所爱的儿女，也知道耶稣用自己的血买赎了我们，我们就不必拼命争高位、求认可。我们宝贵到一个地步，创造主愿意为我们流血。当我们确信自己被耶稣深爱，就能够在人面前谦卑下来。</w:t>
      </w:r>
    </w:p>
    <w:p>
      <w:pPr>
        <w:spacing w:before="100" w:after="40"/>
        <w:ind w:firstLine="0"/>
      </w:pPr>
      <w:r>
        <w:rPr>
          <w:rFonts w:ascii="Noto Sans" w:hAnsi="Noto Sans" w:eastAsia="Noto Sans CJK SC" w:cs="Noto Sans"/>
          <w:b/>
          <w:sz w:val="23"/>
        </w:rPr>
        <w:t>二、耶稣先洗净我——6–11节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耶稣洗门徒的脚，来到彼得面前。彼得说：“主啊，你洗我的脚吗？”对彼得来说，整个角色都颠倒了。他觉得应该是自己洗耶稣的脚，怎么可以让主来洗自己的脚呢？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耶稣说：“我所做的，你如今不知道，后来必明白。”这里“如今不知道”用了 οἶδα (oida)；“后来必明白”用了来自 γινώσκω (ginōskō) 的 γνώσῃ。那时彼得眼里只有水、盆和毛巾。但是经过十字架和复活以后，他会明白，这不只是洗脚，而是一幅福音的图画：主为了洁净罪人，亲自降卑自己。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可是彼得非常强烈地拒绝：“你永不可洗我的脚！”听起来好像很谦卑：“我怎么能让主为我做这种事呢？”但是这种反应里面也可能隐藏着另一种骄傲。彼得想为耶稣做些什么，可是耶稣先对他说：“必须由我来洗你。”真正的谦卑，就是把自己的脚伸给耶稣，让祂来洗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请看第8节：“我若不洗你，你就与我无分了。”意思是：“如果我不洗你，你就不能与我同有一份，你不能真正属于我。”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这就是福音的次序。基督信仰不是从“我为耶稣做了什么”开始，而是从“我接受耶稣为我所做的”开始。服事很重要，传福音很重要，服事牧场小组也很重要。但是在这一切以前，还有一件更根本的事：把我肮脏的脚伸到耶稣面前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我们可以这样祷告：“主啊，我里面有骄傲，有恨，有贪心，也有伤口和罪。我不能靠自己的力量把这些洗干净。主啊，求你洗净我。”这才是真正的谦卑。真正的谦卑不是说：“我没事，我不需要帮助。”而是不隐藏自己肮脏和软弱的地方，把它们带到主面前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这时彼得又走到另一个极端：“主啊，不但我的脚，连手和头也要洗！”耶稣说，已经洗过澡的人，只要洗脚就够了。这里用了两个不同的词。λούω (louō) 指全身洗澡，νίπτω (niptō) 指洗身体的一部分，例如脚。λελουμένος (leloumenos)“已经洗过澡的人”是完成分词，表示这个人已经被洗净，而且这个洁净的结果仍然存在。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这个图画让我们看见救恩的两个方面：有一种根本的洗净，不需要一再重复；也有每天仍然需要的“洗脚”。一个真正属于基督的人，不需要每天从头再得救一次。但是我们活在这个世界上仍然会犯罪，脚上仍然会沾上尘土，所以我们每天仍然需要主的洁净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耶稣说：“你们是干净的，然而不都是干净的。”这里“干净”的希腊文是 καθαρός (katharos)。在约翰福音15:3，耶稣也用同一词根说：“现在你们因我讲给你们的道，已经干净了。”所以这里不只是脚上没有灰尘，而是指人在与耶稣的关系中被洁净。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但是耶稣又说：“不都是干净的。”这是因为犹大。犹大身体上和门徒一起在那里，也在洗脚的场景中，但是他的心已经离开了耶稣。这给我们一个严肃的问题：在教会很多年，不代表我们自动就是洁净的；有职分、做很多服事，也不代表我们自动属于基督。真正重要的是，我们有没有接受耶稣的话和恩典，被祂洗净；也有没有每天把自己肮脏的部分带到耶稣面前认罪，让祂洁净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彼得也失败了。他很快会三次不认耶稣。但是彼得和犹大有一个重要的不同：彼得失败之后回到了耶稣面前。基督徒的身份不是“我从不失败”，而是“即使失败，我仍然回到耶稣的恩典中，因为我是被祂洗净的人。”对我们来说，答案始终是耶稣。</w:t>
      </w:r>
    </w:p>
    <w:p>
      <w:pPr>
        <w:spacing w:before="100" w:after="40"/>
        <w:ind w:firstLine="0"/>
      </w:pPr>
      <w:r>
        <w:rPr>
          <w:rFonts w:ascii="Noto Sans" w:hAnsi="Noto Sans" w:eastAsia="Noto Sans CJK SC" w:cs="Noto Sans"/>
          <w:b/>
          <w:sz w:val="23"/>
        </w:rPr>
        <w:t>三、被洗净的人去洗别人的脚——12–17节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耶稣洗完门徒的脚，又穿上衣服坐下，然后问他们：“我向你们所做的，你们明白吗？”门徒当然亲眼看见耶稣洗脚。所以耶稣不是在问：“你们看见发生什么了吗？”祂是在问：“你们真的明白我为什么这样做，这件事真正是什么意思吗？”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耶稣说：“我是你们的主，你们的夫子，尚且洗你们的脚，你们也当彼此洗脚。”这里“当”所对应的是 ὀφείλετε (opheilete)，是一个很强的词，有“欠债、应当、有责任去做”的意思。耶稣不是说：“如果你方便，就彼此服事吧。”祂是在说：“因为我这样服事了你们，所以你们也应当彼此服事。”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但是这里仍然不能弄错次序。不是先说“你们去洗”，而是耶稣先洗了他们。先有恩典，后有责任；先被爱，然后才去爱。这就是福音式的服事和靠自己证明自己的服事之间的不同。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耶稣所要求的爱，不只是自然的喜欢或温暖的感觉，而是会变成行动。喜欢一个容易相处的人很自然，但是耶稣的爱会看见对方真正的需要，并且走向那个需要。爱会付出时间、精力，有时也要放下自己的舒适。而且这种爱不是从空空的心里勉强挤出来的，而是从我们已经领受的耶稣之爱流出来的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所以我们也需要思想，为什么服事会使我们疲惫。如果我们心里偷偷想：“我已经做这么多了，他也应该对我好一点吧”，我们很快就会累。别人没看见，我们会委屈；别人不感谢，我们就想停止。但是当我们被耶稣的爱充满，计算方式就会改变。我们不再问：“这个人能给我什么？”而会问：“我在基督里已经得到了什么？”因为我们已经领受了这么大的恩典，服事就不再是一场交易，而成为感恩的回应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第15节耶稣说：“我给你们作了榜样，叫你们照着我向你们所做的去做。”这里“榜样”是 ὑπόδειγμα (hypodeigma)，意思是需要跟随的样式和模式。重点不只是重复一个洗脚仪式，而是像耶稣一样降卑自己，真实地承担别人的需要。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所以健康的教会和健康的牧场小组，不是只有少数人一直服事。也不是只有牧者或组长服事，其他人只接受服事。健康的共同体是彼此洗脚的共同体，是每个人都寻找自己能做什么的共同体，是即使没人看见，也愿意去做需要做之事的共同体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为什么偏偏是脚呢？脚是人不太愿意展示的部位，容易沾上灰尘，也会有味道。我们的生命里也有这样的“脚”：反复的错误、性格中的软弱、伤口、自私、不成熟，以及让别人觉得不舒服的部分。我们很想只洗“干净的脚”。那些和我合得来、听得懂我、对我好的人，很容易去爱。但是爱不是只喜欢一个人美好的一面，也是在祷告中承担他的软弱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今天“洗脚”的爱可能并不轰轰烈烈。它可以是主动打电话给孤单的人，探望生病的人，长时间聆听受伤的人，在牧场小组用心预备食物，主动和第一次来教会的人说话，为VIP腾出时间，安静做没人注意的清洁工作，向难以原谅的人先伸出手，或者在需要的时候先说一句：“对不起。”这些都可能是今天主让我们去洗的“脚”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当然，洗脚式的爱并不等于对罪和恶不加分辨地接受。真正的爱包含真理。即使我们必须指出错误，也不等于要恨那个人或放弃那个人。耶稣不是丢掉真理去爱人，而是在真理中爱到底。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第16节耶稣说：“仆人不能大于主人，受差的人也不能大于差他的人。”如果我们的主都跪下了，我们就不能说：“这种事情不是我该做的。”没有一个门徒比主更高。如果主拿起了毛巾，门徒也必须拿起毛巾。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第17节非常实际：“你们既知道这事，若是去行就有福了。”只有知道还不够。当我们真的跪在一个很难服事的人面前，当爱变成行动时，我们就开始经历主所说的福。</w:t>
      </w:r>
    </w:p>
    <w:p>
      <w:pPr>
        <w:spacing w:before="100" w:after="40"/>
        <w:ind w:firstLine="0"/>
      </w:pPr>
      <w:r>
        <w:rPr>
          <w:rFonts w:ascii="Noto Sans" w:hAnsi="Noto Sans" w:eastAsia="Noto Sans CJK SC" w:cs="Noto Sans"/>
          <w:b/>
          <w:sz w:val="23"/>
        </w:rPr>
        <w:t>结论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让我们再回到今天经文中的那个画面。万有都在耶稣手里，但祂手里没有拿王的权杖，而是拿了毛巾。祂跪在门徒脚前。彼得想拒绝这双手，但是耶稣说：“我必须洗你。”然后祂又对那些已经被洗的人说：“现在你们也要彼此洗脚。”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所以今天我们最先需要做的，是把自己的脚伸给耶稣。你心里有没有隐藏的罪？有没有不愿告诉任何人的伤口和羞耻？有没有一个部分，你甚至不想让耶稣看见？主正要洗那个地方。不是等我先把自己洗干净再去找耶稣，而是带着我的肮脏来到祂面前，让祂来洗净我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当我们被主洗净以后，看别人的眼光也会改变。我们不再只问：“这个人为什么这么糟？”而会开始问：“主连我这样的人的脚都洗了，我现在在躲避谁的脚？”我是不是只想洗干净的脚？我是不是只愿意服事对我好、容易去爱的人？也许那个我最想躲开的人，正是主放在我身边、要我去爱的人。</w:t>
      </w:r>
    </w:p>
    <w:p>
      <w:pPr>
        <w:spacing w:after="50" w:line="247" w:lineRule="auto"/>
        <w:ind w:firstLine="317"/>
      </w:pPr>
      <w:r>
        <w:rPr>
          <w:rFonts w:ascii="Noto Sans" w:hAnsi="Noto Sans" w:eastAsia="Noto Sans CJK SC" w:cs="Noto Sans"/>
          <w:b w:val="0"/>
          <w:sz w:val="21"/>
        </w:rPr>
        <w:t>耶稣爱我们，不是因为我们先爱了祂。祂明明知道我们的软弱，也知道我们会失败，仍然爱我们到底。正是这份爱洗净我们，再次扶起我们，也使我们愿意在别人面前跪下来服事。</w:t>
      </w:r>
    </w:p>
    <w:p>
      <w:pPr>
        <w:spacing w:before="100" w:after="40"/>
        <w:ind w:firstLine="0"/>
      </w:pPr>
      <w:r>
        <w:rPr>
          <w:rFonts w:ascii="Noto Sans" w:hAnsi="Noto Sans" w:eastAsia="Noto Sans CJK SC" w:cs="Noto Sans"/>
          <w:b/>
          <w:sz w:val="23"/>
        </w:rPr>
        <w:t>回应与决志</w:t>
      </w:r>
    </w:p>
    <w:p>
      <w:pPr>
        <w:spacing w:after="60" w:line="250" w:lineRule="auto"/>
        <w:ind w:left="288" w:hanging="173"/>
      </w:pPr>
      <w:r>
        <w:rPr>
          <w:rFonts w:ascii="Noto Sans" w:hAnsi="Noto Sans" w:eastAsia="Noto Sans CJK SC" w:cs="Noto Sans"/>
          <w:b w:val="0"/>
          <w:sz w:val="21"/>
        </w:rPr>
        <w:t>• 每天，我要把自己肮脏的脚伸给耶稣。我不隐藏自己的罪、伤口和羞耻，要在耶稣十字架的恩典中接受洁净。</w:t>
      </w:r>
    </w:p>
    <w:p>
      <w:pPr>
        <w:spacing w:after="60" w:line="250" w:lineRule="auto"/>
        <w:ind w:left="288" w:hanging="173"/>
      </w:pPr>
      <w:r>
        <w:rPr>
          <w:rFonts w:ascii="Noto Sans" w:hAnsi="Noto Sans" w:eastAsia="Noto Sans CJK SC" w:cs="Noto Sans"/>
          <w:b w:val="0"/>
          <w:sz w:val="21"/>
        </w:rPr>
        <w:t>• 我要记得，我已经被爱到底。我不再为了人的认可或回报而服事，而要从耶稣已经给我的爱和恩典中去服事。</w:t>
      </w:r>
    </w:p>
    <w:p>
      <w:pPr>
        <w:spacing w:after="60" w:line="250" w:lineRule="auto"/>
        <w:ind w:left="288" w:hanging="173"/>
      </w:pPr>
      <w:r>
        <w:rPr>
          <w:rFonts w:ascii="Noto Sans" w:hAnsi="Noto Sans" w:eastAsia="Noto Sans CJK SC" w:cs="Noto Sans"/>
          <w:b w:val="0"/>
          <w:sz w:val="21"/>
        </w:rPr>
        <w:t>• 我要真实地去洗主放在我身边一个人的脚——在牧场小组、教会、学校、家庭或工作场所。我不只服事容易爱的人，也愿意主动走向那些我想躲避的人，聆听、饶恕，并用行动去服事他们。</w:t>
      </w:r>
    </w:p>
    <w:sectPr w:rsidR="00FC693F" w:rsidRPr="0006063C" w:rsidSect="00034616">
      <w:pgSz w:w="12240" w:h="15840"/>
      <w:pgMar w:top="691" w:right="792" w:bottom="691" w:left="7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60" w:line="250" w:lineRule="auto"/>
      <w:ind w:firstLine="288"/>
    </w:pPr>
    <w:rPr>
      <w:rFonts w:ascii="Noto Sans CJK SC" w:hAnsi="Noto Sans CJK SC" w:eastAsia="Noto Sans CJK SC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