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BBBE63" w14:textId="77777777" w:rsidR="005F2AA3" w:rsidRDefault="00A572F4">
      <w:pPr>
        <w:pStyle w:val="Title"/>
        <w:jc w:val="center"/>
        <w:rPr>
          <w:lang w:eastAsia="ko-KR"/>
        </w:rPr>
      </w:pPr>
      <w:r>
        <w:rPr>
          <w:lang w:eastAsia="ko-KR"/>
        </w:rPr>
        <w:t>근심하지</w:t>
      </w:r>
      <w:r>
        <w:rPr>
          <w:lang w:eastAsia="ko-KR"/>
        </w:rPr>
        <w:t xml:space="preserve"> </w:t>
      </w:r>
      <w:r>
        <w:rPr>
          <w:lang w:eastAsia="ko-KR"/>
        </w:rPr>
        <w:t>말라</w:t>
      </w:r>
      <w:r>
        <w:rPr>
          <w:lang w:eastAsia="ko-KR"/>
        </w:rPr>
        <w:t xml:space="preserve">,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곧</w:t>
      </w:r>
      <w:r>
        <w:rPr>
          <w:lang w:eastAsia="ko-KR"/>
        </w:rPr>
        <w:t xml:space="preserve"> </w:t>
      </w:r>
      <w:r>
        <w:rPr>
          <w:lang w:eastAsia="ko-KR"/>
        </w:rPr>
        <w:t>길이다</w:t>
      </w:r>
    </w:p>
    <w:p w14:paraId="17839B22" w14:textId="77777777" w:rsidR="005F2AA3" w:rsidRDefault="00A572F4">
      <w:pPr>
        <w:jc w:val="center"/>
        <w:rPr>
          <w:lang w:eastAsia="ko-KR"/>
        </w:rPr>
      </w:pPr>
      <w:r>
        <w:rPr>
          <w:b/>
          <w:sz w:val="24"/>
          <w:lang w:eastAsia="ko-KR"/>
        </w:rPr>
        <w:t>요한복음</w:t>
      </w:r>
      <w:r>
        <w:rPr>
          <w:b/>
          <w:sz w:val="24"/>
          <w:lang w:eastAsia="ko-KR"/>
        </w:rPr>
        <w:t xml:space="preserve"> 14:1–6</w:t>
      </w:r>
    </w:p>
    <w:p w14:paraId="2EE31F8D" w14:textId="77777777" w:rsidR="005F2AA3" w:rsidRDefault="00A572F4">
      <w:pPr>
        <w:pStyle w:val="Heading1"/>
        <w:spacing w:before="160" w:after="80"/>
        <w:rPr>
          <w:lang w:eastAsia="ko-KR"/>
        </w:rPr>
      </w:pPr>
      <w:r>
        <w:rPr>
          <w:lang w:eastAsia="ko-KR"/>
        </w:rPr>
        <w:t>서론</w:t>
      </w:r>
      <w:r>
        <w:rPr>
          <w:lang w:eastAsia="ko-KR"/>
        </w:rPr>
        <w:t xml:space="preserve">: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그렇게</w:t>
      </w:r>
      <w:r>
        <w:rPr>
          <w:lang w:eastAsia="ko-KR"/>
        </w:rPr>
        <w:t xml:space="preserve"> </w:t>
      </w:r>
      <w:r>
        <w:rPr>
          <w:lang w:eastAsia="ko-KR"/>
        </w:rPr>
        <w:t>흔들렸는가</w:t>
      </w:r>
    </w:p>
    <w:p w14:paraId="5A3E208A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예수님께서는</w:t>
      </w:r>
      <w:r>
        <w:rPr>
          <w:lang w:eastAsia="ko-KR"/>
        </w:rPr>
        <w:t xml:space="preserve"> </w:t>
      </w:r>
      <w:r>
        <w:rPr>
          <w:lang w:eastAsia="ko-KR"/>
        </w:rPr>
        <w:t>마지막</w:t>
      </w:r>
      <w:r>
        <w:rPr>
          <w:lang w:eastAsia="ko-KR"/>
        </w:rPr>
        <w:t xml:space="preserve"> </w:t>
      </w:r>
      <w:r>
        <w:rPr>
          <w:lang w:eastAsia="ko-KR"/>
        </w:rPr>
        <w:t>만찬</w:t>
      </w:r>
      <w:r>
        <w:rPr>
          <w:lang w:eastAsia="ko-KR"/>
        </w:rPr>
        <w:t xml:space="preserve"> </w:t>
      </w:r>
      <w:r>
        <w:rPr>
          <w:lang w:eastAsia="ko-KR"/>
        </w:rPr>
        <w:t>자리에서</w:t>
      </w:r>
      <w:r>
        <w:rPr>
          <w:lang w:eastAsia="ko-KR"/>
        </w:rPr>
        <w:t xml:space="preserve"> </w:t>
      </w:r>
      <w:r>
        <w:rPr>
          <w:lang w:eastAsia="ko-KR"/>
        </w:rPr>
        <w:t>제자들에게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곧</w:t>
      </w:r>
      <w:r>
        <w:rPr>
          <w:lang w:eastAsia="ko-KR"/>
        </w:rPr>
        <w:t xml:space="preserve"> </w:t>
      </w:r>
      <w:r>
        <w:rPr>
          <w:lang w:eastAsia="ko-KR"/>
        </w:rPr>
        <w:t>떠나실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여러</w:t>
      </w:r>
      <w:r>
        <w:rPr>
          <w:lang w:eastAsia="ko-KR"/>
        </w:rPr>
        <w:t xml:space="preserve"> </w:t>
      </w:r>
      <w:r>
        <w:rPr>
          <w:lang w:eastAsia="ko-KR"/>
        </w:rPr>
        <w:t>차례</w:t>
      </w:r>
      <w:r>
        <w:rPr>
          <w:lang w:eastAsia="ko-KR"/>
        </w:rPr>
        <w:t xml:space="preserve"> </w:t>
      </w:r>
      <w:r>
        <w:rPr>
          <w:lang w:eastAsia="ko-KR"/>
        </w:rPr>
        <w:t>말씀하셨습니다</w:t>
      </w:r>
      <w:r>
        <w:rPr>
          <w:lang w:eastAsia="ko-KR"/>
        </w:rPr>
        <w:t xml:space="preserve">. </w:t>
      </w:r>
      <w:r>
        <w:rPr>
          <w:lang w:eastAsia="ko-KR"/>
        </w:rPr>
        <w:t>요한복음</w:t>
      </w:r>
      <w:r>
        <w:rPr>
          <w:lang w:eastAsia="ko-KR"/>
        </w:rPr>
        <w:t xml:space="preserve"> 13</w:t>
      </w:r>
      <w:r>
        <w:rPr>
          <w:lang w:eastAsia="ko-KR"/>
        </w:rPr>
        <w:t>장</w:t>
      </w:r>
      <w:r>
        <w:rPr>
          <w:lang w:eastAsia="ko-KR"/>
        </w:rPr>
        <w:t xml:space="preserve"> 33</w:t>
      </w:r>
      <w:r>
        <w:rPr>
          <w:lang w:eastAsia="ko-KR"/>
        </w:rPr>
        <w:t>절과</w:t>
      </w:r>
      <w:r>
        <w:rPr>
          <w:lang w:eastAsia="ko-KR"/>
        </w:rPr>
        <w:t xml:space="preserve"> 36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특별히</w:t>
      </w:r>
      <w:r>
        <w:rPr>
          <w:lang w:eastAsia="ko-KR"/>
        </w:rPr>
        <w:t xml:space="preserve"> </w:t>
      </w:r>
      <w:r>
        <w:rPr>
          <w:lang w:eastAsia="ko-KR"/>
        </w:rPr>
        <w:t>강조하셨습니다</w:t>
      </w:r>
      <w:r>
        <w:rPr>
          <w:lang w:eastAsia="ko-KR"/>
        </w:rPr>
        <w:t>. “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곳에</w:t>
      </w:r>
      <w:r>
        <w:rPr>
          <w:lang w:eastAsia="ko-KR"/>
        </w:rPr>
        <w:t xml:space="preserve"> </w:t>
      </w:r>
      <w:r>
        <w:rPr>
          <w:lang w:eastAsia="ko-KR"/>
        </w:rPr>
        <w:t>너희가</w:t>
      </w:r>
      <w:r>
        <w:rPr>
          <w:lang w:eastAsia="ko-KR"/>
        </w:rPr>
        <w:t xml:space="preserve"> </w:t>
      </w:r>
      <w:r>
        <w:rPr>
          <w:lang w:eastAsia="ko-KR"/>
        </w:rPr>
        <w:t>지금은</w:t>
      </w:r>
      <w:r>
        <w:rPr>
          <w:lang w:eastAsia="ko-KR"/>
        </w:rPr>
        <w:t xml:space="preserve"> </w:t>
      </w:r>
      <w:r>
        <w:rPr>
          <w:lang w:eastAsia="ko-KR"/>
        </w:rPr>
        <w:t>따라올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하셨습니다</w:t>
      </w:r>
      <w:r>
        <w:rPr>
          <w:lang w:eastAsia="ko-KR"/>
        </w:rPr>
        <w:t xml:space="preserve">. </w:t>
      </w:r>
      <w:r>
        <w:rPr>
          <w:lang w:eastAsia="ko-KR"/>
        </w:rPr>
        <w:t>더구나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이어서</w:t>
      </w:r>
      <w:r>
        <w:rPr>
          <w:lang w:eastAsia="ko-KR"/>
        </w:rPr>
        <w:t xml:space="preserve"> </w:t>
      </w:r>
      <w:r>
        <w:rPr>
          <w:lang w:eastAsia="ko-KR"/>
        </w:rPr>
        <w:t>베드로가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밤에</w:t>
      </w:r>
      <w:r>
        <w:rPr>
          <w:lang w:eastAsia="ko-KR"/>
        </w:rPr>
        <w:t xml:space="preserve"> 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번이나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부인할</w:t>
      </w:r>
      <w:r>
        <w:rPr>
          <w:lang w:eastAsia="ko-KR"/>
        </w:rPr>
        <w:t xml:space="preserve"> </w:t>
      </w:r>
      <w:r>
        <w:rPr>
          <w:lang w:eastAsia="ko-KR"/>
        </w:rPr>
        <w:t>것이라고</w:t>
      </w:r>
      <w:r>
        <w:rPr>
          <w:lang w:eastAsia="ko-KR"/>
        </w:rPr>
        <w:t xml:space="preserve"> </w:t>
      </w:r>
      <w:r>
        <w:rPr>
          <w:lang w:eastAsia="ko-KR"/>
        </w:rPr>
        <w:t>말씀하셨습니다</w:t>
      </w:r>
      <w:r>
        <w:rPr>
          <w:lang w:eastAsia="ko-KR"/>
        </w:rPr>
        <w:t xml:space="preserve">. </w:t>
      </w:r>
      <w:r>
        <w:rPr>
          <w:lang w:eastAsia="ko-KR"/>
        </w:rPr>
        <w:t>제자들</w:t>
      </w:r>
      <w:r>
        <w:rPr>
          <w:lang w:eastAsia="ko-KR"/>
        </w:rPr>
        <w:t xml:space="preserve"> </w:t>
      </w:r>
      <w:r>
        <w:rPr>
          <w:lang w:eastAsia="ko-KR"/>
        </w:rPr>
        <w:t>입장에서는</w:t>
      </w:r>
      <w:r>
        <w:rPr>
          <w:lang w:eastAsia="ko-KR"/>
        </w:rPr>
        <w:t xml:space="preserve"> </w:t>
      </w:r>
      <w:r>
        <w:rPr>
          <w:lang w:eastAsia="ko-KR"/>
        </w:rPr>
        <w:t>충격적인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연이어</w:t>
      </w:r>
      <w:r>
        <w:rPr>
          <w:lang w:eastAsia="ko-KR"/>
        </w:rPr>
        <w:t xml:space="preserve"> </w:t>
      </w:r>
      <w:r>
        <w:rPr>
          <w:lang w:eastAsia="ko-KR"/>
        </w:rPr>
        <w:t>들려온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1C733071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제자들은</w:t>
      </w:r>
      <w:r>
        <w:rPr>
          <w:lang w:eastAsia="ko-KR"/>
        </w:rPr>
        <w:t xml:space="preserve"> </w:t>
      </w:r>
      <w:r>
        <w:rPr>
          <w:lang w:eastAsia="ko-KR"/>
        </w:rPr>
        <w:t>지금까지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메시아로</w:t>
      </w:r>
      <w:r>
        <w:rPr>
          <w:lang w:eastAsia="ko-KR"/>
        </w:rPr>
        <w:t xml:space="preserve"> </w:t>
      </w:r>
      <w:r>
        <w:rPr>
          <w:lang w:eastAsia="ko-KR"/>
        </w:rPr>
        <w:t>믿고</w:t>
      </w:r>
      <w:r>
        <w:rPr>
          <w:lang w:eastAsia="ko-KR"/>
        </w:rPr>
        <w:t xml:space="preserve"> </w:t>
      </w:r>
      <w:r>
        <w:rPr>
          <w:lang w:eastAsia="ko-KR"/>
        </w:rPr>
        <w:t>따라왔습니다</w:t>
      </w:r>
      <w:r>
        <w:rPr>
          <w:lang w:eastAsia="ko-KR"/>
        </w:rPr>
        <w:t xml:space="preserve">.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이스라엘의</w:t>
      </w:r>
      <w:r>
        <w:rPr>
          <w:lang w:eastAsia="ko-KR"/>
        </w:rPr>
        <w:t xml:space="preserve"> </w:t>
      </w:r>
      <w:r>
        <w:rPr>
          <w:lang w:eastAsia="ko-KR"/>
        </w:rPr>
        <w:t>왕이</w:t>
      </w:r>
      <w:r>
        <w:rPr>
          <w:lang w:eastAsia="ko-KR"/>
        </w:rPr>
        <w:t xml:space="preserve"> </w:t>
      </w:r>
      <w:r>
        <w:rPr>
          <w:lang w:eastAsia="ko-KR"/>
        </w:rPr>
        <w:t>되실</w:t>
      </w:r>
      <w:r>
        <w:rPr>
          <w:lang w:eastAsia="ko-KR"/>
        </w:rPr>
        <w:t xml:space="preserve"> </w:t>
      </w:r>
      <w:r>
        <w:rPr>
          <w:lang w:eastAsia="ko-KR"/>
        </w:rPr>
        <w:t>것이며</w:t>
      </w:r>
      <w:r>
        <w:rPr>
          <w:lang w:eastAsia="ko-KR"/>
        </w:rPr>
        <w:t xml:space="preserve"> </w:t>
      </w:r>
      <w:r>
        <w:rPr>
          <w:lang w:eastAsia="ko-KR"/>
        </w:rPr>
        <w:t>자기들도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나라에서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자리를</w:t>
      </w:r>
      <w:r>
        <w:rPr>
          <w:lang w:eastAsia="ko-KR"/>
        </w:rPr>
        <w:t xml:space="preserve"> </w:t>
      </w:r>
      <w:r>
        <w:rPr>
          <w:lang w:eastAsia="ko-KR"/>
        </w:rPr>
        <w:t>차지할</w:t>
      </w:r>
      <w:r>
        <w:rPr>
          <w:lang w:eastAsia="ko-KR"/>
        </w:rPr>
        <w:t xml:space="preserve"> </w:t>
      </w:r>
      <w:r>
        <w:rPr>
          <w:lang w:eastAsia="ko-KR"/>
        </w:rPr>
        <w:t>것이라고</w:t>
      </w:r>
      <w:r>
        <w:rPr>
          <w:lang w:eastAsia="ko-KR"/>
        </w:rPr>
        <w:t xml:space="preserve"> </w:t>
      </w:r>
      <w:r>
        <w:rPr>
          <w:lang w:eastAsia="ko-KR"/>
        </w:rPr>
        <w:t>기대했습니다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갑자기</w:t>
      </w:r>
      <w:r>
        <w:rPr>
          <w:lang w:eastAsia="ko-KR"/>
        </w:rPr>
        <w:t xml:space="preserve"> </w:t>
      </w:r>
      <w:r>
        <w:rPr>
          <w:lang w:eastAsia="ko-KR"/>
        </w:rPr>
        <w:t>떠나신다고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그것도</w:t>
      </w:r>
      <w:r>
        <w:rPr>
          <w:lang w:eastAsia="ko-KR"/>
        </w:rPr>
        <w:t xml:space="preserve"> </w:t>
      </w:r>
      <w:r>
        <w:rPr>
          <w:lang w:eastAsia="ko-KR"/>
        </w:rPr>
        <w:t>자기들이</w:t>
      </w:r>
      <w:r>
        <w:rPr>
          <w:lang w:eastAsia="ko-KR"/>
        </w:rPr>
        <w:t xml:space="preserve"> </w:t>
      </w:r>
      <w:r>
        <w:rPr>
          <w:lang w:eastAsia="ko-KR"/>
        </w:rPr>
        <w:t>따라갈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곳으로</w:t>
      </w:r>
      <w:r>
        <w:rPr>
          <w:lang w:eastAsia="ko-KR"/>
        </w:rPr>
        <w:t xml:space="preserve"> </w:t>
      </w:r>
      <w:r>
        <w:rPr>
          <w:lang w:eastAsia="ko-KR"/>
        </w:rPr>
        <w:t>가신다고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지금까지</w:t>
      </w:r>
      <w:r>
        <w:rPr>
          <w:lang w:eastAsia="ko-KR"/>
        </w:rPr>
        <w:t xml:space="preserve"> </w:t>
      </w:r>
      <w:r>
        <w:rPr>
          <w:lang w:eastAsia="ko-KR"/>
        </w:rPr>
        <w:t>품었던</w:t>
      </w:r>
      <w:r>
        <w:rPr>
          <w:lang w:eastAsia="ko-KR"/>
        </w:rPr>
        <w:t xml:space="preserve"> </w:t>
      </w:r>
      <w:r>
        <w:rPr>
          <w:lang w:eastAsia="ko-KR"/>
        </w:rPr>
        <w:t>기대와</w:t>
      </w:r>
      <w:r>
        <w:rPr>
          <w:lang w:eastAsia="ko-KR"/>
        </w:rPr>
        <w:t xml:space="preserve"> </w:t>
      </w:r>
      <w:r>
        <w:rPr>
          <w:lang w:eastAsia="ko-KR"/>
        </w:rPr>
        <w:t>꿈이</w:t>
      </w:r>
      <w:r>
        <w:rPr>
          <w:lang w:eastAsia="ko-KR"/>
        </w:rPr>
        <w:t xml:space="preserve"> </w:t>
      </w:r>
      <w:r>
        <w:rPr>
          <w:lang w:eastAsia="ko-KR"/>
        </w:rPr>
        <w:t>한순간에</w:t>
      </w:r>
      <w:r>
        <w:rPr>
          <w:lang w:eastAsia="ko-KR"/>
        </w:rPr>
        <w:t xml:space="preserve"> </w:t>
      </w:r>
      <w:r>
        <w:rPr>
          <w:lang w:eastAsia="ko-KR"/>
        </w:rPr>
        <w:t>무너지는</w:t>
      </w:r>
      <w:r>
        <w:rPr>
          <w:lang w:eastAsia="ko-KR"/>
        </w:rPr>
        <w:t xml:space="preserve"> </w:t>
      </w:r>
      <w:r>
        <w:rPr>
          <w:lang w:eastAsia="ko-KR"/>
        </w:rPr>
        <w:t>것처럼</w:t>
      </w:r>
      <w:r>
        <w:rPr>
          <w:lang w:eastAsia="ko-KR"/>
        </w:rPr>
        <w:t xml:space="preserve"> </w:t>
      </w:r>
      <w:r>
        <w:rPr>
          <w:lang w:eastAsia="ko-KR"/>
        </w:rPr>
        <w:t>느껴졌을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침울하고</w:t>
      </w:r>
      <w:r>
        <w:rPr>
          <w:lang w:eastAsia="ko-KR"/>
        </w:rPr>
        <w:t xml:space="preserve"> </w:t>
      </w:r>
      <w:r>
        <w:rPr>
          <w:lang w:eastAsia="ko-KR"/>
        </w:rPr>
        <w:t>혼란스러웠습니다</w:t>
      </w:r>
      <w:r>
        <w:rPr>
          <w:lang w:eastAsia="ko-KR"/>
        </w:rPr>
        <w:t>.</w:t>
      </w:r>
    </w:p>
    <w:p w14:paraId="0A161E85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그런</w:t>
      </w:r>
      <w:r>
        <w:rPr>
          <w:lang w:eastAsia="ko-KR"/>
        </w:rPr>
        <w:t xml:space="preserve"> </w:t>
      </w:r>
      <w:r>
        <w:rPr>
          <w:lang w:eastAsia="ko-KR"/>
        </w:rPr>
        <w:t>제자들에게</w:t>
      </w:r>
      <w:r>
        <w:rPr>
          <w:lang w:eastAsia="ko-KR"/>
        </w:rPr>
        <w:t xml:space="preserve"> </w:t>
      </w:r>
      <w:r>
        <w:rPr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lang w:eastAsia="ko-KR"/>
        </w:rPr>
        <w:t>하신</w:t>
      </w:r>
      <w:r>
        <w:rPr>
          <w:lang w:eastAsia="ko-KR"/>
        </w:rPr>
        <w:t xml:space="preserve"> </w:t>
      </w:r>
      <w:r>
        <w:rPr>
          <w:lang w:eastAsia="ko-KR"/>
        </w:rPr>
        <w:t>첫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이것입니다</w:t>
      </w:r>
      <w:r>
        <w:rPr>
          <w:lang w:eastAsia="ko-KR"/>
        </w:rPr>
        <w:t>.</w:t>
      </w:r>
    </w:p>
    <w:p w14:paraId="0D9D8207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너희는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마음에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근심하지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말라</w:t>
      </w:r>
      <w:r>
        <w:rPr>
          <w:b/>
          <w:lang w:eastAsia="ko-KR"/>
        </w:rPr>
        <w:t xml:space="preserve">. </w:t>
      </w:r>
      <w:r>
        <w:rPr>
          <w:b/>
          <w:lang w:eastAsia="ko-KR"/>
        </w:rPr>
        <w:t>하나님을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믿으니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나를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믿으라</w:t>
      </w:r>
      <w:r>
        <w:rPr>
          <w:b/>
          <w:lang w:eastAsia="ko-KR"/>
        </w:rPr>
        <w:t>.” (</w:t>
      </w:r>
      <w:r>
        <w:rPr>
          <w:b/>
          <w:lang w:eastAsia="ko-KR"/>
        </w:rPr>
        <w:t>요</w:t>
      </w:r>
      <w:r>
        <w:rPr>
          <w:b/>
          <w:lang w:eastAsia="ko-KR"/>
        </w:rPr>
        <w:t xml:space="preserve"> 14:1)</w:t>
      </w:r>
    </w:p>
    <w:p w14:paraId="6E91F260" w14:textId="7313330B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여기서</w:t>
      </w:r>
      <w:r>
        <w:rPr>
          <w:lang w:eastAsia="ko-KR"/>
        </w:rPr>
        <w:t xml:space="preserve"> “</w:t>
      </w:r>
      <w:r>
        <w:rPr>
          <w:lang w:eastAsia="ko-KR"/>
        </w:rPr>
        <w:t>마음에</w:t>
      </w:r>
      <w:r>
        <w:rPr>
          <w:lang w:eastAsia="ko-KR"/>
        </w:rPr>
        <w:t xml:space="preserve"> </w:t>
      </w:r>
      <w:r>
        <w:rPr>
          <w:lang w:eastAsia="ko-KR"/>
        </w:rPr>
        <w:t>근심하지</w:t>
      </w:r>
      <w:r>
        <w:rPr>
          <w:lang w:eastAsia="ko-KR"/>
        </w:rPr>
        <w:t xml:space="preserve"> </w:t>
      </w:r>
      <w:r>
        <w:rPr>
          <w:lang w:eastAsia="ko-KR"/>
        </w:rPr>
        <w:t>말라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말은</w:t>
      </w:r>
      <w:r>
        <w:rPr>
          <w:lang w:eastAsia="ko-KR"/>
        </w:rPr>
        <w:t xml:space="preserve"> </w:t>
      </w:r>
      <w:r>
        <w:rPr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lang w:eastAsia="ko-KR"/>
        </w:rPr>
        <w:t>조금</w:t>
      </w:r>
      <w:r>
        <w:rPr>
          <w:lang w:eastAsia="ko-KR"/>
        </w:rPr>
        <w:t xml:space="preserve"> </w:t>
      </w:r>
      <w:r>
        <w:rPr>
          <w:lang w:eastAsia="ko-KR"/>
        </w:rPr>
        <w:t>걱정하는</w:t>
      </w:r>
      <w:r>
        <w:rPr>
          <w:lang w:eastAsia="ko-KR"/>
        </w:rPr>
        <w:t xml:space="preserve"> </w:t>
      </w:r>
      <w:r>
        <w:rPr>
          <w:lang w:eastAsia="ko-KR"/>
        </w:rPr>
        <w:t>정도를</w:t>
      </w:r>
      <w:r>
        <w:rPr>
          <w:lang w:eastAsia="ko-KR"/>
        </w:rPr>
        <w:t xml:space="preserve"> </w:t>
      </w:r>
      <w:r>
        <w:rPr>
          <w:lang w:eastAsia="ko-KR"/>
        </w:rPr>
        <w:t>말하는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흔들리고</w:t>
      </w:r>
      <w:r>
        <w:rPr>
          <w:lang w:eastAsia="ko-KR"/>
        </w:rPr>
        <w:t xml:space="preserve"> </w:t>
      </w:r>
      <w:r>
        <w:rPr>
          <w:lang w:eastAsia="ko-KR"/>
        </w:rPr>
        <w:t>요동하고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상태를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자기들이</w:t>
      </w:r>
      <w:r>
        <w:rPr>
          <w:lang w:eastAsia="ko-KR"/>
        </w:rPr>
        <w:t xml:space="preserve"> </w:t>
      </w:r>
      <w:r>
        <w:rPr>
          <w:lang w:eastAsia="ko-KR"/>
        </w:rPr>
        <w:t>의지했던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무너지는</w:t>
      </w:r>
      <w:r>
        <w:rPr>
          <w:lang w:eastAsia="ko-KR"/>
        </w:rPr>
        <w:t xml:space="preserve"> </w:t>
      </w:r>
      <w:r>
        <w:rPr>
          <w:lang w:eastAsia="ko-KR"/>
        </w:rPr>
        <w:t>것처럼</w:t>
      </w:r>
      <w:r>
        <w:rPr>
          <w:lang w:eastAsia="ko-KR"/>
        </w:rPr>
        <w:t xml:space="preserve"> </w:t>
      </w:r>
      <w:r>
        <w:rPr>
          <w:lang w:eastAsia="ko-KR"/>
        </w:rPr>
        <w:t>느껴졌습니다</w:t>
      </w:r>
      <w:r>
        <w:rPr>
          <w:lang w:eastAsia="ko-KR"/>
        </w:rPr>
        <w:t xml:space="preserve">. </w:t>
      </w:r>
      <w:r>
        <w:rPr>
          <w:lang w:eastAsia="ko-KR"/>
        </w:rPr>
        <w:t>특히</w:t>
      </w:r>
      <w:r>
        <w:rPr>
          <w:lang w:eastAsia="ko-KR"/>
        </w:rPr>
        <w:t xml:space="preserve"> </w:t>
      </w:r>
      <w:r>
        <w:rPr>
          <w:lang w:eastAsia="ko-KR"/>
        </w:rPr>
        <w:t>그들은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고난과</w:t>
      </w:r>
      <w:r>
        <w:rPr>
          <w:lang w:eastAsia="ko-KR"/>
        </w:rPr>
        <w:t xml:space="preserve"> </w:t>
      </w:r>
      <w:r>
        <w:rPr>
          <w:lang w:eastAsia="ko-KR"/>
        </w:rPr>
        <w:t>십자가와</w:t>
      </w:r>
      <w:r>
        <w:rPr>
          <w:lang w:eastAsia="ko-KR"/>
        </w:rPr>
        <w:t xml:space="preserve"> </w:t>
      </w:r>
      <w:r>
        <w:rPr>
          <w:lang w:eastAsia="ko-KR"/>
        </w:rPr>
        <w:t>부활의</w:t>
      </w:r>
      <w:r>
        <w:rPr>
          <w:lang w:eastAsia="ko-KR"/>
        </w:rPr>
        <w:t xml:space="preserve"> </w:t>
      </w:r>
      <w:r>
        <w:rPr>
          <w:lang w:eastAsia="ko-KR"/>
        </w:rPr>
        <w:t>의미를</w:t>
      </w:r>
      <w:r>
        <w:rPr>
          <w:lang w:eastAsia="ko-KR"/>
        </w:rPr>
        <w:t xml:space="preserve"> </w:t>
      </w:r>
      <w:r>
        <w:rPr>
          <w:lang w:eastAsia="ko-KR"/>
        </w:rPr>
        <w:t>아직</w:t>
      </w:r>
      <w:r>
        <w:rPr>
          <w:lang w:eastAsia="ko-KR"/>
        </w:rPr>
        <w:t xml:space="preserve"> </w:t>
      </w:r>
      <w:r>
        <w:rPr>
          <w:lang w:eastAsia="ko-KR"/>
        </w:rPr>
        <w:t>제대로</w:t>
      </w:r>
      <w:r>
        <w:rPr>
          <w:lang w:eastAsia="ko-KR"/>
        </w:rPr>
        <w:t xml:space="preserve"> </w:t>
      </w:r>
      <w:r>
        <w:rPr>
          <w:lang w:eastAsia="ko-KR"/>
        </w:rPr>
        <w:t>이해하지</w:t>
      </w:r>
      <w:r>
        <w:rPr>
          <w:lang w:eastAsia="ko-KR"/>
        </w:rPr>
        <w:t xml:space="preserve"> </w:t>
      </w:r>
      <w:r>
        <w:rPr>
          <w:lang w:eastAsia="ko-KR"/>
        </w:rPr>
        <w:t>못했습니다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여러</w:t>
      </w:r>
      <w:r>
        <w:rPr>
          <w:lang w:eastAsia="ko-KR"/>
        </w:rPr>
        <w:t xml:space="preserve"> </w:t>
      </w:r>
      <w:r>
        <w:rPr>
          <w:lang w:eastAsia="ko-KR"/>
        </w:rPr>
        <w:t>번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종교</w:t>
      </w:r>
      <w:r>
        <w:rPr>
          <w:lang w:eastAsia="ko-KR"/>
        </w:rPr>
        <w:t xml:space="preserve"> </w:t>
      </w:r>
      <w:r>
        <w:rPr>
          <w:lang w:eastAsia="ko-KR"/>
        </w:rPr>
        <w:t>지도자들에게</w:t>
      </w:r>
      <w:r>
        <w:rPr>
          <w:lang w:eastAsia="ko-KR"/>
        </w:rPr>
        <w:t xml:space="preserve"> </w:t>
      </w:r>
      <w:r>
        <w:rPr>
          <w:lang w:eastAsia="ko-KR"/>
        </w:rPr>
        <w:t>잡히고</w:t>
      </w:r>
      <w:r>
        <w:rPr>
          <w:lang w:eastAsia="ko-KR"/>
        </w:rPr>
        <w:t xml:space="preserve"> </w:t>
      </w:r>
      <w:r>
        <w:rPr>
          <w:lang w:eastAsia="ko-KR"/>
        </w:rPr>
        <w:t>죽임을</w:t>
      </w:r>
      <w:r>
        <w:rPr>
          <w:lang w:eastAsia="ko-KR"/>
        </w:rPr>
        <w:t xml:space="preserve"> </w:t>
      </w:r>
      <w:r>
        <w:rPr>
          <w:lang w:eastAsia="ko-KR"/>
        </w:rPr>
        <w:t>당하고</w:t>
      </w:r>
      <w:r>
        <w:rPr>
          <w:lang w:eastAsia="ko-KR"/>
        </w:rPr>
        <w:t xml:space="preserve"> </w:t>
      </w:r>
      <w:r>
        <w:rPr>
          <w:lang w:eastAsia="ko-KR"/>
        </w:rPr>
        <w:t>사흘</w:t>
      </w:r>
      <w:r>
        <w:rPr>
          <w:lang w:eastAsia="ko-KR"/>
        </w:rPr>
        <w:t xml:space="preserve"> </w:t>
      </w:r>
      <w:r>
        <w:rPr>
          <w:lang w:eastAsia="ko-KR"/>
        </w:rPr>
        <w:t>만에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살아날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말씀하셨지만</w:t>
      </w:r>
      <w:r>
        <w:rPr>
          <w:lang w:eastAsia="ko-KR"/>
        </w:rPr>
        <w:t xml:space="preserve">, </w:t>
      </w:r>
      <w:r>
        <w:rPr>
          <w:lang w:eastAsia="ko-KR"/>
        </w:rPr>
        <w:t>제자들은</w:t>
      </w:r>
      <w:r>
        <w:rPr>
          <w:lang w:eastAsia="ko-KR"/>
        </w:rPr>
        <w:t xml:space="preserve"> </w:t>
      </w:r>
      <w:r>
        <w:rPr>
          <w:lang w:eastAsia="ko-KR"/>
        </w:rPr>
        <w:t>죽으신다는</w:t>
      </w:r>
      <w:r>
        <w:rPr>
          <w:lang w:eastAsia="ko-KR"/>
        </w:rPr>
        <w:t xml:space="preserve"> </w:t>
      </w:r>
      <w:r>
        <w:rPr>
          <w:lang w:eastAsia="ko-KR"/>
        </w:rPr>
        <w:t>말씀만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들었고</w:t>
      </w:r>
      <w:r>
        <w:rPr>
          <w:lang w:eastAsia="ko-KR"/>
        </w:rPr>
        <w:t xml:space="preserve"> </w:t>
      </w:r>
      <w:r>
        <w:rPr>
          <w:lang w:eastAsia="ko-KR"/>
        </w:rPr>
        <w:t>부활의</w:t>
      </w:r>
      <w:r>
        <w:rPr>
          <w:lang w:eastAsia="ko-KR"/>
        </w:rPr>
        <w:t xml:space="preserve"> </w:t>
      </w:r>
      <w:r w:rsidR="00FF01AF">
        <w:rPr>
          <w:rFonts w:hint="eastAsia"/>
          <w:lang w:eastAsia="ko-KR"/>
        </w:rPr>
        <w:t>말씀은 들리지 않았습니다</w:t>
      </w:r>
      <w:r>
        <w:rPr>
          <w:lang w:eastAsia="ko-KR"/>
        </w:rPr>
        <w:t>.</w:t>
      </w:r>
    </w:p>
    <w:p w14:paraId="700C30AD" w14:textId="38D7065E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우리도</w:t>
      </w:r>
      <w:r>
        <w:rPr>
          <w:lang w:eastAsia="ko-KR"/>
        </w:rPr>
        <w:t xml:space="preserve"> </w:t>
      </w:r>
      <w:r>
        <w:rPr>
          <w:lang w:eastAsia="ko-KR"/>
        </w:rPr>
        <w:t>비슷합니다</w:t>
      </w:r>
      <w:r>
        <w:rPr>
          <w:lang w:eastAsia="ko-KR"/>
        </w:rPr>
        <w:t xml:space="preserve">. </w:t>
      </w:r>
      <w:r>
        <w:rPr>
          <w:lang w:eastAsia="ko-KR"/>
        </w:rPr>
        <w:t>살다</w:t>
      </w:r>
      <w:r>
        <w:rPr>
          <w:lang w:eastAsia="ko-KR"/>
        </w:rPr>
        <w:t xml:space="preserve"> </w:t>
      </w:r>
      <w:r>
        <w:rPr>
          <w:lang w:eastAsia="ko-KR"/>
        </w:rPr>
        <w:t>보면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힘으로</w:t>
      </w:r>
      <w:r>
        <w:rPr>
          <w:lang w:eastAsia="ko-KR"/>
        </w:rPr>
        <w:t xml:space="preserve"> </w:t>
      </w:r>
      <w:r>
        <w:rPr>
          <w:lang w:eastAsia="ko-KR"/>
        </w:rPr>
        <w:t>해결할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일을</w:t>
      </w:r>
      <w:r>
        <w:rPr>
          <w:lang w:eastAsia="ko-KR"/>
        </w:rPr>
        <w:t xml:space="preserve"> </w:t>
      </w:r>
      <w:r>
        <w:rPr>
          <w:lang w:eastAsia="ko-KR"/>
        </w:rPr>
        <w:t>만납니다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기대했던</w:t>
      </w:r>
      <w:r>
        <w:rPr>
          <w:lang w:eastAsia="ko-KR"/>
        </w:rPr>
        <w:t xml:space="preserve"> </w:t>
      </w:r>
      <w:r>
        <w:rPr>
          <w:lang w:eastAsia="ko-KR"/>
        </w:rPr>
        <w:t>방향과</w:t>
      </w:r>
      <w:r>
        <w:rPr>
          <w:lang w:eastAsia="ko-KR"/>
        </w:rPr>
        <w:t xml:space="preserve"> </w:t>
      </w:r>
      <w:r>
        <w:rPr>
          <w:lang w:eastAsia="ko-KR"/>
        </w:rPr>
        <w:t>전혀</w:t>
      </w:r>
      <w:r>
        <w:rPr>
          <w:lang w:eastAsia="ko-KR"/>
        </w:rPr>
        <w:t xml:space="preserve"> </w:t>
      </w:r>
      <w:r>
        <w:rPr>
          <w:lang w:eastAsia="ko-KR"/>
        </w:rPr>
        <w:t>다</w:t>
      </w:r>
      <w:r>
        <w:rPr>
          <w:lang w:eastAsia="ko-KR"/>
        </w:rPr>
        <w:t>른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일어나고</w:t>
      </w:r>
      <w:r>
        <w:rPr>
          <w:lang w:eastAsia="ko-KR"/>
        </w:rPr>
        <w:t xml:space="preserve">, </w:t>
      </w:r>
      <w:r>
        <w:rPr>
          <w:lang w:eastAsia="ko-KR"/>
        </w:rPr>
        <w:t>앞이</w:t>
      </w:r>
      <w:r>
        <w:rPr>
          <w:lang w:eastAsia="ko-KR"/>
        </w:rPr>
        <w:t xml:space="preserve"> </w:t>
      </w:r>
      <w:r>
        <w:rPr>
          <w:lang w:eastAsia="ko-KR"/>
        </w:rPr>
        <w:t>보이지</w:t>
      </w:r>
      <w:r>
        <w:rPr>
          <w:lang w:eastAsia="ko-KR"/>
        </w:rPr>
        <w:t xml:space="preserve"> </w:t>
      </w:r>
      <w:r>
        <w:rPr>
          <w:lang w:eastAsia="ko-KR"/>
        </w:rPr>
        <w:t>않을</w:t>
      </w:r>
      <w:r>
        <w:rPr>
          <w:lang w:eastAsia="ko-KR"/>
        </w:rPr>
        <w:t xml:space="preserve"> </w:t>
      </w:r>
      <w:r>
        <w:rPr>
          <w:lang w:eastAsia="ko-KR"/>
        </w:rPr>
        <w:t>때가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건강의</w:t>
      </w:r>
      <w:r>
        <w:rPr>
          <w:lang w:eastAsia="ko-KR"/>
        </w:rPr>
        <w:t xml:space="preserve"> </w:t>
      </w:r>
      <w:r>
        <w:rPr>
          <w:lang w:eastAsia="ko-KR"/>
        </w:rPr>
        <w:t>문제</w:t>
      </w:r>
      <w:r>
        <w:rPr>
          <w:lang w:eastAsia="ko-KR"/>
        </w:rPr>
        <w:t xml:space="preserve">, </w:t>
      </w:r>
      <w:r w:rsidR="007905BC">
        <w:rPr>
          <w:rFonts w:hint="eastAsia"/>
          <w:lang w:eastAsia="ko-KR"/>
        </w:rPr>
        <w:t>가족의</w:t>
      </w:r>
      <w:r>
        <w:rPr>
          <w:lang w:eastAsia="ko-KR"/>
        </w:rPr>
        <w:t xml:space="preserve"> </w:t>
      </w:r>
      <w:r>
        <w:rPr>
          <w:lang w:eastAsia="ko-KR"/>
        </w:rPr>
        <w:t>문제</w:t>
      </w:r>
      <w:r>
        <w:rPr>
          <w:lang w:eastAsia="ko-KR"/>
        </w:rPr>
        <w:t xml:space="preserve">, </w:t>
      </w:r>
      <w:r>
        <w:rPr>
          <w:lang w:eastAsia="ko-KR"/>
        </w:rPr>
        <w:t>인간관계</w:t>
      </w:r>
      <w:r>
        <w:rPr>
          <w:lang w:eastAsia="ko-KR"/>
        </w:rPr>
        <w:t xml:space="preserve">, </w:t>
      </w:r>
      <w:r>
        <w:rPr>
          <w:lang w:eastAsia="ko-KR"/>
        </w:rPr>
        <w:t>직장</w:t>
      </w:r>
      <w:r>
        <w:rPr>
          <w:lang w:eastAsia="ko-KR"/>
        </w:rPr>
        <w:t xml:space="preserve">, </w:t>
      </w:r>
      <w:r>
        <w:rPr>
          <w:lang w:eastAsia="ko-KR"/>
        </w:rPr>
        <w:t>경제적인</w:t>
      </w:r>
      <w:r>
        <w:rPr>
          <w:lang w:eastAsia="ko-KR"/>
        </w:rPr>
        <w:t xml:space="preserve"> </w:t>
      </w:r>
      <w:r>
        <w:rPr>
          <w:lang w:eastAsia="ko-KR"/>
        </w:rPr>
        <w:t>문제</w:t>
      </w:r>
      <w:r>
        <w:rPr>
          <w:lang w:eastAsia="ko-KR"/>
        </w:rPr>
        <w:t xml:space="preserve">, </w:t>
      </w:r>
      <w:r>
        <w:rPr>
          <w:lang w:eastAsia="ko-KR"/>
        </w:rPr>
        <w:t>미래에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불안이</w:t>
      </w:r>
      <w:r>
        <w:rPr>
          <w:lang w:eastAsia="ko-KR"/>
        </w:rPr>
        <w:t xml:space="preserve"> </w:t>
      </w:r>
      <w:r>
        <w:rPr>
          <w:lang w:eastAsia="ko-KR"/>
        </w:rPr>
        <w:t>우리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흔듭니다</w:t>
      </w:r>
      <w:r>
        <w:rPr>
          <w:lang w:eastAsia="ko-KR"/>
        </w:rPr>
        <w:t xml:space="preserve">. </w:t>
      </w:r>
      <w:r>
        <w:rPr>
          <w:lang w:eastAsia="ko-KR"/>
        </w:rPr>
        <w:t>그때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 w:rsidR="00FF01AF"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 w:rsidR="00FF01AF">
        <w:rPr>
          <w:rFonts w:hint="eastAsia"/>
          <w:lang w:eastAsia="ko-KR"/>
        </w:rPr>
        <w:t xml:space="preserve">하나님을 믿으니 또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믿으라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말씀하십니다</w:t>
      </w:r>
      <w:r>
        <w:rPr>
          <w:lang w:eastAsia="ko-KR"/>
        </w:rPr>
        <w:t xml:space="preserve">.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본문은</w:t>
      </w:r>
      <w:r>
        <w:rPr>
          <w:lang w:eastAsia="ko-KR"/>
        </w:rPr>
        <w:t xml:space="preserve"> </w:t>
      </w:r>
      <w:r>
        <w:rPr>
          <w:lang w:eastAsia="ko-KR"/>
        </w:rPr>
        <w:t>근심</w:t>
      </w:r>
      <w:r>
        <w:rPr>
          <w:lang w:eastAsia="ko-KR"/>
        </w:rPr>
        <w:t xml:space="preserve"> </w:t>
      </w:r>
      <w:r>
        <w:rPr>
          <w:lang w:eastAsia="ko-KR"/>
        </w:rPr>
        <w:t>가운데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우리</w:t>
      </w:r>
      <w:r w:rsidR="00A801DB">
        <w:rPr>
          <w:rFonts w:hint="eastAsia"/>
          <w:lang w:eastAsia="ko-KR"/>
        </w:rPr>
        <w:t>가 해야</w:t>
      </w:r>
      <w:r w:rsidR="00FF01AF">
        <w:rPr>
          <w:rFonts w:hint="eastAsia"/>
          <w:lang w:eastAsia="ko-KR"/>
        </w:rPr>
        <w:t xml:space="preserve"> </w:t>
      </w:r>
      <w:r w:rsidR="00A801DB">
        <w:rPr>
          <w:rFonts w:hint="eastAsia"/>
          <w:lang w:eastAsia="ko-KR"/>
        </w:rPr>
        <w:t xml:space="preserve">할 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가지</w:t>
      </w:r>
      <w:r w:rsidR="00A801DB">
        <w:rPr>
          <w:rFonts w:hint="eastAsia"/>
          <w:lang w:eastAsia="ko-KR"/>
        </w:rPr>
        <w:t>를 보여주십니다</w:t>
      </w:r>
      <w:r>
        <w:rPr>
          <w:lang w:eastAsia="ko-KR"/>
        </w:rPr>
        <w:t>.</w:t>
      </w:r>
    </w:p>
    <w:p w14:paraId="1EB45AF4" w14:textId="77777777" w:rsidR="005F2AA3" w:rsidRDefault="00A572F4">
      <w:pPr>
        <w:pStyle w:val="Heading1"/>
        <w:spacing w:before="160" w:after="80"/>
        <w:rPr>
          <w:lang w:eastAsia="ko-KR"/>
        </w:rPr>
      </w:pPr>
      <w:r>
        <w:rPr>
          <w:lang w:eastAsia="ko-KR"/>
        </w:rPr>
        <w:t xml:space="preserve">1. </w:t>
      </w:r>
      <w:r>
        <w:rPr>
          <w:lang w:eastAsia="ko-KR"/>
        </w:rPr>
        <w:t>근심할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상황보다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믿으십시오</w:t>
      </w:r>
      <w:r>
        <w:rPr>
          <w:lang w:eastAsia="ko-KR"/>
        </w:rPr>
        <w:t xml:space="preserve"> (1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08121118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너희는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마음에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근심하지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말라</w:t>
      </w:r>
      <w:r>
        <w:rPr>
          <w:b/>
          <w:lang w:eastAsia="ko-KR"/>
        </w:rPr>
        <w:t xml:space="preserve">. </w:t>
      </w:r>
      <w:r>
        <w:rPr>
          <w:b/>
          <w:lang w:eastAsia="ko-KR"/>
        </w:rPr>
        <w:t>하나님을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믿으니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나를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믿으라</w:t>
      </w:r>
      <w:r>
        <w:rPr>
          <w:b/>
          <w:lang w:eastAsia="ko-KR"/>
        </w:rPr>
        <w:t>.”</w:t>
      </w:r>
    </w:p>
    <w:p w14:paraId="38268004" w14:textId="1402D9E3" w:rsidR="005F2AA3" w:rsidRDefault="00A572F4">
      <w:pPr>
        <w:ind w:firstLine="312"/>
        <w:rPr>
          <w:lang w:eastAsia="ko-KR"/>
        </w:rPr>
      </w:pPr>
      <w:r>
        <w:rPr>
          <w:lang w:eastAsia="ko-KR"/>
        </w:rPr>
        <w:lastRenderedPageBreak/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근심을</w:t>
      </w:r>
      <w:r>
        <w:rPr>
          <w:lang w:eastAsia="ko-KR"/>
        </w:rPr>
        <w:t xml:space="preserve"> </w:t>
      </w:r>
      <w:r>
        <w:rPr>
          <w:lang w:eastAsia="ko-KR"/>
        </w:rPr>
        <w:t>보시고</w:t>
      </w:r>
      <w:r>
        <w:rPr>
          <w:lang w:eastAsia="ko-KR"/>
        </w:rPr>
        <w:t xml:space="preserve"> “</w:t>
      </w:r>
      <w:r>
        <w:rPr>
          <w:lang w:eastAsia="ko-KR"/>
        </w:rPr>
        <w:t>걱정하지</w:t>
      </w:r>
      <w:r>
        <w:rPr>
          <w:lang w:eastAsia="ko-KR"/>
        </w:rPr>
        <w:t xml:space="preserve"> </w:t>
      </w:r>
      <w:r>
        <w:rPr>
          <w:lang w:eastAsia="ko-KR"/>
        </w:rPr>
        <w:t>마라</w:t>
      </w:r>
      <w:r>
        <w:rPr>
          <w:lang w:eastAsia="ko-KR"/>
        </w:rPr>
        <w:t xml:space="preserve">, </w:t>
      </w:r>
      <w:r>
        <w:rPr>
          <w:lang w:eastAsia="ko-KR"/>
        </w:rPr>
        <w:t>다</w:t>
      </w:r>
      <w:r>
        <w:rPr>
          <w:lang w:eastAsia="ko-KR"/>
        </w:rPr>
        <w:t xml:space="preserve"> </w:t>
      </w:r>
      <w:r>
        <w:rPr>
          <w:lang w:eastAsia="ko-KR"/>
        </w:rPr>
        <w:t>잘될</w:t>
      </w:r>
      <w:r>
        <w:rPr>
          <w:lang w:eastAsia="ko-KR"/>
        </w:rPr>
        <w:t xml:space="preserve"> </w:t>
      </w:r>
      <w:r>
        <w:rPr>
          <w:lang w:eastAsia="ko-KR"/>
        </w:rPr>
        <w:t>것이다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막연하게</w:t>
      </w:r>
      <w:r>
        <w:rPr>
          <w:lang w:eastAsia="ko-KR"/>
        </w:rPr>
        <w:t xml:space="preserve"> </w:t>
      </w:r>
      <w:r>
        <w:rPr>
          <w:lang w:eastAsia="ko-KR"/>
        </w:rPr>
        <w:t>위로하지</w:t>
      </w:r>
      <w:r>
        <w:rPr>
          <w:lang w:eastAsia="ko-KR"/>
        </w:rPr>
        <w:t xml:space="preserve"> </w:t>
      </w:r>
      <w:r>
        <w:rPr>
          <w:lang w:eastAsia="ko-KR"/>
        </w:rPr>
        <w:t>않으셨습니다</w:t>
      </w:r>
      <w:r>
        <w:rPr>
          <w:lang w:eastAsia="ko-KR"/>
        </w:rPr>
        <w:t xml:space="preserve">. </w:t>
      </w:r>
      <w:r>
        <w:rPr>
          <w:lang w:eastAsia="ko-KR"/>
        </w:rPr>
        <w:t>대신</w:t>
      </w:r>
      <w:r>
        <w:rPr>
          <w:lang w:eastAsia="ko-KR"/>
        </w:rPr>
        <w:t xml:space="preserve"> </w:t>
      </w:r>
      <w:r>
        <w:rPr>
          <w:lang w:eastAsia="ko-KR"/>
        </w:rPr>
        <w:t>믿음의</w:t>
      </w:r>
      <w:r>
        <w:rPr>
          <w:lang w:eastAsia="ko-KR"/>
        </w:rPr>
        <w:t xml:space="preserve"> </w:t>
      </w:r>
      <w:r>
        <w:rPr>
          <w:lang w:eastAsia="ko-KR"/>
        </w:rPr>
        <w:t>대상을</w:t>
      </w:r>
      <w:r>
        <w:rPr>
          <w:lang w:eastAsia="ko-KR"/>
        </w:rPr>
        <w:t xml:space="preserve"> </w:t>
      </w:r>
      <w:r>
        <w:rPr>
          <w:lang w:eastAsia="ko-KR"/>
        </w:rPr>
        <w:t>분명하게</w:t>
      </w:r>
      <w:r>
        <w:rPr>
          <w:lang w:eastAsia="ko-KR"/>
        </w:rPr>
        <w:t xml:space="preserve"> </w:t>
      </w:r>
      <w:r>
        <w:rPr>
          <w:lang w:eastAsia="ko-KR"/>
        </w:rPr>
        <w:t>제시하셨습니다</w:t>
      </w:r>
      <w:r>
        <w:rPr>
          <w:lang w:eastAsia="ko-KR"/>
        </w:rPr>
        <w:t>. “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믿으라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믿으라</w:t>
      </w:r>
      <w:r>
        <w:rPr>
          <w:lang w:eastAsia="ko-KR"/>
        </w:rPr>
        <w:t xml:space="preserve">.” </w:t>
      </w:r>
      <w:r>
        <w:rPr>
          <w:lang w:eastAsia="ko-KR"/>
        </w:rPr>
        <w:t>여기서</w:t>
      </w:r>
      <w:r>
        <w:rPr>
          <w:lang w:eastAsia="ko-KR"/>
        </w:rPr>
        <w:t xml:space="preserve"> </w:t>
      </w:r>
      <w:r>
        <w:rPr>
          <w:lang w:eastAsia="ko-KR"/>
        </w:rPr>
        <w:t>믿는다는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존재하신다는</w:t>
      </w:r>
      <w:r>
        <w:rPr>
          <w:lang w:eastAsia="ko-KR"/>
        </w:rPr>
        <w:t xml:space="preserve"> </w:t>
      </w:r>
      <w:r>
        <w:rPr>
          <w:lang w:eastAsia="ko-KR"/>
        </w:rPr>
        <w:t>사실에</w:t>
      </w:r>
      <w:r>
        <w:rPr>
          <w:lang w:eastAsia="ko-KR"/>
        </w:rPr>
        <w:t xml:space="preserve"> </w:t>
      </w:r>
      <w:r>
        <w:rPr>
          <w:lang w:eastAsia="ko-KR"/>
        </w:rPr>
        <w:t>동의하는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 w:rsidR="006B5EDC">
        <w:rPr>
          <w:rFonts w:hint="eastAsia"/>
          <w:lang w:eastAsia="ko-KR"/>
        </w:rPr>
        <w:t>이 아닙니다</w:t>
      </w:r>
      <w:r>
        <w:rPr>
          <w:lang w:eastAsia="ko-KR"/>
        </w:rPr>
        <w:t xml:space="preserve">. </w:t>
      </w:r>
      <w:r w:rsidR="00A801DB">
        <w:rPr>
          <w:rFonts w:hint="eastAsia"/>
          <w:lang w:eastAsia="ko-KR"/>
        </w:rPr>
        <w:t xml:space="preserve">그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신뢰하고</w:t>
      </w:r>
      <w:r>
        <w:rPr>
          <w:lang w:eastAsia="ko-KR"/>
        </w:rPr>
        <w:t xml:space="preserve">, </w:t>
      </w:r>
      <w:r>
        <w:rPr>
          <w:lang w:eastAsia="ko-KR"/>
        </w:rPr>
        <w:t>의지하고</w:t>
      </w:r>
      <w:r>
        <w:rPr>
          <w:lang w:eastAsia="ko-KR"/>
        </w:rPr>
        <w:t xml:space="preserve">,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인생을</w:t>
      </w:r>
      <w:r>
        <w:rPr>
          <w:lang w:eastAsia="ko-KR"/>
        </w:rPr>
        <w:t xml:space="preserve"> </w:t>
      </w:r>
      <w:r>
        <w:rPr>
          <w:lang w:eastAsia="ko-KR"/>
        </w:rPr>
        <w:t>그분께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 xml:space="preserve">실제로 </w:t>
      </w:r>
      <w:r>
        <w:rPr>
          <w:lang w:eastAsia="ko-KR"/>
        </w:rPr>
        <w:t>맡기는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3809D911" w14:textId="2C86BA12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“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창조주이시고</w:t>
      </w:r>
      <w:r>
        <w:rPr>
          <w:lang w:eastAsia="ko-KR"/>
        </w:rPr>
        <w:t xml:space="preserve"> </w:t>
      </w:r>
      <w:r>
        <w:rPr>
          <w:lang w:eastAsia="ko-KR"/>
        </w:rPr>
        <w:t>전능하신</w:t>
      </w:r>
      <w:r>
        <w:rPr>
          <w:lang w:eastAsia="ko-KR"/>
        </w:rPr>
        <w:t xml:space="preserve"> </w:t>
      </w:r>
      <w:r>
        <w:rPr>
          <w:lang w:eastAsia="ko-KR"/>
        </w:rPr>
        <w:t>분이십니까</w:t>
      </w:r>
      <w:r>
        <w:rPr>
          <w:lang w:eastAsia="ko-KR"/>
        </w:rPr>
        <w:t>?”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물어도</w:t>
      </w:r>
      <w:r>
        <w:rPr>
          <w:lang w:eastAsia="ko-KR"/>
        </w:rPr>
        <w:t xml:space="preserve"> “</w:t>
      </w:r>
      <w:r>
        <w:rPr>
          <w:lang w:eastAsia="ko-KR"/>
        </w:rPr>
        <w:t>그렇습니다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. “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지금도</w:t>
      </w:r>
      <w:r>
        <w:rPr>
          <w:lang w:eastAsia="ko-KR"/>
        </w:rPr>
        <w:t xml:space="preserve"> </w:t>
      </w:r>
      <w:r>
        <w:rPr>
          <w:lang w:eastAsia="ko-KR"/>
        </w:rPr>
        <w:t>나와</w:t>
      </w:r>
      <w:r>
        <w:rPr>
          <w:lang w:eastAsia="ko-KR"/>
        </w:rPr>
        <w:t xml:space="preserve"> </w:t>
      </w:r>
      <w:r>
        <w:rPr>
          <w:lang w:eastAsia="ko-KR"/>
        </w:rPr>
        <w:t>함께하시고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인생에</w:t>
      </w:r>
      <w:r>
        <w:rPr>
          <w:lang w:eastAsia="ko-KR"/>
        </w:rPr>
        <w:t xml:space="preserve"> </w:t>
      </w:r>
      <w:r>
        <w:rPr>
          <w:lang w:eastAsia="ko-KR"/>
        </w:rPr>
        <w:t>개입하시는</w:t>
      </w:r>
      <w:r>
        <w:rPr>
          <w:lang w:eastAsia="ko-KR"/>
        </w:rPr>
        <w:t xml:space="preserve"> </w:t>
      </w:r>
      <w:r>
        <w:rPr>
          <w:lang w:eastAsia="ko-KR"/>
        </w:rPr>
        <w:t>분입니까</w:t>
      </w:r>
      <w:r>
        <w:rPr>
          <w:lang w:eastAsia="ko-KR"/>
        </w:rPr>
        <w:t>?”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물어도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proofErr w:type="spellStart"/>
      <w:r w:rsidR="00FF01AF">
        <w:rPr>
          <w:rFonts w:hint="eastAsia"/>
          <w:lang w:eastAsia="ko-KR"/>
        </w:rPr>
        <w:t>아멘이라</w:t>
      </w:r>
      <w:r>
        <w:rPr>
          <w:lang w:eastAsia="ko-KR"/>
        </w:rPr>
        <w:t>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대답합니다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실제</w:t>
      </w:r>
      <w:r>
        <w:rPr>
          <w:lang w:eastAsia="ko-KR"/>
        </w:rPr>
        <w:t xml:space="preserve"> </w:t>
      </w:r>
      <w:r>
        <w:rPr>
          <w:lang w:eastAsia="ko-KR"/>
        </w:rPr>
        <w:t>문제가</w:t>
      </w:r>
      <w:r>
        <w:rPr>
          <w:lang w:eastAsia="ko-KR"/>
        </w:rPr>
        <w:t xml:space="preserve"> </w:t>
      </w:r>
      <w:r>
        <w:rPr>
          <w:lang w:eastAsia="ko-KR"/>
        </w:rPr>
        <w:t>생기면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쉽게</w:t>
      </w:r>
      <w:r>
        <w:rPr>
          <w:lang w:eastAsia="ko-KR"/>
        </w:rPr>
        <w:t xml:space="preserve"> </w:t>
      </w:r>
      <w:r>
        <w:rPr>
          <w:lang w:eastAsia="ko-KR"/>
        </w:rPr>
        <w:t>흔들립니다</w:t>
      </w:r>
      <w:r>
        <w:rPr>
          <w:lang w:eastAsia="ko-KR"/>
        </w:rPr>
        <w:t xml:space="preserve">. </w:t>
      </w:r>
      <w:r>
        <w:rPr>
          <w:lang w:eastAsia="ko-KR"/>
        </w:rPr>
        <w:t>상황을</w:t>
      </w:r>
      <w:r>
        <w:rPr>
          <w:lang w:eastAsia="ko-KR"/>
        </w:rPr>
        <w:t xml:space="preserve"> </w:t>
      </w:r>
      <w:r>
        <w:rPr>
          <w:lang w:eastAsia="ko-KR"/>
        </w:rPr>
        <w:t>바라보며</w:t>
      </w:r>
      <w:r>
        <w:rPr>
          <w:lang w:eastAsia="ko-KR"/>
        </w:rPr>
        <w:t xml:space="preserve"> </w:t>
      </w:r>
      <w:r>
        <w:rPr>
          <w:lang w:eastAsia="ko-KR"/>
        </w:rPr>
        <w:t>불안해</w:t>
      </w:r>
      <w:r w:rsidR="00FF01AF">
        <w:rPr>
          <w:rFonts w:hint="eastAsia"/>
          <w:lang w:eastAsia="ko-KR"/>
        </w:rPr>
        <w:t xml:space="preserve">합니다. </w:t>
      </w:r>
      <w:r>
        <w:rPr>
          <w:lang w:eastAsia="ko-KR"/>
        </w:rPr>
        <w:t>그렇다면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물어야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 “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믿는다는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무엇인가</w:t>
      </w:r>
      <w:r>
        <w:rPr>
          <w:lang w:eastAsia="ko-KR"/>
        </w:rPr>
        <w:t>?”</w:t>
      </w:r>
    </w:p>
    <w:p w14:paraId="6CD9432E" w14:textId="5C6A41F5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본문에서</w:t>
      </w:r>
      <w:r>
        <w:rPr>
          <w:lang w:eastAsia="ko-KR"/>
        </w:rPr>
        <w:t xml:space="preserve"> “</w:t>
      </w:r>
      <w:r>
        <w:rPr>
          <w:lang w:eastAsia="ko-KR"/>
        </w:rPr>
        <w:t>믿으라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말은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>
        <w:rPr>
          <w:lang w:eastAsia="ko-KR"/>
        </w:rPr>
        <w:t xml:space="preserve"> </w:t>
      </w:r>
      <w:r>
        <w:rPr>
          <w:lang w:eastAsia="ko-KR"/>
        </w:rPr>
        <w:t>안에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두고</w:t>
      </w:r>
      <w:r>
        <w:rPr>
          <w:lang w:eastAsia="ko-KR"/>
        </w:rPr>
        <w:t xml:space="preserve"> </w:t>
      </w:r>
      <w:r>
        <w:rPr>
          <w:lang w:eastAsia="ko-KR"/>
        </w:rPr>
        <w:t>그분을</w:t>
      </w:r>
      <w:r>
        <w:rPr>
          <w:lang w:eastAsia="ko-KR"/>
        </w:rPr>
        <w:t xml:space="preserve"> </w:t>
      </w:r>
      <w:r>
        <w:rPr>
          <w:lang w:eastAsia="ko-KR"/>
        </w:rPr>
        <w:t>신뢰하라는</w:t>
      </w:r>
      <w:r>
        <w:rPr>
          <w:lang w:eastAsia="ko-KR"/>
        </w:rPr>
        <w:t xml:space="preserve"> </w:t>
      </w:r>
      <w:r>
        <w:rPr>
          <w:lang w:eastAsia="ko-KR"/>
        </w:rPr>
        <w:t>뜻입니다</w:t>
      </w:r>
      <w:r>
        <w:rPr>
          <w:lang w:eastAsia="ko-KR"/>
        </w:rPr>
        <w:t xml:space="preserve">. </w:t>
      </w:r>
      <w:r>
        <w:rPr>
          <w:lang w:eastAsia="ko-KR"/>
        </w:rPr>
        <w:t>영어로</w:t>
      </w:r>
      <w:r>
        <w:rPr>
          <w:lang w:eastAsia="ko-KR"/>
        </w:rPr>
        <w:t xml:space="preserve"> </w:t>
      </w:r>
      <w:r>
        <w:rPr>
          <w:lang w:eastAsia="ko-KR"/>
        </w:rPr>
        <w:t>표현하면</w:t>
      </w:r>
      <w:r>
        <w:rPr>
          <w:lang w:eastAsia="ko-KR"/>
        </w:rPr>
        <w:t xml:space="preserve"> trust in God, rely on Him</w:t>
      </w:r>
      <w:r>
        <w:rPr>
          <w:lang w:eastAsia="ko-KR"/>
        </w:rPr>
        <w:t>이라고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누구신지를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믿고</w:t>
      </w:r>
      <w:r>
        <w:rPr>
          <w:lang w:eastAsia="ko-KR"/>
        </w:rPr>
        <w:t xml:space="preserve">,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성품을</w:t>
      </w:r>
      <w:r>
        <w:rPr>
          <w:lang w:eastAsia="ko-KR"/>
        </w:rPr>
        <w:t xml:space="preserve"> </w:t>
      </w:r>
      <w:r>
        <w:rPr>
          <w:lang w:eastAsia="ko-KR"/>
        </w:rPr>
        <w:t>믿고</w:t>
      </w:r>
      <w:r>
        <w:rPr>
          <w:lang w:eastAsia="ko-KR"/>
        </w:rPr>
        <w:t xml:space="preserve">,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약속을</w:t>
      </w:r>
      <w:r>
        <w:rPr>
          <w:lang w:eastAsia="ko-KR"/>
        </w:rPr>
        <w:t xml:space="preserve"> </w:t>
      </w:r>
      <w:r>
        <w:rPr>
          <w:lang w:eastAsia="ko-KR"/>
        </w:rPr>
        <w:t>붙잡고</w:t>
      </w:r>
      <w:r>
        <w:rPr>
          <w:lang w:eastAsia="ko-KR"/>
        </w:rPr>
        <w:t xml:space="preserve">,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삶을</w:t>
      </w:r>
      <w:r>
        <w:rPr>
          <w:lang w:eastAsia="ko-KR"/>
        </w:rPr>
        <w:t xml:space="preserve"> </w:t>
      </w:r>
      <w:r>
        <w:rPr>
          <w:lang w:eastAsia="ko-KR"/>
        </w:rPr>
        <w:t>맡기는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믿음은</w:t>
      </w:r>
      <w:r w:rsidR="00C56EFC">
        <w:rPr>
          <w:rFonts w:hint="eastAsia"/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나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 w:rsidR="00FF01AF">
        <w:rPr>
          <w:rFonts w:hint="eastAsia"/>
          <w:lang w:eastAsia="ko-KR"/>
        </w:rPr>
        <w:t xml:space="preserve">실제로 </w:t>
      </w:r>
      <w:r>
        <w:rPr>
          <w:lang w:eastAsia="ko-KR"/>
        </w:rPr>
        <w:t>맡기는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65F32C07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너희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염려를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다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주께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맡기라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이는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그가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너희를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돌보심이라</w:t>
      </w:r>
      <w:r>
        <w:rPr>
          <w:b/>
          <w:lang w:eastAsia="ko-KR"/>
        </w:rPr>
        <w:t>.” (</w:t>
      </w:r>
      <w:r>
        <w:rPr>
          <w:b/>
          <w:lang w:eastAsia="ko-KR"/>
        </w:rPr>
        <w:t>벧전</w:t>
      </w:r>
      <w:r>
        <w:rPr>
          <w:b/>
          <w:lang w:eastAsia="ko-KR"/>
        </w:rPr>
        <w:t xml:space="preserve"> 5:7)</w:t>
      </w:r>
    </w:p>
    <w:p w14:paraId="3CECED2C" w14:textId="7A416136" w:rsidR="005F2AA3" w:rsidRDefault="00A572F4">
      <w:pPr>
        <w:ind w:firstLine="312"/>
        <w:rPr>
          <w:rFonts w:hint="eastAsia"/>
          <w:lang w:eastAsia="ko-KR"/>
        </w:rPr>
      </w:pPr>
      <w:r>
        <w:rPr>
          <w:lang w:eastAsia="ko-KR"/>
        </w:rPr>
        <w:t>베드로전서의</w:t>
      </w:r>
      <w:r>
        <w:rPr>
          <w:lang w:eastAsia="ko-KR"/>
        </w:rPr>
        <w:t xml:space="preserve"> </w:t>
      </w:r>
      <w:r>
        <w:rPr>
          <w:lang w:eastAsia="ko-KR"/>
        </w:rPr>
        <w:t>말씀처럼</w:t>
      </w:r>
      <w:r>
        <w:rPr>
          <w:lang w:eastAsia="ko-KR"/>
        </w:rPr>
        <w:t xml:space="preserve"> </w:t>
      </w:r>
      <w:r>
        <w:rPr>
          <w:lang w:eastAsia="ko-KR"/>
        </w:rPr>
        <w:t>믿음은</w:t>
      </w:r>
      <w:r>
        <w:rPr>
          <w:lang w:eastAsia="ko-KR"/>
        </w:rPr>
        <w:t xml:space="preserve"> </w:t>
      </w:r>
      <w:r>
        <w:rPr>
          <w:lang w:eastAsia="ko-KR"/>
        </w:rPr>
        <w:t>염려를</w:t>
      </w:r>
      <w:r>
        <w:rPr>
          <w:lang w:eastAsia="ko-KR"/>
        </w:rPr>
        <w:t xml:space="preserve"> </w:t>
      </w:r>
      <w:r>
        <w:rPr>
          <w:lang w:eastAsia="ko-KR"/>
        </w:rPr>
        <w:t>주님께</w:t>
      </w:r>
      <w:r>
        <w:rPr>
          <w:lang w:eastAsia="ko-KR"/>
        </w:rPr>
        <w:t xml:space="preserve"> </w:t>
      </w:r>
      <w:r>
        <w:rPr>
          <w:lang w:eastAsia="ko-KR"/>
        </w:rPr>
        <w:t>맡기는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나타납니다</w:t>
      </w:r>
      <w:r>
        <w:rPr>
          <w:lang w:eastAsia="ko-KR"/>
        </w:rPr>
        <w:t xml:space="preserve">.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붙들고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문제를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드리지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붙잡고</w:t>
      </w:r>
      <w:r>
        <w:rPr>
          <w:lang w:eastAsia="ko-KR"/>
        </w:rPr>
        <w:t xml:space="preserve"> </w:t>
      </w:r>
      <w:r>
        <w:rPr>
          <w:lang w:eastAsia="ko-KR"/>
        </w:rPr>
        <w:t>있다면</w:t>
      </w:r>
      <w:r>
        <w:rPr>
          <w:lang w:eastAsia="ko-KR"/>
        </w:rPr>
        <w:t xml:space="preserve"> </w:t>
      </w:r>
      <w:r>
        <w:rPr>
          <w:lang w:eastAsia="ko-KR"/>
        </w:rPr>
        <w:t>마음에</w:t>
      </w:r>
      <w:r>
        <w:rPr>
          <w:lang w:eastAsia="ko-KR"/>
        </w:rPr>
        <w:t xml:space="preserve"> </w:t>
      </w:r>
      <w:r>
        <w:rPr>
          <w:lang w:eastAsia="ko-KR"/>
        </w:rPr>
        <w:t>평안이</w:t>
      </w:r>
      <w:r>
        <w:rPr>
          <w:lang w:eastAsia="ko-KR"/>
        </w:rPr>
        <w:t xml:space="preserve"> </w:t>
      </w:r>
      <w:r>
        <w:rPr>
          <w:lang w:eastAsia="ko-KR"/>
        </w:rPr>
        <w:t>오기</w:t>
      </w:r>
      <w:r>
        <w:rPr>
          <w:lang w:eastAsia="ko-KR"/>
        </w:rPr>
        <w:t xml:space="preserve"> </w:t>
      </w:r>
      <w:r>
        <w:rPr>
          <w:lang w:eastAsia="ko-KR"/>
        </w:rPr>
        <w:t>어렵습니다</w:t>
      </w:r>
      <w:r>
        <w:rPr>
          <w:lang w:eastAsia="ko-KR"/>
        </w:rPr>
        <w:t xml:space="preserve">. </w:t>
      </w:r>
      <w:r>
        <w:rPr>
          <w:lang w:eastAsia="ko-KR"/>
        </w:rPr>
        <w:t>물론</w:t>
      </w:r>
      <w:r>
        <w:rPr>
          <w:lang w:eastAsia="ko-KR"/>
        </w:rPr>
        <w:t xml:space="preserve"> </w:t>
      </w:r>
      <w:r>
        <w:rPr>
          <w:lang w:eastAsia="ko-KR"/>
        </w:rPr>
        <w:t>믿음이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 </w:t>
      </w:r>
      <w:r>
        <w:rPr>
          <w:lang w:eastAsia="ko-KR"/>
        </w:rPr>
        <w:t>해서</w:t>
      </w:r>
      <w:r>
        <w:rPr>
          <w:lang w:eastAsia="ko-KR"/>
        </w:rPr>
        <w:t xml:space="preserve"> </w:t>
      </w:r>
      <w:r>
        <w:rPr>
          <w:lang w:eastAsia="ko-KR"/>
        </w:rPr>
        <w:t>아무</w:t>
      </w:r>
      <w:r>
        <w:rPr>
          <w:lang w:eastAsia="ko-KR"/>
        </w:rPr>
        <w:t xml:space="preserve"> </w:t>
      </w:r>
      <w:r>
        <w:rPr>
          <w:lang w:eastAsia="ko-KR"/>
        </w:rPr>
        <w:t>감정도</w:t>
      </w:r>
      <w:r>
        <w:rPr>
          <w:lang w:eastAsia="ko-KR"/>
        </w:rPr>
        <w:t xml:space="preserve"> </w:t>
      </w:r>
      <w:r>
        <w:rPr>
          <w:lang w:eastAsia="ko-KR"/>
        </w:rPr>
        <w:t>없고</w:t>
      </w:r>
      <w:r>
        <w:rPr>
          <w:lang w:eastAsia="ko-KR"/>
        </w:rPr>
        <w:t xml:space="preserve"> </w:t>
      </w:r>
      <w:r>
        <w:rPr>
          <w:lang w:eastAsia="ko-KR"/>
        </w:rPr>
        <w:t>아무</w:t>
      </w:r>
      <w:r>
        <w:rPr>
          <w:lang w:eastAsia="ko-KR"/>
        </w:rPr>
        <w:t xml:space="preserve"> </w:t>
      </w:r>
      <w:r>
        <w:rPr>
          <w:lang w:eastAsia="ko-KR"/>
        </w:rPr>
        <w:t>걱정도</w:t>
      </w:r>
      <w:r>
        <w:rPr>
          <w:lang w:eastAsia="ko-KR"/>
        </w:rPr>
        <w:t xml:space="preserve"> </w:t>
      </w:r>
      <w:r>
        <w:rPr>
          <w:lang w:eastAsia="ko-KR"/>
        </w:rPr>
        <w:t>하지</w:t>
      </w:r>
      <w:r>
        <w:rPr>
          <w:lang w:eastAsia="ko-KR"/>
        </w:rPr>
        <w:t xml:space="preserve"> </w:t>
      </w:r>
      <w:r>
        <w:rPr>
          <w:lang w:eastAsia="ko-KR"/>
        </w:rPr>
        <w:t>않는다는</w:t>
      </w:r>
      <w:r>
        <w:rPr>
          <w:lang w:eastAsia="ko-KR"/>
        </w:rPr>
        <w:t xml:space="preserve"> </w:t>
      </w:r>
      <w:r>
        <w:rPr>
          <w:lang w:eastAsia="ko-KR"/>
        </w:rPr>
        <w:t>뜻은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문제를</w:t>
      </w:r>
      <w:r>
        <w:rPr>
          <w:lang w:eastAsia="ko-KR"/>
        </w:rPr>
        <w:t xml:space="preserve"> </w:t>
      </w:r>
      <w:r>
        <w:rPr>
          <w:lang w:eastAsia="ko-KR"/>
        </w:rPr>
        <w:t>느끼지만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문제보다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보고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맡기는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  <w:r w:rsidR="00FF01AF">
        <w:rPr>
          <w:rFonts w:hint="eastAsia"/>
          <w:lang w:eastAsia="ko-KR"/>
        </w:rPr>
        <w:t xml:space="preserve"> 사탄은 부단히 문제를 크게 보이게 하고  우리의 시선이 거기에 집중하도록 합니다. 거기에 넘어가면 </w:t>
      </w:r>
      <w:proofErr w:type="spellStart"/>
      <w:r w:rsidR="00FF01AF">
        <w:rPr>
          <w:rFonts w:hint="eastAsia"/>
          <w:lang w:eastAsia="ko-KR"/>
        </w:rPr>
        <w:t>몀려하게</w:t>
      </w:r>
      <w:proofErr w:type="spellEnd"/>
      <w:r w:rsidR="00FF01AF">
        <w:rPr>
          <w:rFonts w:hint="eastAsia"/>
          <w:lang w:eastAsia="ko-KR"/>
        </w:rPr>
        <w:t xml:space="preserve"> 되고 영적으로 무디어집니다. </w:t>
      </w:r>
    </w:p>
    <w:p w14:paraId="685388A6" w14:textId="12A960BA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누가복음</w:t>
      </w:r>
      <w:r>
        <w:rPr>
          <w:lang w:eastAsia="ko-KR"/>
        </w:rPr>
        <w:t xml:space="preserve"> 21</w:t>
      </w:r>
      <w:r>
        <w:rPr>
          <w:lang w:eastAsia="ko-KR"/>
        </w:rPr>
        <w:t>장</w:t>
      </w:r>
      <w:r>
        <w:rPr>
          <w:lang w:eastAsia="ko-KR"/>
        </w:rPr>
        <w:t xml:space="preserve"> 34</w:t>
      </w:r>
      <w:r>
        <w:rPr>
          <w:lang w:eastAsia="ko-KR"/>
        </w:rPr>
        <w:t>절에서는</w:t>
      </w:r>
      <w:r>
        <w:rPr>
          <w:lang w:eastAsia="ko-KR"/>
        </w:rPr>
        <w:t xml:space="preserve"> </w:t>
      </w:r>
      <w:r>
        <w:rPr>
          <w:lang w:eastAsia="ko-KR"/>
        </w:rPr>
        <w:t>세상의</w:t>
      </w:r>
      <w:r>
        <w:rPr>
          <w:lang w:eastAsia="ko-KR"/>
        </w:rPr>
        <w:t xml:space="preserve"> </w:t>
      </w:r>
      <w:r>
        <w:rPr>
          <w:lang w:eastAsia="ko-KR"/>
        </w:rPr>
        <w:t>염려가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둔하게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 </w:t>
      </w:r>
      <w:r>
        <w:rPr>
          <w:lang w:eastAsia="ko-KR"/>
        </w:rPr>
        <w:t>경고합니다</w:t>
      </w:r>
      <w:r>
        <w:rPr>
          <w:lang w:eastAsia="ko-KR"/>
        </w:rPr>
        <w:t xml:space="preserve">. </w:t>
      </w:r>
      <w:r>
        <w:rPr>
          <w:lang w:eastAsia="ko-KR"/>
        </w:rPr>
        <w:t>염려가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지배하면</w:t>
      </w:r>
      <w:r>
        <w:rPr>
          <w:lang w:eastAsia="ko-KR"/>
        </w:rPr>
        <w:t xml:space="preserve"> </w:t>
      </w:r>
      <w:r>
        <w:rPr>
          <w:lang w:eastAsia="ko-KR"/>
        </w:rPr>
        <w:t>하나님보다</w:t>
      </w:r>
      <w:r>
        <w:rPr>
          <w:lang w:eastAsia="ko-KR"/>
        </w:rPr>
        <w:t xml:space="preserve"> </w:t>
      </w:r>
      <w:r>
        <w:rPr>
          <w:lang w:eastAsia="ko-KR"/>
        </w:rPr>
        <w:t>상황을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보게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것처럼</w:t>
      </w:r>
      <w:r>
        <w:rPr>
          <w:lang w:eastAsia="ko-KR"/>
        </w:rPr>
        <w:t xml:space="preserve"> </w:t>
      </w:r>
      <w:r>
        <w:rPr>
          <w:lang w:eastAsia="ko-KR"/>
        </w:rPr>
        <w:t>생각하고</w:t>
      </w:r>
      <w:r>
        <w:rPr>
          <w:lang w:eastAsia="ko-KR"/>
        </w:rPr>
        <w:t xml:space="preserve"> </w:t>
      </w:r>
      <w:r>
        <w:rPr>
          <w:lang w:eastAsia="ko-KR"/>
        </w:rPr>
        <w:t>말하게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 w:rsidR="00FF01AF">
        <w:rPr>
          <w:rFonts w:hint="eastAsia"/>
          <w:lang w:eastAsia="ko-KR"/>
        </w:rPr>
        <w:t xml:space="preserve">내 문제속에서 </w:t>
      </w:r>
      <w:r>
        <w:rPr>
          <w:lang w:eastAsia="ko-KR"/>
        </w:rPr>
        <w:t>천지를</w:t>
      </w:r>
      <w:r>
        <w:rPr>
          <w:lang w:eastAsia="ko-KR"/>
        </w:rPr>
        <w:t xml:space="preserve"> </w:t>
      </w:r>
      <w:r>
        <w:rPr>
          <w:lang w:eastAsia="ko-KR"/>
        </w:rPr>
        <w:t>지으신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>
        <w:rPr>
          <w:lang w:eastAsia="ko-KR"/>
        </w:rPr>
        <w:t xml:space="preserve">,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사랑하시고</w:t>
      </w:r>
      <w:r>
        <w:rPr>
          <w:lang w:eastAsia="ko-KR"/>
        </w:rPr>
        <w:t xml:space="preserve"> </w:t>
      </w:r>
      <w:r>
        <w:rPr>
          <w:lang w:eastAsia="ko-KR"/>
        </w:rPr>
        <w:t>돌보시는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신뢰하기</w:t>
      </w:r>
      <w:r>
        <w:rPr>
          <w:lang w:eastAsia="ko-KR"/>
        </w:rPr>
        <w:t xml:space="preserve"> </w:t>
      </w:r>
      <w:r>
        <w:rPr>
          <w:lang w:eastAsia="ko-KR"/>
        </w:rPr>
        <w:t>시작하면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>태도가</w:t>
      </w:r>
      <w:r>
        <w:rPr>
          <w:lang w:eastAsia="ko-KR"/>
        </w:rPr>
        <w:t xml:space="preserve"> </w:t>
      </w:r>
      <w:r>
        <w:rPr>
          <w:lang w:eastAsia="ko-KR"/>
        </w:rPr>
        <w:t>달라집니다</w:t>
      </w:r>
      <w:r>
        <w:rPr>
          <w:lang w:eastAsia="ko-KR"/>
        </w:rPr>
        <w:t>.</w:t>
      </w:r>
    </w:p>
    <w:p w14:paraId="67AE3613" w14:textId="73AC474D" w:rsidR="005F2AA3" w:rsidRDefault="00FF01AF">
      <w:pPr>
        <w:pStyle w:val="Heading2"/>
        <w:spacing w:before="120" w:after="40"/>
        <w:rPr>
          <w:lang w:eastAsia="ko-KR"/>
        </w:rPr>
      </w:pPr>
      <w:r>
        <w:rPr>
          <w:rFonts w:ascii="Malgun Gothic" w:eastAsia="Malgun Gothic" w:hAnsi="Malgun Gothic" w:cs="Malgun Gothic" w:hint="eastAsia"/>
          <w:lang w:eastAsia="ko-KR"/>
        </w:rPr>
        <w:t xml:space="preserve">하나님을 실제로 믿는 </w:t>
      </w:r>
      <w:r w:rsidR="00A572F4">
        <w:rPr>
          <w:lang w:eastAsia="ko-KR"/>
        </w:rPr>
        <w:t>믿음은</w:t>
      </w:r>
      <w:r w:rsidR="00A572F4">
        <w:rPr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lang w:eastAsia="ko-KR"/>
        </w:rPr>
        <w:t xml:space="preserve">그분의 </w:t>
      </w:r>
      <w:r w:rsidR="00A572F4">
        <w:rPr>
          <w:lang w:eastAsia="ko-KR"/>
        </w:rPr>
        <w:t>약속을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붙잡고</w:t>
      </w:r>
      <w:r w:rsidR="00A572F4">
        <w:rPr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lang w:eastAsia="ko-KR"/>
        </w:rPr>
        <w:t xml:space="preserve">끈질기게 </w:t>
      </w:r>
      <w:r w:rsidR="00A572F4">
        <w:rPr>
          <w:lang w:eastAsia="ko-KR"/>
        </w:rPr>
        <w:t>기도하는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것입니다</w:t>
      </w:r>
    </w:p>
    <w:p w14:paraId="215D54B7" w14:textId="73BC7732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믿는다는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또한</w:t>
      </w:r>
      <w:r>
        <w:rPr>
          <w:lang w:eastAsia="ko-KR"/>
        </w:rPr>
        <w:t xml:space="preserve">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약속을</w:t>
      </w:r>
      <w:r>
        <w:rPr>
          <w:lang w:eastAsia="ko-KR"/>
        </w:rPr>
        <w:t xml:space="preserve"> </w:t>
      </w:r>
      <w:r>
        <w:rPr>
          <w:lang w:eastAsia="ko-KR"/>
        </w:rPr>
        <w:t>붙잡는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전능하신</w:t>
      </w:r>
      <w:r>
        <w:rPr>
          <w:lang w:eastAsia="ko-KR"/>
        </w:rPr>
        <w:t xml:space="preserve"> </w:t>
      </w:r>
      <w:r>
        <w:rPr>
          <w:lang w:eastAsia="ko-KR"/>
        </w:rPr>
        <w:t>분이시고</w:t>
      </w:r>
      <w:r>
        <w:rPr>
          <w:lang w:eastAsia="ko-KR"/>
        </w:rPr>
        <w:t xml:space="preserve"> </w:t>
      </w:r>
      <w:r>
        <w:rPr>
          <w:lang w:eastAsia="ko-KR"/>
        </w:rPr>
        <w:t>살아</w:t>
      </w:r>
      <w:r>
        <w:rPr>
          <w:lang w:eastAsia="ko-KR"/>
        </w:rPr>
        <w:t xml:space="preserve"> </w:t>
      </w:r>
      <w:r>
        <w:rPr>
          <w:lang w:eastAsia="ko-KR"/>
        </w:rPr>
        <w:t>계신</w:t>
      </w:r>
      <w:r>
        <w:rPr>
          <w:lang w:eastAsia="ko-KR"/>
        </w:rPr>
        <w:t xml:space="preserve"> </w:t>
      </w:r>
      <w:r>
        <w:rPr>
          <w:lang w:eastAsia="ko-KR"/>
        </w:rPr>
        <w:t>분임을</w:t>
      </w:r>
      <w:r>
        <w:rPr>
          <w:lang w:eastAsia="ko-KR"/>
        </w:rPr>
        <w:t xml:space="preserve"> </w:t>
      </w:r>
      <w:r>
        <w:rPr>
          <w:lang w:eastAsia="ko-KR"/>
        </w:rPr>
        <w:t>믿기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 w:rsidR="00FF01AF">
        <w:rPr>
          <w:rFonts w:hint="eastAsia"/>
          <w:lang w:eastAsia="ko-KR"/>
        </w:rPr>
        <w:t xml:space="preserve">무엇보다도 사람의 </w:t>
      </w:r>
      <w:r w:rsidR="00807797">
        <w:rPr>
          <w:rFonts w:hint="eastAsia"/>
          <w:lang w:eastAsia="ko-KR"/>
        </w:rPr>
        <w:t xml:space="preserve">의견보다 </w:t>
      </w:r>
      <w:r w:rsidR="00FF01AF">
        <w:rPr>
          <w:rFonts w:hint="eastAsia"/>
          <w:lang w:eastAsia="ko-KR"/>
        </w:rPr>
        <w:t xml:space="preserve">하나님의 약속을 붙잡고 </w:t>
      </w:r>
      <w:r>
        <w:rPr>
          <w:lang w:eastAsia="ko-KR"/>
        </w:rPr>
        <w:t>기도</w:t>
      </w:r>
      <w:r w:rsidR="00FF01AF">
        <w:rPr>
          <w:rFonts w:hint="eastAsia"/>
          <w:lang w:eastAsia="ko-KR"/>
        </w:rPr>
        <w:t xml:space="preserve">해야 합니다. </w:t>
      </w:r>
      <w:proofErr w:type="spellStart"/>
      <w:r w:rsidR="00FF01AF">
        <w:rPr>
          <w:rFonts w:hint="eastAsia"/>
          <w:lang w:eastAsia="ko-KR"/>
        </w:rPr>
        <w:t>기도시</w:t>
      </w:r>
      <w:proofErr w:type="spellEnd"/>
      <w:r w:rsidR="00FF01AF">
        <w:rPr>
          <w:rFonts w:hint="eastAsia"/>
          <w:lang w:eastAsia="ko-KR"/>
        </w:rPr>
        <w:t xml:space="preserve"> 약속의 말씀이 없으면 힘이 빠집니다. 약속을 붙잡고 기도하면 </w:t>
      </w:r>
      <w:r>
        <w:rPr>
          <w:lang w:eastAsia="ko-KR"/>
        </w:rPr>
        <w:t>기도</w:t>
      </w:r>
      <w:r w:rsidR="00FF01AF">
        <w:rPr>
          <w:rFonts w:hint="eastAsia"/>
          <w:lang w:eastAsia="ko-KR"/>
        </w:rPr>
        <w:t xml:space="preserve">가 힘이 생깁니다. 이러한 기도가 하나님을 실제로 믿는 믿음의 </w:t>
      </w:r>
      <w:r>
        <w:rPr>
          <w:lang w:eastAsia="ko-KR"/>
        </w:rPr>
        <w:t>표현입니다</w:t>
      </w:r>
      <w:r>
        <w:rPr>
          <w:lang w:eastAsia="ko-KR"/>
        </w:rPr>
        <w:t xml:space="preserve">. </w:t>
      </w:r>
      <w:r>
        <w:rPr>
          <w:lang w:eastAsia="ko-KR"/>
        </w:rPr>
        <w:t>아무리</w:t>
      </w:r>
      <w:r>
        <w:rPr>
          <w:lang w:eastAsia="ko-KR"/>
        </w:rPr>
        <w:t xml:space="preserve"> </w:t>
      </w:r>
      <w:r>
        <w:rPr>
          <w:lang w:eastAsia="ko-KR"/>
        </w:rPr>
        <w:t>힘든</w:t>
      </w:r>
      <w:r>
        <w:rPr>
          <w:lang w:eastAsia="ko-KR"/>
        </w:rPr>
        <w:t xml:space="preserve"> </w:t>
      </w:r>
      <w:r>
        <w:rPr>
          <w:lang w:eastAsia="ko-KR"/>
        </w:rPr>
        <w:t>상황에서도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나아가</w:t>
      </w:r>
      <w:r w:rsidR="00A801DB">
        <w:rPr>
          <w:rFonts w:hint="eastAsia"/>
          <w:lang w:eastAsia="ko-KR"/>
        </w:rPr>
        <w:t xml:space="preserve"> 끈질기게 기도</w:t>
      </w:r>
      <w:r w:rsidR="00FF01AF">
        <w:rPr>
          <w:rFonts w:hint="eastAsia"/>
          <w:lang w:eastAsia="ko-KR"/>
        </w:rPr>
        <w:t>해야 합니다</w:t>
      </w:r>
      <w:r>
        <w:rPr>
          <w:lang w:eastAsia="ko-KR"/>
        </w:rPr>
        <w:t>.</w:t>
      </w:r>
    </w:p>
    <w:p w14:paraId="1487B3D8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lastRenderedPageBreak/>
        <w:t>“</w:t>
      </w:r>
      <w:r>
        <w:rPr>
          <w:b/>
          <w:lang w:eastAsia="ko-KR"/>
        </w:rPr>
        <w:t>오직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믿음으로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구하고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조금도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의심하지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말라</w:t>
      </w:r>
      <w:r>
        <w:rPr>
          <w:b/>
          <w:lang w:eastAsia="ko-KR"/>
        </w:rPr>
        <w:t xml:space="preserve">… </w:t>
      </w:r>
      <w:r>
        <w:rPr>
          <w:b/>
          <w:lang w:eastAsia="ko-KR"/>
        </w:rPr>
        <w:t>그런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사람은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무엇이든지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주께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얻기를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생각하지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말라</w:t>
      </w:r>
      <w:r>
        <w:rPr>
          <w:b/>
          <w:lang w:eastAsia="ko-KR"/>
        </w:rPr>
        <w:t>.” (</w:t>
      </w:r>
      <w:r>
        <w:rPr>
          <w:b/>
          <w:lang w:eastAsia="ko-KR"/>
        </w:rPr>
        <w:t>약</w:t>
      </w:r>
      <w:r>
        <w:rPr>
          <w:b/>
          <w:lang w:eastAsia="ko-KR"/>
        </w:rPr>
        <w:t xml:space="preserve"> 1:6–7 </w:t>
      </w:r>
      <w:r>
        <w:rPr>
          <w:b/>
          <w:lang w:eastAsia="ko-KR"/>
        </w:rPr>
        <w:t>요지</w:t>
      </w:r>
      <w:r>
        <w:rPr>
          <w:b/>
          <w:lang w:eastAsia="ko-KR"/>
        </w:rPr>
        <w:t>)</w:t>
      </w:r>
    </w:p>
    <w:p w14:paraId="350B2442" w14:textId="7734E263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야고보서는</w:t>
      </w:r>
      <w:r>
        <w:rPr>
          <w:lang w:eastAsia="ko-KR"/>
        </w:rPr>
        <w:t xml:space="preserve"> </w:t>
      </w:r>
      <w:r>
        <w:rPr>
          <w:lang w:eastAsia="ko-KR"/>
        </w:rPr>
        <w:t>의심에</w:t>
      </w:r>
      <w:r>
        <w:rPr>
          <w:lang w:eastAsia="ko-KR"/>
        </w:rPr>
        <w:t xml:space="preserve"> </w:t>
      </w:r>
      <w:r>
        <w:rPr>
          <w:lang w:eastAsia="ko-KR"/>
        </w:rPr>
        <w:t>사로잡혀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신뢰하지</w:t>
      </w:r>
      <w:r>
        <w:rPr>
          <w:lang w:eastAsia="ko-KR"/>
        </w:rPr>
        <w:t xml:space="preserve"> </w:t>
      </w:r>
      <w:r>
        <w:rPr>
          <w:lang w:eastAsia="ko-KR"/>
        </w:rPr>
        <w:t>못한</w:t>
      </w:r>
      <w:r>
        <w:rPr>
          <w:lang w:eastAsia="ko-KR"/>
        </w:rPr>
        <w:t xml:space="preserve"> </w:t>
      </w:r>
      <w:r>
        <w:rPr>
          <w:lang w:eastAsia="ko-KR"/>
        </w:rPr>
        <w:t>채</w:t>
      </w:r>
      <w:r>
        <w:rPr>
          <w:lang w:eastAsia="ko-KR"/>
        </w:rPr>
        <w:t xml:space="preserve"> </w:t>
      </w:r>
      <w:r>
        <w:rPr>
          <w:lang w:eastAsia="ko-KR"/>
        </w:rPr>
        <w:t>기도하는</w:t>
      </w:r>
      <w:r>
        <w:rPr>
          <w:lang w:eastAsia="ko-KR"/>
        </w:rPr>
        <w:t xml:space="preserve"> </w:t>
      </w:r>
      <w:r>
        <w:rPr>
          <w:lang w:eastAsia="ko-KR"/>
        </w:rPr>
        <w:t>태도를</w:t>
      </w:r>
      <w:r>
        <w:rPr>
          <w:lang w:eastAsia="ko-KR"/>
        </w:rPr>
        <w:t xml:space="preserve"> </w:t>
      </w:r>
      <w:r>
        <w:rPr>
          <w:lang w:eastAsia="ko-KR"/>
        </w:rPr>
        <w:t>경고합니다</w:t>
      </w:r>
      <w:r>
        <w:rPr>
          <w:lang w:eastAsia="ko-KR"/>
        </w:rPr>
        <w:t xml:space="preserve">. </w:t>
      </w:r>
      <w:r>
        <w:rPr>
          <w:lang w:eastAsia="ko-KR"/>
        </w:rPr>
        <w:t>믿음의</w:t>
      </w:r>
      <w:r>
        <w:rPr>
          <w:lang w:eastAsia="ko-KR"/>
        </w:rPr>
        <w:t xml:space="preserve"> </w:t>
      </w:r>
      <w:r>
        <w:rPr>
          <w:lang w:eastAsia="ko-KR"/>
        </w:rPr>
        <w:t>기도는</w:t>
      </w:r>
      <w:r>
        <w:rPr>
          <w:lang w:eastAsia="ko-KR"/>
        </w:rPr>
        <w:t xml:space="preserve"> “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원하는</w:t>
      </w:r>
      <w:r>
        <w:rPr>
          <w:lang w:eastAsia="ko-KR"/>
        </w:rPr>
        <w:t xml:space="preserve"> </w:t>
      </w:r>
      <w:r>
        <w:rPr>
          <w:lang w:eastAsia="ko-KR"/>
        </w:rPr>
        <w:t>대로</w:t>
      </w:r>
      <w:r>
        <w:rPr>
          <w:lang w:eastAsia="ko-KR"/>
        </w:rPr>
        <w:t xml:space="preserve"> </w:t>
      </w:r>
      <w:r>
        <w:rPr>
          <w:lang w:eastAsia="ko-KR"/>
        </w:rPr>
        <w:t>반드시</w:t>
      </w:r>
      <w:r>
        <w:rPr>
          <w:lang w:eastAsia="ko-KR"/>
        </w:rPr>
        <w:t xml:space="preserve"> </w:t>
      </w:r>
      <w:r>
        <w:rPr>
          <w:lang w:eastAsia="ko-KR"/>
        </w:rPr>
        <w:t>이루어질</w:t>
      </w:r>
      <w:r>
        <w:rPr>
          <w:lang w:eastAsia="ko-KR"/>
        </w:rPr>
        <w:t xml:space="preserve"> </w:t>
      </w:r>
      <w:r>
        <w:rPr>
          <w:lang w:eastAsia="ko-KR"/>
        </w:rPr>
        <w:t>것이다</w:t>
      </w:r>
      <w:r>
        <w:rPr>
          <w:lang w:eastAsia="ko-KR"/>
        </w:rPr>
        <w:t>”</w:t>
      </w:r>
      <w:r>
        <w:rPr>
          <w:lang w:eastAsia="ko-KR"/>
        </w:rPr>
        <w:t>라는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확신이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>, “</w:t>
      </w:r>
      <w:r>
        <w:rPr>
          <w:lang w:eastAsia="ko-KR"/>
        </w:rPr>
        <w:t>하나님은</w:t>
      </w:r>
      <w:r>
        <w:rPr>
          <w:lang w:eastAsia="ko-KR"/>
        </w:rPr>
        <w:t xml:space="preserve"> </w:t>
      </w:r>
      <w:r>
        <w:rPr>
          <w:lang w:eastAsia="ko-KR"/>
        </w:rPr>
        <w:t>선하시고</w:t>
      </w:r>
      <w:r>
        <w:rPr>
          <w:lang w:eastAsia="ko-KR"/>
        </w:rPr>
        <w:t xml:space="preserve"> </w:t>
      </w:r>
      <w:r>
        <w:rPr>
          <w:lang w:eastAsia="ko-KR"/>
        </w:rPr>
        <w:t>전능하시며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길로</w:t>
      </w:r>
      <w:r>
        <w:rPr>
          <w:lang w:eastAsia="ko-KR"/>
        </w:rPr>
        <w:t xml:space="preserve"> </w:t>
      </w:r>
      <w:r>
        <w:rPr>
          <w:lang w:eastAsia="ko-KR"/>
        </w:rPr>
        <w:t>인도하신다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하나님에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 w:rsidR="002246A3">
        <w:rPr>
          <w:rFonts w:hint="eastAsia"/>
          <w:lang w:eastAsia="ko-KR"/>
        </w:rPr>
        <w:t xml:space="preserve">완전한 </w:t>
      </w:r>
      <w:r>
        <w:rPr>
          <w:lang w:eastAsia="ko-KR"/>
        </w:rPr>
        <w:t>신뢰입니다</w:t>
      </w:r>
      <w:r>
        <w:rPr>
          <w:lang w:eastAsia="ko-KR"/>
        </w:rPr>
        <w:t>.</w:t>
      </w:r>
    </w:p>
    <w:p w14:paraId="077ADA10" w14:textId="138A5130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근심이</w:t>
      </w:r>
      <w:r>
        <w:rPr>
          <w:lang w:eastAsia="ko-KR"/>
        </w:rPr>
        <w:t xml:space="preserve"> </w:t>
      </w:r>
      <w:r>
        <w:rPr>
          <w:lang w:eastAsia="ko-KR"/>
        </w:rPr>
        <w:t>찾아올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스스로에게</w:t>
      </w:r>
      <w:r>
        <w:rPr>
          <w:lang w:eastAsia="ko-KR"/>
        </w:rPr>
        <w:t xml:space="preserve"> </w:t>
      </w:r>
      <w:r>
        <w:rPr>
          <w:lang w:eastAsia="ko-KR"/>
        </w:rPr>
        <w:t>물을</w:t>
      </w:r>
      <w:r>
        <w:rPr>
          <w:lang w:eastAsia="ko-KR"/>
        </w:rPr>
        <w:t xml:space="preserve"> </w:t>
      </w:r>
      <w:r>
        <w:rPr>
          <w:lang w:eastAsia="ko-KR"/>
        </w:rPr>
        <w:t>필요가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지금</w:t>
      </w:r>
      <w:r>
        <w:rPr>
          <w:lang w:eastAsia="ko-KR"/>
        </w:rPr>
        <w:t xml:space="preserve"> </w:t>
      </w:r>
      <w:r>
        <w:rPr>
          <w:lang w:eastAsia="ko-KR"/>
        </w:rPr>
        <w:t>문제보다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보고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 xml:space="preserve">? 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문제를</w:t>
      </w:r>
      <w:r w:rsidR="002246A3">
        <w:rPr>
          <w:rFonts w:hint="eastAsia"/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맡기고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 xml:space="preserve">?” </w:t>
      </w:r>
      <w:r w:rsidR="002246A3">
        <w:rPr>
          <w:rFonts w:hint="eastAsia"/>
          <w:lang w:eastAsia="ko-KR"/>
        </w:rPr>
        <w:t xml:space="preserve">하나님께 맡기면 기도합니다. 그리고 그 하나님의 약속의 말씀을 붙잡고 삽니다. 그 때 예수님을 인격적으로 알아갑니다.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상황을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바꾸지</w:t>
      </w:r>
      <w:r>
        <w:rPr>
          <w:lang w:eastAsia="ko-KR"/>
        </w:rPr>
        <w:t xml:space="preserve"> </w:t>
      </w:r>
      <w:r>
        <w:rPr>
          <w:lang w:eastAsia="ko-KR"/>
        </w:rPr>
        <w:t>않으셨습니다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그들의</w:t>
      </w:r>
      <w:r>
        <w:rPr>
          <w:lang w:eastAsia="ko-KR"/>
        </w:rPr>
        <w:t xml:space="preserve"> </w:t>
      </w:r>
      <w:r>
        <w:rPr>
          <w:lang w:eastAsia="ko-KR"/>
        </w:rPr>
        <w:t>시선을</w:t>
      </w:r>
      <w:r>
        <w:rPr>
          <w:lang w:eastAsia="ko-KR"/>
        </w:rPr>
        <w:t xml:space="preserve"> </w:t>
      </w:r>
      <w:r>
        <w:rPr>
          <w:lang w:eastAsia="ko-KR"/>
        </w:rPr>
        <w:t>상황에서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 xml:space="preserve">예수님 </w:t>
      </w:r>
      <w:r>
        <w:rPr>
          <w:lang w:eastAsia="ko-KR"/>
        </w:rPr>
        <w:t>자신</w:t>
      </w:r>
      <w:r w:rsidR="002246A3">
        <w:rPr>
          <w:rFonts w:hint="eastAsia"/>
          <w:lang w:eastAsia="ko-KR"/>
        </w:rPr>
        <w:t xml:space="preserve">을 실제로 믿도록 의지하도록 </w:t>
      </w:r>
      <w:r>
        <w:rPr>
          <w:lang w:eastAsia="ko-KR"/>
        </w:rPr>
        <w:t>돌리셨습니다</w:t>
      </w:r>
      <w:r>
        <w:rPr>
          <w:lang w:eastAsia="ko-KR"/>
        </w:rPr>
        <w:t xml:space="preserve">. </w:t>
      </w:r>
    </w:p>
    <w:p w14:paraId="0F0C4260" w14:textId="77777777" w:rsidR="005F2AA3" w:rsidRDefault="00A572F4">
      <w:pPr>
        <w:pStyle w:val="Heading1"/>
        <w:spacing w:before="160" w:after="80"/>
        <w:rPr>
          <w:lang w:eastAsia="ko-KR"/>
        </w:rPr>
      </w:pPr>
      <w:r>
        <w:rPr>
          <w:lang w:eastAsia="ko-KR"/>
        </w:rPr>
        <w:t xml:space="preserve">2.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아버지의</w:t>
      </w:r>
      <w:r>
        <w:rPr>
          <w:lang w:eastAsia="ko-KR"/>
        </w:rPr>
        <w:t xml:space="preserve"> </w:t>
      </w:r>
      <w:r>
        <w:rPr>
          <w:lang w:eastAsia="ko-KR"/>
        </w:rPr>
        <w:t>집으로</w:t>
      </w:r>
      <w:r>
        <w:rPr>
          <w:lang w:eastAsia="ko-KR"/>
        </w:rPr>
        <w:t xml:space="preserve"> </w:t>
      </w:r>
      <w:r>
        <w:rPr>
          <w:lang w:eastAsia="ko-KR"/>
        </w:rPr>
        <w:t>데려가십니다</w:t>
      </w:r>
      <w:r>
        <w:rPr>
          <w:lang w:eastAsia="ko-KR"/>
        </w:rPr>
        <w:t xml:space="preserve"> (2–3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645B16F1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근심하는</w:t>
      </w:r>
      <w:r>
        <w:rPr>
          <w:lang w:eastAsia="ko-KR"/>
        </w:rPr>
        <w:t xml:space="preserve"> </w:t>
      </w:r>
      <w:r>
        <w:rPr>
          <w:lang w:eastAsia="ko-KR"/>
        </w:rPr>
        <w:t>제자들에게</w:t>
      </w:r>
      <w:r>
        <w:rPr>
          <w:lang w:eastAsia="ko-KR"/>
        </w:rPr>
        <w:t xml:space="preserve"> </w:t>
      </w:r>
      <w:r>
        <w:rPr>
          <w:lang w:eastAsia="ko-KR"/>
        </w:rPr>
        <w:t>두</w:t>
      </w:r>
      <w:r>
        <w:rPr>
          <w:lang w:eastAsia="ko-KR"/>
        </w:rPr>
        <w:t xml:space="preserve"> </w:t>
      </w:r>
      <w:r>
        <w:rPr>
          <w:lang w:eastAsia="ko-KR"/>
        </w:rPr>
        <w:t>번째로</w:t>
      </w:r>
      <w:r>
        <w:rPr>
          <w:lang w:eastAsia="ko-KR"/>
        </w:rPr>
        <w:t xml:space="preserve"> </w:t>
      </w:r>
      <w:r>
        <w:rPr>
          <w:lang w:eastAsia="ko-KR"/>
        </w:rPr>
        <w:t>약속을</w:t>
      </w:r>
      <w:r>
        <w:rPr>
          <w:lang w:eastAsia="ko-KR"/>
        </w:rPr>
        <w:t xml:space="preserve"> </w:t>
      </w:r>
      <w:r>
        <w:rPr>
          <w:lang w:eastAsia="ko-KR"/>
        </w:rPr>
        <w:t>주십니다</w:t>
      </w:r>
      <w:r>
        <w:rPr>
          <w:lang w:eastAsia="ko-KR"/>
        </w:rPr>
        <w:t xml:space="preserve">. </w:t>
      </w:r>
      <w:r>
        <w:rPr>
          <w:lang w:eastAsia="ko-KR"/>
        </w:rPr>
        <w:t>현재의</w:t>
      </w:r>
      <w:r>
        <w:rPr>
          <w:lang w:eastAsia="ko-KR"/>
        </w:rPr>
        <w:t xml:space="preserve"> </w:t>
      </w:r>
      <w:r>
        <w:rPr>
          <w:lang w:eastAsia="ko-KR"/>
        </w:rPr>
        <w:t>혼란만</w:t>
      </w:r>
      <w:r>
        <w:rPr>
          <w:lang w:eastAsia="ko-KR"/>
        </w:rPr>
        <w:t xml:space="preserve"> </w:t>
      </w:r>
      <w:r>
        <w:rPr>
          <w:lang w:eastAsia="ko-KR"/>
        </w:rPr>
        <w:t>바라보지</w:t>
      </w:r>
      <w:r>
        <w:rPr>
          <w:lang w:eastAsia="ko-KR"/>
        </w:rPr>
        <w:t xml:space="preserve"> </w:t>
      </w:r>
      <w:r>
        <w:rPr>
          <w:lang w:eastAsia="ko-KR"/>
        </w:rPr>
        <w:t>말고</w:t>
      </w:r>
      <w:r>
        <w:rPr>
          <w:lang w:eastAsia="ko-KR"/>
        </w:rPr>
        <w:t xml:space="preserve">, </w:t>
      </w:r>
      <w:r>
        <w:rPr>
          <w:lang w:eastAsia="ko-KR"/>
        </w:rPr>
        <w:t>그들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준비된</w:t>
      </w:r>
      <w:r>
        <w:rPr>
          <w:lang w:eastAsia="ko-KR"/>
        </w:rPr>
        <w:t xml:space="preserve"> </w:t>
      </w:r>
      <w:r>
        <w:rPr>
          <w:lang w:eastAsia="ko-KR"/>
        </w:rPr>
        <w:t>영원한</w:t>
      </w:r>
      <w:r>
        <w:rPr>
          <w:lang w:eastAsia="ko-KR"/>
        </w:rPr>
        <w:t xml:space="preserve"> </w:t>
      </w:r>
      <w:r>
        <w:rPr>
          <w:lang w:eastAsia="ko-KR"/>
        </w:rPr>
        <w:t>소망을</w:t>
      </w:r>
      <w:r>
        <w:rPr>
          <w:lang w:eastAsia="ko-KR"/>
        </w:rPr>
        <w:t xml:space="preserve"> </w:t>
      </w:r>
      <w:r>
        <w:rPr>
          <w:lang w:eastAsia="ko-KR"/>
        </w:rPr>
        <w:t>바라보게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>.</w:t>
      </w:r>
    </w:p>
    <w:p w14:paraId="158C12FD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아버지의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집에는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거할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곳이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많다</w:t>
      </w:r>
      <w:r>
        <w:rPr>
          <w:b/>
          <w:lang w:eastAsia="ko-KR"/>
        </w:rPr>
        <w:t xml:space="preserve">… </w:t>
      </w:r>
      <w:r>
        <w:rPr>
          <w:b/>
          <w:lang w:eastAsia="ko-KR"/>
        </w:rPr>
        <w:t>내가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너희를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위하여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거처를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예비하러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가노니</w:t>
      </w:r>
      <w:proofErr w:type="spellEnd"/>
      <w:r>
        <w:rPr>
          <w:b/>
          <w:lang w:eastAsia="ko-KR"/>
        </w:rPr>
        <w:t xml:space="preserve">… </w:t>
      </w:r>
      <w:r>
        <w:rPr>
          <w:b/>
          <w:lang w:eastAsia="ko-KR"/>
        </w:rPr>
        <w:t>내가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다시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와서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너희를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내게로</w:t>
      </w:r>
      <w:proofErr w:type="spellEnd"/>
      <w:r>
        <w:rPr>
          <w:b/>
          <w:lang w:eastAsia="ko-KR"/>
        </w:rPr>
        <w:t xml:space="preserve"> </w:t>
      </w:r>
      <w:r>
        <w:rPr>
          <w:b/>
          <w:lang w:eastAsia="ko-KR"/>
        </w:rPr>
        <w:t>영접하여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있는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곳에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너희도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있게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하리라</w:t>
      </w:r>
      <w:r>
        <w:rPr>
          <w:b/>
          <w:lang w:eastAsia="ko-KR"/>
        </w:rPr>
        <w:t>.”</w:t>
      </w:r>
    </w:p>
    <w:p w14:paraId="39C13BEB" w14:textId="77777777" w:rsidR="005F2AA3" w:rsidRDefault="00A572F4">
      <w:pPr>
        <w:pStyle w:val="Heading2"/>
        <w:spacing w:before="120" w:after="40"/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아버지의</w:t>
      </w:r>
      <w:r>
        <w:rPr>
          <w:lang w:eastAsia="ko-KR"/>
        </w:rPr>
        <w:t xml:space="preserve"> </w:t>
      </w:r>
      <w:r>
        <w:rPr>
          <w:lang w:eastAsia="ko-KR"/>
        </w:rPr>
        <w:t>집에는</w:t>
      </w:r>
      <w:r>
        <w:rPr>
          <w:lang w:eastAsia="ko-KR"/>
        </w:rPr>
        <w:t xml:space="preserve"> </w:t>
      </w:r>
      <w:r>
        <w:rPr>
          <w:lang w:eastAsia="ko-KR"/>
        </w:rPr>
        <w:t>거할</w:t>
      </w:r>
      <w:r>
        <w:rPr>
          <w:lang w:eastAsia="ko-KR"/>
        </w:rPr>
        <w:t xml:space="preserve"> </w:t>
      </w:r>
      <w:r>
        <w:rPr>
          <w:lang w:eastAsia="ko-KR"/>
        </w:rPr>
        <w:t>곳이</w:t>
      </w:r>
      <w:r>
        <w:rPr>
          <w:lang w:eastAsia="ko-KR"/>
        </w:rPr>
        <w:t xml:space="preserve"> </w:t>
      </w:r>
      <w:r>
        <w:rPr>
          <w:lang w:eastAsia="ko-KR"/>
        </w:rPr>
        <w:t>많다</w:t>
      </w:r>
      <w:r>
        <w:rPr>
          <w:lang w:eastAsia="ko-KR"/>
        </w:rPr>
        <w:t>”</w:t>
      </w:r>
    </w:p>
    <w:p w14:paraId="45246F34" w14:textId="3A89F190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여기서</w:t>
      </w:r>
      <w:r>
        <w:rPr>
          <w:lang w:eastAsia="ko-KR"/>
        </w:rPr>
        <w:t xml:space="preserve"> “</w:t>
      </w:r>
      <w:r>
        <w:rPr>
          <w:lang w:eastAsia="ko-KR"/>
        </w:rPr>
        <w:t>거할</w:t>
      </w:r>
      <w:r>
        <w:rPr>
          <w:lang w:eastAsia="ko-KR"/>
        </w:rPr>
        <w:t xml:space="preserve"> </w:t>
      </w:r>
      <w:r>
        <w:rPr>
          <w:lang w:eastAsia="ko-KR"/>
        </w:rPr>
        <w:t>곳</w:t>
      </w:r>
      <w:r>
        <w:rPr>
          <w:lang w:eastAsia="ko-KR"/>
        </w:rPr>
        <w:t>”</w:t>
      </w:r>
      <w:proofErr w:type="spellStart"/>
      <w:r>
        <w:rPr>
          <w:lang w:eastAsia="ko-KR"/>
        </w:rPr>
        <w:t>으로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번역된</w:t>
      </w:r>
      <w:r>
        <w:rPr>
          <w:lang w:eastAsia="ko-KR"/>
        </w:rPr>
        <w:t xml:space="preserve"> </w:t>
      </w:r>
      <w:r>
        <w:rPr>
          <w:lang w:eastAsia="ko-KR"/>
        </w:rPr>
        <w:t>말은</w:t>
      </w:r>
      <w:r>
        <w:rPr>
          <w:lang w:eastAsia="ko-KR"/>
        </w:rPr>
        <w:t xml:space="preserve"> </w:t>
      </w:r>
      <w:r>
        <w:rPr>
          <w:lang w:eastAsia="ko-KR"/>
        </w:rPr>
        <w:t>헬라어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monai</w:t>
      </w:r>
      <w:proofErr w:type="spellEnd"/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신약성경에서</w:t>
      </w:r>
      <w:r>
        <w:rPr>
          <w:lang w:eastAsia="ko-KR"/>
        </w:rPr>
        <w:t xml:space="preserve"> </w:t>
      </w:r>
      <w:r>
        <w:rPr>
          <w:lang w:eastAsia="ko-KR"/>
        </w:rPr>
        <w:t>요한복음</w:t>
      </w:r>
      <w:r>
        <w:rPr>
          <w:lang w:eastAsia="ko-KR"/>
        </w:rPr>
        <w:t xml:space="preserve"> 14</w:t>
      </w:r>
      <w:r>
        <w:rPr>
          <w:lang w:eastAsia="ko-KR"/>
        </w:rPr>
        <w:t>장에</w:t>
      </w:r>
      <w:r>
        <w:rPr>
          <w:lang w:eastAsia="ko-KR"/>
        </w:rPr>
        <w:t xml:space="preserve"> </w:t>
      </w:r>
      <w:r>
        <w:rPr>
          <w:lang w:eastAsia="ko-KR"/>
        </w:rPr>
        <w:t>두</w:t>
      </w:r>
      <w:r>
        <w:rPr>
          <w:lang w:eastAsia="ko-KR"/>
        </w:rPr>
        <w:t xml:space="preserve"> </w:t>
      </w:r>
      <w:r>
        <w:rPr>
          <w:lang w:eastAsia="ko-KR"/>
        </w:rPr>
        <w:t>번</w:t>
      </w:r>
      <w:r>
        <w:rPr>
          <w:lang w:eastAsia="ko-KR"/>
        </w:rPr>
        <w:t xml:space="preserve"> </w:t>
      </w:r>
      <w:r>
        <w:rPr>
          <w:lang w:eastAsia="ko-KR"/>
        </w:rPr>
        <w:t>나옵니다</w:t>
      </w:r>
      <w:r>
        <w:rPr>
          <w:lang w:eastAsia="ko-KR"/>
        </w:rPr>
        <w:t>. 2</w:t>
      </w:r>
      <w:r>
        <w:rPr>
          <w:lang w:eastAsia="ko-KR"/>
        </w:rPr>
        <w:t>절에서는</w:t>
      </w:r>
      <w:r>
        <w:rPr>
          <w:lang w:eastAsia="ko-KR"/>
        </w:rPr>
        <w:t xml:space="preserve"> </w:t>
      </w:r>
      <w:r>
        <w:rPr>
          <w:lang w:eastAsia="ko-KR"/>
        </w:rPr>
        <w:t>아버지의</w:t>
      </w:r>
      <w:r>
        <w:rPr>
          <w:lang w:eastAsia="ko-KR"/>
        </w:rPr>
        <w:t xml:space="preserve"> </w:t>
      </w:r>
      <w:r>
        <w:rPr>
          <w:lang w:eastAsia="ko-KR"/>
        </w:rPr>
        <w:t>집</w:t>
      </w:r>
      <w:r w:rsidR="00640E64">
        <w:rPr>
          <w:rFonts w:hint="eastAsia"/>
          <w:lang w:eastAsia="ko-KR"/>
        </w:rPr>
        <w:t>에 거할 곳 (</w:t>
      </w:r>
      <w:r w:rsidR="00640E64">
        <w:rPr>
          <w:lang w:val="en-AU" w:eastAsia="ko-KR"/>
        </w:rPr>
        <w:t>dwelling places)</w:t>
      </w:r>
      <w:proofErr w:type="spellStart"/>
      <w:r>
        <w:rPr>
          <w:lang w:eastAsia="ko-KR"/>
        </w:rPr>
        <w:t>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가리키고</w:t>
      </w:r>
      <w:r>
        <w:rPr>
          <w:lang w:eastAsia="ko-KR"/>
        </w:rPr>
        <w:t>, 23</w:t>
      </w:r>
      <w:r>
        <w:rPr>
          <w:lang w:eastAsia="ko-KR"/>
        </w:rPr>
        <w:t>절에서는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자와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거하시는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lang w:eastAsia="ko-KR"/>
        </w:rPr>
        <w:t>크고</w:t>
      </w:r>
      <w:r>
        <w:rPr>
          <w:lang w:eastAsia="ko-KR"/>
        </w:rPr>
        <w:t xml:space="preserve">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저택이</w:t>
      </w:r>
      <w:r>
        <w:rPr>
          <w:lang w:eastAsia="ko-KR"/>
        </w:rPr>
        <w:t xml:space="preserve"> </w:t>
      </w:r>
      <w:r>
        <w:rPr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lang w:eastAsia="ko-KR"/>
        </w:rPr>
        <w:t>이미지가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영원히</w:t>
      </w:r>
      <w:r>
        <w:rPr>
          <w:lang w:eastAsia="ko-KR"/>
        </w:rPr>
        <w:t xml:space="preserve"> </w:t>
      </w:r>
      <w:r>
        <w:rPr>
          <w:lang w:eastAsia="ko-KR"/>
        </w:rPr>
        <w:t>거한다는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21CAE6A6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천국에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관심은</w:t>
      </w:r>
      <w:r>
        <w:rPr>
          <w:lang w:eastAsia="ko-KR"/>
        </w:rPr>
        <w:t xml:space="preserve"> </w:t>
      </w:r>
      <w:r>
        <w:rPr>
          <w:lang w:eastAsia="ko-KR"/>
        </w:rPr>
        <w:t>종종</w:t>
      </w:r>
      <w:r>
        <w:rPr>
          <w:lang w:eastAsia="ko-KR"/>
        </w:rPr>
        <w:t xml:space="preserve"> “</w:t>
      </w:r>
      <w:r>
        <w:rPr>
          <w:lang w:eastAsia="ko-KR"/>
        </w:rPr>
        <w:t>그곳이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아름다운가</w:t>
      </w:r>
      <w:r>
        <w:rPr>
          <w:lang w:eastAsia="ko-KR"/>
        </w:rPr>
        <w:t xml:space="preserve">,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곳인가</w:t>
      </w:r>
      <w:r>
        <w:rPr>
          <w:lang w:eastAsia="ko-KR"/>
        </w:rPr>
        <w:t>”</w:t>
      </w:r>
      <w:proofErr w:type="spellStart"/>
      <w:r>
        <w:rPr>
          <w:lang w:eastAsia="ko-KR"/>
        </w:rPr>
        <w:t>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집중됩니다</w:t>
      </w:r>
      <w:r>
        <w:rPr>
          <w:lang w:eastAsia="ko-KR"/>
        </w:rPr>
        <w:t xml:space="preserve">. </w:t>
      </w:r>
      <w:r>
        <w:rPr>
          <w:lang w:eastAsia="ko-KR"/>
        </w:rPr>
        <w:t>물론</w:t>
      </w:r>
      <w:r>
        <w:rPr>
          <w:lang w:eastAsia="ko-KR"/>
        </w:rPr>
        <w:t xml:space="preserve"> </w:t>
      </w:r>
      <w:r>
        <w:rPr>
          <w:lang w:eastAsia="ko-KR"/>
        </w:rPr>
        <w:t>요한계시록</w:t>
      </w:r>
      <w:r>
        <w:rPr>
          <w:lang w:eastAsia="ko-KR"/>
        </w:rPr>
        <w:t xml:space="preserve"> 21</w:t>
      </w:r>
      <w:r>
        <w:rPr>
          <w:lang w:eastAsia="ko-KR"/>
        </w:rPr>
        <w:t>장은</w:t>
      </w:r>
      <w:r>
        <w:rPr>
          <w:lang w:eastAsia="ko-KR"/>
        </w:rPr>
        <w:t xml:space="preserve"> </w:t>
      </w:r>
      <w:r>
        <w:rPr>
          <w:lang w:eastAsia="ko-KR"/>
        </w:rPr>
        <w:t>새</w:t>
      </w:r>
      <w:r>
        <w:rPr>
          <w:lang w:eastAsia="ko-KR"/>
        </w:rPr>
        <w:t xml:space="preserve"> </w:t>
      </w:r>
      <w:r>
        <w:rPr>
          <w:lang w:eastAsia="ko-KR"/>
        </w:rPr>
        <w:t>하늘과</w:t>
      </w:r>
      <w:r>
        <w:rPr>
          <w:lang w:eastAsia="ko-KR"/>
        </w:rPr>
        <w:t xml:space="preserve"> </w:t>
      </w:r>
      <w:r>
        <w:rPr>
          <w:lang w:eastAsia="ko-KR"/>
        </w:rPr>
        <w:t>새</w:t>
      </w:r>
      <w:r>
        <w:rPr>
          <w:lang w:eastAsia="ko-KR"/>
        </w:rPr>
        <w:t xml:space="preserve"> </w:t>
      </w:r>
      <w:r>
        <w:rPr>
          <w:lang w:eastAsia="ko-KR"/>
        </w:rPr>
        <w:t>땅의</w:t>
      </w:r>
      <w:r>
        <w:rPr>
          <w:lang w:eastAsia="ko-KR"/>
        </w:rPr>
        <w:t xml:space="preserve"> </w:t>
      </w:r>
      <w:r>
        <w:rPr>
          <w:lang w:eastAsia="ko-KR"/>
        </w:rPr>
        <w:t>영광과</w:t>
      </w:r>
      <w:r>
        <w:rPr>
          <w:lang w:eastAsia="ko-KR"/>
        </w:rPr>
        <w:t xml:space="preserve"> </w:t>
      </w:r>
      <w:r>
        <w:rPr>
          <w:lang w:eastAsia="ko-KR"/>
        </w:rPr>
        <w:t>아름다움을</w:t>
      </w:r>
      <w:r>
        <w:rPr>
          <w:lang w:eastAsia="ko-KR"/>
        </w:rPr>
        <w:t xml:space="preserve"> </w:t>
      </w:r>
      <w:r>
        <w:rPr>
          <w:lang w:eastAsia="ko-KR"/>
        </w:rPr>
        <w:t>놀랍게</w:t>
      </w:r>
      <w:r>
        <w:rPr>
          <w:lang w:eastAsia="ko-KR"/>
        </w:rPr>
        <w:t xml:space="preserve"> </w:t>
      </w:r>
      <w:r>
        <w:rPr>
          <w:lang w:eastAsia="ko-KR"/>
        </w:rPr>
        <w:t>묘사합니다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천국의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큰</w:t>
      </w:r>
      <w:r>
        <w:rPr>
          <w:lang w:eastAsia="ko-KR"/>
        </w:rPr>
        <w:t xml:space="preserve"> </w:t>
      </w:r>
      <w:r>
        <w:rPr>
          <w:lang w:eastAsia="ko-KR"/>
        </w:rPr>
        <w:t>복은</w:t>
      </w:r>
      <w:r>
        <w:rPr>
          <w:lang w:eastAsia="ko-KR"/>
        </w:rPr>
        <w:t xml:space="preserve"> </w:t>
      </w:r>
      <w:r>
        <w:rPr>
          <w:lang w:eastAsia="ko-KR"/>
        </w:rPr>
        <w:t>환경이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백성과</w:t>
      </w:r>
      <w:r>
        <w:rPr>
          <w:lang w:eastAsia="ko-KR"/>
        </w:rPr>
        <w:t xml:space="preserve"> </w:t>
      </w:r>
      <w:r>
        <w:rPr>
          <w:lang w:eastAsia="ko-KR"/>
        </w:rPr>
        <w:t>영원히</w:t>
      </w:r>
      <w:r>
        <w:rPr>
          <w:lang w:eastAsia="ko-KR"/>
        </w:rPr>
        <w:t xml:space="preserve"> </w:t>
      </w:r>
      <w:r>
        <w:rPr>
          <w:lang w:eastAsia="ko-KR"/>
        </w:rPr>
        <w:t>함께하신다는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7FFF3017" w14:textId="4644FFC3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하나님의</w:t>
      </w:r>
      <w:r>
        <w:rPr>
          <w:b/>
          <w:lang w:eastAsia="ko-KR"/>
        </w:rPr>
        <w:t xml:space="preserve"> </w:t>
      </w:r>
      <w:r w:rsidR="00F64526">
        <w:rPr>
          <w:rFonts w:hint="eastAsia"/>
          <w:b/>
          <w:lang w:eastAsia="ko-KR"/>
        </w:rPr>
        <w:t>집</w:t>
      </w:r>
      <w:r>
        <w:rPr>
          <w:b/>
          <w:lang w:eastAsia="ko-KR"/>
        </w:rPr>
        <w:t>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사람들과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함께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있으매</w:t>
      </w:r>
      <w:proofErr w:type="spellEnd"/>
      <w:r>
        <w:rPr>
          <w:b/>
          <w:lang w:eastAsia="ko-KR"/>
        </w:rPr>
        <w:t xml:space="preserve"> </w:t>
      </w:r>
      <w:r>
        <w:rPr>
          <w:b/>
          <w:lang w:eastAsia="ko-KR"/>
        </w:rPr>
        <w:t>하나님이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그들과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함께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계시리니</w:t>
      </w:r>
      <w:proofErr w:type="spellEnd"/>
      <w:r>
        <w:rPr>
          <w:b/>
          <w:lang w:eastAsia="ko-KR"/>
        </w:rPr>
        <w:t xml:space="preserve">… </w:t>
      </w:r>
      <w:r>
        <w:rPr>
          <w:b/>
          <w:lang w:eastAsia="ko-KR"/>
        </w:rPr>
        <w:t>모든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눈물을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그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눈에서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닦아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주시니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다시는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사망이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없고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애통하는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것이나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곡하는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것이나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아픈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것이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다시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있지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아니하리니</w:t>
      </w:r>
      <w:proofErr w:type="spellEnd"/>
      <w:r>
        <w:rPr>
          <w:b/>
          <w:lang w:eastAsia="ko-KR"/>
        </w:rPr>
        <w:t>.” (</w:t>
      </w:r>
      <w:r>
        <w:rPr>
          <w:b/>
          <w:lang w:eastAsia="ko-KR"/>
        </w:rPr>
        <w:t>계</w:t>
      </w:r>
      <w:r>
        <w:rPr>
          <w:b/>
          <w:lang w:eastAsia="ko-KR"/>
        </w:rPr>
        <w:t xml:space="preserve"> 21:3–4 </w:t>
      </w:r>
      <w:r>
        <w:rPr>
          <w:b/>
          <w:lang w:eastAsia="ko-KR"/>
        </w:rPr>
        <w:t>요지</w:t>
      </w:r>
      <w:r>
        <w:rPr>
          <w:b/>
          <w:lang w:eastAsia="ko-KR"/>
        </w:rPr>
        <w:t>)</w:t>
      </w:r>
    </w:p>
    <w:p w14:paraId="7BE4CEA0" w14:textId="41A372D0" w:rsidR="005F2AA3" w:rsidRDefault="00A572F4">
      <w:pPr>
        <w:ind w:firstLine="312"/>
        <w:rPr>
          <w:lang w:eastAsia="ko-KR"/>
        </w:rPr>
      </w:pPr>
      <w:r>
        <w:rPr>
          <w:lang w:eastAsia="ko-KR"/>
        </w:rPr>
        <w:lastRenderedPageBreak/>
        <w:t>천국은</w:t>
      </w:r>
      <w:r>
        <w:rPr>
          <w:lang w:eastAsia="ko-KR"/>
        </w:rPr>
        <w:t xml:space="preserve"> </w:t>
      </w:r>
      <w:r>
        <w:rPr>
          <w:lang w:eastAsia="ko-KR"/>
        </w:rPr>
        <w:t>죽음도</w:t>
      </w:r>
      <w:r>
        <w:rPr>
          <w:lang w:eastAsia="ko-KR"/>
        </w:rPr>
        <w:t xml:space="preserve"> </w:t>
      </w:r>
      <w:r>
        <w:rPr>
          <w:lang w:eastAsia="ko-KR"/>
        </w:rPr>
        <w:t>눈물도</w:t>
      </w:r>
      <w:r>
        <w:rPr>
          <w:lang w:eastAsia="ko-KR"/>
        </w:rPr>
        <w:t xml:space="preserve"> </w:t>
      </w:r>
      <w:r>
        <w:rPr>
          <w:lang w:eastAsia="ko-KR"/>
        </w:rPr>
        <w:t>아픔도</w:t>
      </w:r>
      <w:r>
        <w:rPr>
          <w:lang w:eastAsia="ko-KR"/>
        </w:rPr>
        <w:t xml:space="preserve"> </w:t>
      </w:r>
      <w:r>
        <w:rPr>
          <w:lang w:eastAsia="ko-KR"/>
        </w:rPr>
        <w:t>슬픔도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곳입니다</w:t>
      </w:r>
      <w:r>
        <w:rPr>
          <w:lang w:eastAsia="ko-KR"/>
        </w:rPr>
        <w:t xml:space="preserve">.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영광과</w:t>
      </w:r>
      <w:r>
        <w:rPr>
          <w:lang w:eastAsia="ko-KR"/>
        </w:rPr>
        <w:t xml:space="preserve"> </w:t>
      </w:r>
      <w:r>
        <w:rPr>
          <w:lang w:eastAsia="ko-KR"/>
        </w:rPr>
        <w:t>아름다움이</w:t>
      </w:r>
      <w:r>
        <w:rPr>
          <w:lang w:eastAsia="ko-KR"/>
        </w:rPr>
        <w:t xml:space="preserve"> </w:t>
      </w:r>
      <w:r>
        <w:rPr>
          <w:lang w:eastAsia="ko-KR"/>
        </w:rPr>
        <w:t>충만한</w:t>
      </w:r>
      <w:r>
        <w:rPr>
          <w:lang w:eastAsia="ko-KR"/>
        </w:rPr>
        <w:t xml:space="preserve"> </w:t>
      </w:r>
      <w:r>
        <w:rPr>
          <w:lang w:eastAsia="ko-KR"/>
        </w:rPr>
        <w:t>곳입니다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 w:rsidR="00BB2432">
        <w:rPr>
          <w:rFonts w:hint="eastAsia"/>
          <w:lang w:eastAsia="ko-KR"/>
        </w:rPr>
        <w:t>것의</w:t>
      </w:r>
      <w:r>
        <w:rPr>
          <w:lang w:eastAsia="ko-KR"/>
        </w:rPr>
        <w:t xml:space="preserve"> </w:t>
      </w:r>
      <w:r>
        <w:rPr>
          <w:lang w:eastAsia="ko-KR"/>
        </w:rPr>
        <w:t>중심에는</w:t>
      </w:r>
      <w:r>
        <w:rPr>
          <w:lang w:eastAsia="ko-KR"/>
        </w:rPr>
        <w:t xml:space="preserve">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 xml:space="preserve">함께 </w:t>
      </w:r>
      <w:r>
        <w:rPr>
          <w:lang w:eastAsia="ko-KR"/>
        </w:rPr>
        <w:t>계</w:t>
      </w:r>
      <w:r w:rsidR="00640E64">
        <w:rPr>
          <w:rFonts w:hint="eastAsia"/>
          <w:lang w:val="en-AU" w:eastAsia="ko-KR"/>
        </w:rPr>
        <w:t>신다는 것입</w:t>
      </w:r>
      <w:r>
        <w:rPr>
          <w:lang w:eastAsia="ko-KR"/>
        </w:rPr>
        <w:t>니다</w:t>
      </w:r>
      <w:r>
        <w:rPr>
          <w:lang w:eastAsia="ko-KR"/>
        </w:rPr>
        <w:t xml:space="preserve">.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영원히</w:t>
      </w:r>
      <w:r>
        <w:rPr>
          <w:lang w:eastAsia="ko-KR"/>
        </w:rPr>
        <w:t xml:space="preserve"> </w:t>
      </w:r>
      <w:r>
        <w:rPr>
          <w:lang w:eastAsia="ko-KR"/>
        </w:rPr>
        <w:t>예수님과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거하는</w:t>
      </w:r>
      <w:r>
        <w:rPr>
          <w:lang w:eastAsia="ko-KR"/>
        </w:rPr>
        <w:t xml:space="preserve"> </w:t>
      </w:r>
      <w:r>
        <w:rPr>
          <w:lang w:eastAsia="ko-KR"/>
        </w:rPr>
        <w:t>곳이</w:t>
      </w:r>
      <w:r>
        <w:rPr>
          <w:lang w:eastAsia="ko-KR"/>
        </w:rPr>
        <w:t xml:space="preserve"> </w:t>
      </w:r>
      <w:r>
        <w:rPr>
          <w:lang w:eastAsia="ko-KR"/>
        </w:rPr>
        <w:t>천국입니다</w:t>
      </w:r>
      <w:r>
        <w:rPr>
          <w:lang w:eastAsia="ko-KR"/>
        </w:rPr>
        <w:t xml:space="preserve">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신자에게</w:t>
      </w:r>
      <w:r>
        <w:rPr>
          <w:lang w:eastAsia="ko-KR"/>
        </w:rPr>
        <w:t xml:space="preserve"> </w:t>
      </w:r>
      <w:r>
        <w:rPr>
          <w:lang w:eastAsia="ko-KR"/>
        </w:rPr>
        <w:t>천국은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장소가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사랑하는</w:t>
      </w:r>
      <w:r>
        <w:rPr>
          <w:lang w:eastAsia="ko-KR"/>
        </w:rPr>
        <w:t xml:space="preserve"> </w:t>
      </w:r>
      <w:r>
        <w:rPr>
          <w:lang w:eastAsia="ko-KR"/>
        </w:rPr>
        <w:t>주님과</w:t>
      </w:r>
      <w:r>
        <w:rPr>
          <w:lang w:eastAsia="ko-KR"/>
        </w:rPr>
        <w:t xml:space="preserve"> </w:t>
      </w:r>
      <w:r>
        <w:rPr>
          <w:lang w:eastAsia="ko-KR"/>
        </w:rPr>
        <w:t>영원히</w:t>
      </w:r>
      <w:r>
        <w:rPr>
          <w:lang w:eastAsia="ko-KR"/>
        </w:rPr>
        <w:t xml:space="preserve"> </w:t>
      </w:r>
      <w:r>
        <w:rPr>
          <w:lang w:eastAsia="ko-KR"/>
        </w:rPr>
        <w:t>함께하는</w:t>
      </w:r>
      <w:r>
        <w:rPr>
          <w:lang w:eastAsia="ko-KR"/>
        </w:rPr>
        <w:t xml:space="preserve"> </w:t>
      </w:r>
      <w:r w:rsidR="00640E64">
        <w:rPr>
          <w:rFonts w:hint="eastAsia"/>
          <w:lang w:eastAsia="ko-KR"/>
        </w:rPr>
        <w:t>것입니다</w:t>
      </w:r>
      <w:r>
        <w:rPr>
          <w:lang w:eastAsia="ko-KR"/>
        </w:rPr>
        <w:t>.</w:t>
      </w:r>
    </w:p>
    <w:p w14:paraId="13D7BC1A" w14:textId="77777777" w:rsidR="005F2AA3" w:rsidRDefault="00A572F4">
      <w:pPr>
        <w:pStyle w:val="Heading2"/>
        <w:spacing w:before="120" w:after="40"/>
        <w:rPr>
          <w:lang w:eastAsia="ko-KR"/>
        </w:rPr>
      </w:pPr>
      <w:r>
        <w:rPr>
          <w:lang w:eastAsia="ko-KR"/>
        </w:rPr>
        <w:t>그러면</w:t>
      </w:r>
      <w:r>
        <w:rPr>
          <w:lang w:eastAsia="ko-KR"/>
        </w:rPr>
        <w:t xml:space="preserve"> </w:t>
      </w: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“</w:t>
      </w:r>
      <w:r>
        <w:rPr>
          <w:lang w:eastAsia="ko-KR"/>
        </w:rPr>
        <w:t>거처를</w:t>
      </w:r>
      <w:r>
        <w:rPr>
          <w:lang w:eastAsia="ko-KR"/>
        </w:rPr>
        <w:t xml:space="preserve"> </w:t>
      </w:r>
      <w:r>
        <w:rPr>
          <w:lang w:eastAsia="ko-KR"/>
        </w:rPr>
        <w:t>예비하러</w:t>
      </w:r>
      <w:r>
        <w:rPr>
          <w:lang w:eastAsia="ko-KR"/>
        </w:rPr>
        <w:t xml:space="preserve"> </w:t>
      </w:r>
      <w:r>
        <w:rPr>
          <w:lang w:eastAsia="ko-KR"/>
        </w:rPr>
        <w:t>간다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하셨는가</w:t>
      </w:r>
      <w:r>
        <w:rPr>
          <w:lang w:eastAsia="ko-KR"/>
        </w:rPr>
        <w:t>?</w:t>
      </w:r>
    </w:p>
    <w:p w14:paraId="5657DB2E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문자적으로만</w:t>
      </w:r>
      <w:r>
        <w:rPr>
          <w:lang w:eastAsia="ko-KR"/>
        </w:rPr>
        <w:t xml:space="preserve"> </w:t>
      </w:r>
      <w:r>
        <w:rPr>
          <w:lang w:eastAsia="ko-KR"/>
        </w:rPr>
        <w:t>생각하면</w:t>
      </w:r>
      <w:r>
        <w:rPr>
          <w:lang w:eastAsia="ko-KR"/>
        </w:rPr>
        <w:t xml:space="preserve"> </w:t>
      </w:r>
      <w:r>
        <w:rPr>
          <w:lang w:eastAsia="ko-KR"/>
        </w:rPr>
        <w:t>천국이</w:t>
      </w:r>
      <w:r>
        <w:rPr>
          <w:lang w:eastAsia="ko-KR"/>
        </w:rPr>
        <w:t xml:space="preserve"> </w:t>
      </w:r>
      <w:r>
        <w:rPr>
          <w:lang w:eastAsia="ko-KR"/>
        </w:rPr>
        <w:t>아직</w:t>
      </w:r>
      <w:r>
        <w:rPr>
          <w:lang w:eastAsia="ko-KR"/>
        </w:rPr>
        <w:t xml:space="preserve"> </w:t>
      </w:r>
      <w:r>
        <w:rPr>
          <w:lang w:eastAsia="ko-KR"/>
        </w:rPr>
        <w:t>준비되지</w:t>
      </w:r>
      <w:r>
        <w:rPr>
          <w:lang w:eastAsia="ko-KR"/>
        </w:rPr>
        <w:t xml:space="preserve"> </w:t>
      </w:r>
      <w:r>
        <w:rPr>
          <w:lang w:eastAsia="ko-KR"/>
        </w:rPr>
        <w:t>않아서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무언가를</w:t>
      </w:r>
      <w:r>
        <w:rPr>
          <w:lang w:eastAsia="ko-KR"/>
        </w:rPr>
        <w:t xml:space="preserve"> </w:t>
      </w:r>
      <w:r>
        <w:rPr>
          <w:lang w:eastAsia="ko-KR"/>
        </w:rPr>
        <w:t>건축하러</w:t>
      </w:r>
      <w:r>
        <w:rPr>
          <w:lang w:eastAsia="ko-KR"/>
        </w:rPr>
        <w:t xml:space="preserve"> </w:t>
      </w:r>
      <w:r>
        <w:rPr>
          <w:lang w:eastAsia="ko-KR"/>
        </w:rPr>
        <w:t>가신</w:t>
      </w:r>
      <w:r>
        <w:rPr>
          <w:lang w:eastAsia="ko-KR"/>
        </w:rPr>
        <w:t xml:space="preserve"> </w:t>
      </w:r>
      <w:r>
        <w:rPr>
          <w:lang w:eastAsia="ko-KR"/>
        </w:rPr>
        <w:t>것처럼</w:t>
      </w:r>
      <w:r>
        <w:rPr>
          <w:lang w:eastAsia="ko-KR"/>
        </w:rPr>
        <w:t xml:space="preserve"> </w:t>
      </w:r>
      <w:r>
        <w:rPr>
          <w:lang w:eastAsia="ko-KR"/>
        </w:rPr>
        <w:t>들릴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성경은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나라가</w:t>
      </w:r>
      <w:r>
        <w:rPr>
          <w:lang w:eastAsia="ko-KR"/>
        </w:rPr>
        <w:t xml:space="preserve"> </w:t>
      </w:r>
      <w:r>
        <w:rPr>
          <w:lang w:eastAsia="ko-KR"/>
        </w:rPr>
        <w:t>창세</w:t>
      </w:r>
      <w:r>
        <w:rPr>
          <w:lang w:eastAsia="ko-KR"/>
        </w:rPr>
        <w:t xml:space="preserve"> </w:t>
      </w:r>
      <w:r>
        <w:rPr>
          <w:lang w:eastAsia="ko-KR"/>
        </w:rPr>
        <w:t>때부터</w:t>
      </w:r>
      <w:r>
        <w:rPr>
          <w:lang w:eastAsia="ko-KR"/>
        </w:rPr>
        <w:t xml:space="preserve"> </w:t>
      </w:r>
      <w:r>
        <w:rPr>
          <w:lang w:eastAsia="ko-KR"/>
        </w:rPr>
        <w:t>준비되어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마태복음</w:t>
      </w:r>
      <w:r>
        <w:rPr>
          <w:lang w:eastAsia="ko-KR"/>
        </w:rPr>
        <w:t xml:space="preserve"> 25</w:t>
      </w:r>
      <w:r>
        <w:rPr>
          <w:lang w:eastAsia="ko-KR"/>
        </w:rPr>
        <w:t>장</w:t>
      </w:r>
      <w:r>
        <w:rPr>
          <w:lang w:eastAsia="ko-KR"/>
        </w:rPr>
        <w:t xml:space="preserve"> 34</w:t>
      </w:r>
      <w:r>
        <w:rPr>
          <w:lang w:eastAsia="ko-KR"/>
        </w:rPr>
        <w:t>절은</w:t>
      </w:r>
      <w:r>
        <w:rPr>
          <w:lang w:eastAsia="ko-KR"/>
        </w:rPr>
        <w:t xml:space="preserve"> “</w:t>
      </w:r>
      <w:r>
        <w:rPr>
          <w:lang w:eastAsia="ko-KR"/>
        </w:rPr>
        <w:t>창세로부터</w:t>
      </w:r>
      <w:r>
        <w:rPr>
          <w:lang w:eastAsia="ko-KR"/>
        </w:rPr>
        <w:t xml:space="preserve"> </w:t>
      </w:r>
      <w:r>
        <w:rPr>
          <w:lang w:eastAsia="ko-KR"/>
        </w:rPr>
        <w:t>너희를</w:t>
      </w:r>
      <w:r>
        <w:rPr>
          <w:lang w:eastAsia="ko-KR"/>
        </w:rPr>
        <w:t xml:space="preserve"> </w:t>
      </w:r>
      <w:r>
        <w:rPr>
          <w:lang w:eastAsia="ko-KR"/>
        </w:rPr>
        <w:t>위하여</w:t>
      </w:r>
      <w:r>
        <w:rPr>
          <w:lang w:eastAsia="ko-KR"/>
        </w:rPr>
        <w:t xml:space="preserve"> </w:t>
      </w:r>
      <w:r>
        <w:rPr>
          <w:lang w:eastAsia="ko-KR"/>
        </w:rPr>
        <w:t>예비된</w:t>
      </w:r>
      <w:r>
        <w:rPr>
          <w:lang w:eastAsia="ko-KR"/>
        </w:rPr>
        <w:t xml:space="preserve"> </w:t>
      </w:r>
      <w:r>
        <w:rPr>
          <w:lang w:eastAsia="ko-KR"/>
        </w:rPr>
        <w:t>나라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말씀합니다</w:t>
      </w:r>
      <w:r>
        <w:rPr>
          <w:lang w:eastAsia="ko-KR"/>
        </w:rPr>
        <w:t xml:space="preserve">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“</w:t>
      </w:r>
      <w:r>
        <w:rPr>
          <w:lang w:eastAsia="ko-KR"/>
        </w:rPr>
        <w:t>예비하러</w:t>
      </w:r>
      <w:r>
        <w:rPr>
          <w:lang w:eastAsia="ko-KR"/>
        </w:rPr>
        <w:t xml:space="preserve"> </w:t>
      </w:r>
      <w:r>
        <w:rPr>
          <w:lang w:eastAsia="ko-KR"/>
        </w:rPr>
        <w:t>간다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하신</w:t>
      </w:r>
      <w:r>
        <w:rPr>
          <w:lang w:eastAsia="ko-KR"/>
        </w:rPr>
        <w:t xml:space="preserve"> </w:t>
      </w:r>
      <w:r>
        <w:rPr>
          <w:lang w:eastAsia="ko-KR"/>
        </w:rPr>
        <w:t>말씀의</w:t>
      </w:r>
      <w:r>
        <w:rPr>
          <w:lang w:eastAsia="ko-KR"/>
        </w:rPr>
        <w:t xml:space="preserve"> </w:t>
      </w:r>
      <w:r>
        <w:rPr>
          <w:lang w:eastAsia="ko-KR"/>
        </w:rPr>
        <w:t>핵심은</w:t>
      </w:r>
      <w:r>
        <w:rPr>
          <w:lang w:eastAsia="ko-KR"/>
        </w:rPr>
        <w:t xml:space="preserve"> </w:t>
      </w:r>
      <w:r>
        <w:rPr>
          <w:lang w:eastAsia="ko-KR"/>
        </w:rPr>
        <w:t>천국</w:t>
      </w:r>
      <w:r>
        <w:rPr>
          <w:lang w:eastAsia="ko-KR"/>
        </w:rPr>
        <w:t xml:space="preserve"> </w:t>
      </w:r>
      <w:r>
        <w:rPr>
          <w:lang w:eastAsia="ko-KR"/>
        </w:rPr>
        <w:t>공사가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>.</w:t>
      </w:r>
    </w:p>
    <w:p w14:paraId="03805439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아직</w:t>
      </w:r>
      <w:r>
        <w:rPr>
          <w:lang w:eastAsia="ko-KR"/>
        </w:rPr>
        <w:t xml:space="preserve"> </w:t>
      </w:r>
      <w:r>
        <w:rPr>
          <w:lang w:eastAsia="ko-KR"/>
        </w:rPr>
        <w:t>이루어져야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결정적인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있었습니다</w:t>
      </w:r>
      <w:r>
        <w:rPr>
          <w:lang w:eastAsia="ko-KR"/>
        </w:rPr>
        <w:t xml:space="preserve">.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십자가입니다</w:t>
      </w:r>
      <w:r>
        <w:rPr>
          <w:lang w:eastAsia="ko-KR"/>
        </w:rPr>
        <w:t xml:space="preserve">. </w:t>
      </w:r>
      <w:r>
        <w:rPr>
          <w:lang w:eastAsia="ko-KR"/>
        </w:rPr>
        <w:t>죄인인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>
        <w:rPr>
          <w:lang w:eastAsia="ko-KR"/>
        </w:rPr>
        <w:t xml:space="preserve"> </w:t>
      </w:r>
      <w:r>
        <w:rPr>
          <w:lang w:eastAsia="ko-KR"/>
        </w:rPr>
        <w:t>아버지께</w:t>
      </w:r>
      <w:r>
        <w:rPr>
          <w:lang w:eastAsia="ko-KR"/>
        </w:rPr>
        <w:t xml:space="preserve"> </w:t>
      </w:r>
      <w:r>
        <w:rPr>
          <w:lang w:eastAsia="ko-KR"/>
        </w:rPr>
        <w:t>나아갈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있도록</w:t>
      </w:r>
      <w:r>
        <w:rPr>
          <w:lang w:eastAsia="ko-KR"/>
        </w:rPr>
        <w:t xml:space="preserve"> </w:t>
      </w:r>
      <w:r>
        <w:rPr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대신</w:t>
      </w:r>
      <w:r>
        <w:rPr>
          <w:lang w:eastAsia="ko-KR"/>
        </w:rPr>
        <w:t xml:space="preserve"> </w:t>
      </w:r>
      <w:r>
        <w:rPr>
          <w:lang w:eastAsia="ko-KR"/>
        </w:rPr>
        <w:t>지시고</w:t>
      </w:r>
      <w:r>
        <w:rPr>
          <w:lang w:eastAsia="ko-KR"/>
        </w:rPr>
        <w:t xml:space="preserve"> </w:t>
      </w:r>
      <w:r>
        <w:rPr>
          <w:lang w:eastAsia="ko-KR"/>
        </w:rPr>
        <w:t>십자가에서</w:t>
      </w:r>
      <w:r>
        <w:rPr>
          <w:lang w:eastAsia="ko-KR"/>
        </w:rPr>
        <w:t xml:space="preserve"> </w:t>
      </w:r>
      <w:r>
        <w:rPr>
          <w:lang w:eastAsia="ko-KR"/>
        </w:rPr>
        <w:t>죽으시고</w:t>
      </w:r>
      <w:r>
        <w:rPr>
          <w:lang w:eastAsia="ko-KR"/>
        </w:rPr>
        <w:t xml:space="preserve">, </w:t>
      </w:r>
      <w:r>
        <w:rPr>
          <w:lang w:eastAsia="ko-KR"/>
        </w:rPr>
        <w:t>부활하시고</w:t>
      </w:r>
      <w:r>
        <w:rPr>
          <w:lang w:eastAsia="ko-KR"/>
        </w:rPr>
        <w:t xml:space="preserve">, </w:t>
      </w:r>
      <w:proofErr w:type="spellStart"/>
      <w:r>
        <w:rPr>
          <w:lang w:eastAsia="ko-KR"/>
        </w:rPr>
        <w:t>아버지께로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가셔야</w:t>
      </w:r>
      <w:r>
        <w:rPr>
          <w:lang w:eastAsia="ko-KR"/>
        </w:rPr>
        <w:t xml:space="preserve"> </w:t>
      </w:r>
      <w:r>
        <w:rPr>
          <w:lang w:eastAsia="ko-KR"/>
        </w:rPr>
        <w:t>했습니다</w:t>
      </w:r>
      <w:r>
        <w:rPr>
          <w:lang w:eastAsia="ko-KR"/>
        </w:rPr>
        <w:t xml:space="preserve">.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거처를</w:t>
      </w:r>
      <w:r>
        <w:rPr>
          <w:lang w:eastAsia="ko-KR"/>
        </w:rPr>
        <w:t xml:space="preserve"> </w:t>
      </w:r>
      <w:r>
        <w:rPr>
          <w:lang w:eastAsia="ko-KR"/>
        </w:rPr>
        <w:t>예비하신다는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십자가와</w:t>
      </w:r>
      <w:r>
        <w:rPr>
          <w:lang w:eastAsia="ko-KR"/>
        </w:rPr>
        <w:t xml:space="preserve"> </w:t>
      </w:r>
      <w:r>
        <w:rPr>
          <w:lang w:eastAsia="ko-KR"/>
        </w:rPr>
        <w:t>부활과</w:t>
      </w:r>
      <w:r>
        <w:rPr>
          <w:lang w:eastAsia="ko-KR"/>
        </w:rPr>
        <w:t xml:space="preserve"> </w:t>
      </w:r>
      <w:r>
        <w:rPr>
          <w:lang w:eastAsia="ko-KR"/>
        </w:rPr>
        <w:t>승천을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갈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여신다는</w:t>
      </w:r>
      <w:r>
        <w:rPr>
          <w:lang w:eastAsia="ko-KR"/>
        </w:rPr>
        <w:t xml:space="preserve"> </w:t>
      </w:r>
      <w:r>
        <w:rPr>
          <w:lang w:eastAsia="ko-KR"/>
        </w:rPr>
        <w:t>뜻입니다</w:t>
      </w:r>
      <w:r>
        <w:rPr>
          <w:lang w:eastAsia="ko-KR"/>
        </w:rPr>
        <w:t>.</w:t>
      </w:r>
    </w:p>
    <w:p w14:paraId="6D2BC062" w14:textId="368AB443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점에서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떠나심은</w:t>
      </w:r>
      <w:r>
        <w:rPr>
          <w:lang w:eastAsia="ko-KR"/>
        </w:rPr>
        <w:t xml:space="preserve"> </w:t>
      </w:r>
      <w:r>
        <w:rPr>
          <w:lang w:eastAsia="ko-KR"/>
        </w:rPr>
        <w:t>제자들을</w:t>
      </w:r>
      <w:r>
        <w:rPr>
          <w:lang w:eastAsia="ko-KR"/>
        </w:rPr>
        <w:t xml:space="preserve"> </w:t>
      </w:r>
      <w:r>
        <w:rPr>
          <w:lang w:eastAsia="ko-KR"/>
        </w:rPr>
        <w:t>버리는</w:t>
      </w:r>
      <w:r>
        <w:rPr>
          <w:lang w:eastAsia="ko-KR"/>
        </w:rPr>
        <w:t xml:space="preserve"> </w:t>
      </w:r>
      <w:r>
        <w:rPr>
          <w:lang w:eastAsia="ko-KR"/>
        </w:rPr>
        <w:t>떠나심이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오히려</w:t>
      </w:r>
      <w:r>
        <w:rPr>
          <w:lang w:eastAsia="ko-KR"/>
        </w:rPr>
        <w:t xml:space="preserve"> </w:t>
      </w:r>
      <w:r>
        <w:rPr>
          <w:lang w:eastAsia="ko-KR"/>
        </w:rPr>
        <w:t>제자들을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아버지께로</w:t>
      </w:r>
      <w:proofErr w:type="spellEnd"/>
      <w:r w:rsidR="00640E64">
        <w:rPr>
          <w:rFonts w:hint="eastAsia"/>
          <w:lang w:eastAsia="ko-KR"/>
        </w:rPr>
        <w:t xml:space="preserve"> </w:t>
      </w:r>
      <w:r>
        <w:rPr>
          <w:lang w:eastAsia="ko-KR"/>
        </w:rPr>
        <w:t>데려가기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떠나심입니다</w:t>
      </w:r>
      <w:proofErr w:type="spellEnd"/>
      <w:r>
        <w:rPr>
          <w:lang w:eastAsia="ko-KR"/>
        </w:rPr>
        <w:t xml:space="preserve">. </w:t>
      </w:r>
      <w:r>
        <w:rPr>
          <w:lang w:eastAsia="ko-KR"/>
        </w:rPr>
        <w:t>제자들은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떠나심을</w:t>
      </w:r>
      <w:r>
        <w:rPr>
          <w:lang w:eastAsia="ko-KR"/>
        </w:rPr>
        <w:t xml:space="preserve"> </w:t>
      </w:r>
      <w:r>
        <w:rPr>
          <w:lang w:eastAsia="ko-KR"/>
        </w:rPr>
        <w:t>상실로</w:t>
      </w:r>
      <w:r>
        <w:rPr>
          <w:lang w:eastAsia="ko-KR"/>
        </w:rPr>
        <w:t xml:space="preserve"> </w:t>
      </w:r>
      <w:r>
        <w:rPr>
          <w:lang w:eastAsia="ko-KR"/>
        </w:rPr>
        <w:t>보았지만</w:t>
      </w:r>
      <w:r>
        <w:rPr>
          <w:lang w:eastAsia="ko-KR"/>
        </w:rPr>
        <w:t xml:space="preserve">,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그것을</w:t>
      </w:r>
      <w:r>
        <w:rPr>
          <w:lang w:eastAsia="ko-KR"/>
        </w:rPr>
        <w:t xml:space="preserve"> </w:t>
      </w:r>
      <w:r w:rsidR="00640E64">
        <w:rPr>
          <w:rFonts w:hint="eastAsia"/>
          <w:lang w:eastAsia="ko-KR"/>
        </w:rPr>
        <w:t xml:space="preserve">천국입성과 예수님과 영원토록 함께 거하는 삶을 완성하는 </w:t>
      </w:r>
      <w:r>
        <w:rPr>
          <w:lang w:eastAsia="ko-KR"/>
        </w:rPr>
        <w:t>과정으로</w:t>
      </w:r>
      <w:r>
        <w:rPr>
          <w:lang w:eastAsia="ko-KR"/>
        </w:rPr>
        <w:t xml:space="preserve"> </w:t>
      </w:r>
      <w:r>
        <w:rPr>
          <w:lang w:eastAsia="ko-KR"/>
        </w:rPr>
        <w:t>설명하십니다</w:t>
      </w:r>
      <w:r>
        <w:rPr>
          <w:lang w:eastAsia="ko-KR"/>
        </w:rPr>
        <w:t>.</w:t>
      </w:r>
    </w:p>
    <w:p w14:paraId="428059DA" w14:textId="77777777" w:rsidR="005F2AA3" w:rsidRDefault="00A572F4">
      <w:pPr>
        <w:pStyle w:val="Heading2"/>
        <w:spacing w:before="120" w:after="40"/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곳에</w:t>
      </w:r>
      <w:r>
        <w:rPr>
          <w:lang w:eastAsia="ko-KR"/>
        </w:rPr>
        <w:t xml:space="preserve"> </w:t>
      </w:r>
      <w:r>
        <w:rPr>
          <w:lang w:eastAsia="ko-KR"/>
        </w:rPr>
        <w:t>너희도</w:t>
      </w:r>
      <w:r>
        <w:rPr>
          <w:lang w:eastAsia="ko-KR"/>
        </w:rPr>
        <w:t xml:space="preserve"> </w:t>
      </w:r>
      <w:r>
        <w:rPr>
          <w:lang w:eastAsia="ko-KR"/>
        </w:rPr>
        <w:t>있게</w:t>
      </w:r>
      <w:r>
        <w:rPr>
          <w:lang w:eastAsia="ko-KR"/>
        </w:rPr>
        <w:t xml:space="preserve"> </w:t>
      </w:r>
      <w:r>
        <w:rPr>
          <w:lang w:eastAsia="ko-KR"/>
        </w:rPr>
        <w:t>하리라</w:t>
      </w:r>
      <w:r>
        <w:rPr>
          <w:lang w:eastAsia="ko-KR"/>
        </w:rPr>
        <w:t>”</w:t>
      </w:r>
    </w:p>
    <w:p w14:paraId="5103C966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3</w:t>
      </w:r>
      <w:r>
        <w:rPr>
          <w:lang w:eastAsia="ko-KR"/>
        </w:rPr>
        <w:t>절의</w:t>
      </w:r>
      <w:r>
        <w:rPr>
          <w:lang w:eastAsia="ko-KR"/>
        </w:rPr>
        <w:t xml:space="preserve"> </w:t>
      </w:r>
      <w:r>
        <w:rPr>
          <w:lang w:eastAsia="ko-KR"/>
        </w:rPr>
        <w:t>핵심은</w:t>
      </w:r>
      <w:r>
        <w:rPr>
          <w:lang w:eastAsia="ko-KR"/>
        </w:rPr>
        <w:t xml:space="preserve"> </w:t>
      </w:r>
      <w:r>
        <w:rPr>
          <w:lang w:eastAsia="ko-KR"/>
        </w:rPr>
        <w:t>이것입니다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목적은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곳으로</w:t>
      </w:r>
      <w:r>
        <w:rPr>
          <w:lang w:eastAsia="ko-KR"/>
        </w:rPr>
        <w:t xml:space="preserve"> </w:t>
      </w:r>
      <w:r>
        <w:rPr>
          <w:lang w:eastAsia="ko-KR"/>
        </w:rPr>
        <w:t>데려가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있게</w:t>
      </w:r>
      <w:r>
        <w:rPr>
          <w:lang w:eastAsia="ko-KR"/>
        </w:rPr>
        <w:t xml:space="preserve"> </w:t>
      </w:r>
      <w:r>
        <w:rPr>
          <w:lang w:eastAsia="ko-KR"/>
        </w:rPr>
        <w:t>하시는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요한복음</w:t>
      </w:r>
      <w:r>
        <w:rPr>
          <w:lang w:eastAsia="ko-KR"/>
        </w:rPr>
        <w:t xml:space="preserve"> 17</w:t>
      </w:r>
      <w:r>
        <w:rPr>
          <w:lang w:eastAsia="ko-KR"/>
        </w:rPr>
        <w:t>장</w:t>
      </w:r>
      <w:r>
        <w:rPr>
          <w:lang w:eastAsia="ko-KR"/>
        </w:rPr>
        <w:t xml:space="preserve"> 24</w:t>
      </w:r>
      <w:r>
        <w:rPr>
          <w:lang w:eastAsia="ko-KR"/>
        </w:rPr>
        <w:t>절에서도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“</w:t>
      </w:r>
      <w:r>
        <w:rPr>
          <w:lang w:eastAsia="ko-KR"/>
        </w:rPr>
        <w:t>아버지여</w:t>
      </w:r>
      <w:r>
        <w:rPr>
          <w:lang w:eastAsia="ko-KR"/>
        </w:rPr>
        <w:t xml:space="preserve"> </w:t>
      </w:r>
      <w:r>
        <w:rPr>
          <w:lang w:eastAsia="ko-KR"/>
        </w:rPr>
        <w:t>내게</w:t>
      </w:r>
      <w:r>
        <w:rPr>
          <w:lang w:eastAsia="ko-KR"/>
        </w:rPr>
        <w:t xml:space="preserve"> </w:t>
      </w:r>
      <w:r>
        <w:rPr>
          <w:lang w:eastAsia="ko-KR"/>
        </w:rPr>
        <w:t>주신</w:t>
      </w:r>
      <w:r>
        <w:rPr>
          <w:lang w:eastAsia="ko-KR"/>
        </w:rPr>
        <w:t xml:space="preserve"> </w:t>
      </w:r>
      <w:r>
        <w:rPr>
          <w:lang w:eastAsia="ko-KR"/>
        </w:rPr>
        <w:t>자도</w:t>
      </w:r>
      <w:r>
        <w:rPr>
          <w:lang w:eastAsia="ko-KR"/>
        </w:rPr>
        <w:t xml:space="preserve"> </w:t>
      </w:r>
      <w:r>
        <w:rPr>
          <w:lang w:eastAsia="ko-KR"/>
        </w:rPr>
        <w:t>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곳에</w:t>
      </w:r>
      <w:r>
        <w:rPr>
          <w:lang w:eastAsia="ko-KR"/>
        </w:rPr>
        <w:t xml:space="preserve"> </w:t>
      </w:r>
      <w:r>
        <w:rPr>
          <w:lang w:eastAsia="ko-KR"/>
        </w:rPr>
        <w:t>나와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있게</w:t>
      </w:r>
      <w:r>
        <w:rPr>
          <w:lang w:eastAsia="ko-KR"/>
        </w:rPr>
        <w:t xml:space="preserve"> </w:t>
      </w:r>
      <w:r>
        <w:rPr>
          <w:lang w:eastAsia="ko-KR"/>
        </w:rPr>
        <w:t>하사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기도하십니다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백성과</w:t>
      </w:r>
      <w:r>
        <w:rPr>
          <w:lang w:eastAsia="ko-KR"/>
        </w:rPr>
        <w:t xml:space="preserve"> </w:t>
      </w:r>
      <w:r>
        <w:rPr>
          <w:lang w:eastAsia="ko-KR"/>
        </w:rPr>
        <w:t>영원히</w:t>
      </w:r>
      <w:r>
        <w:rPr>
          <w:lang w:eastAsia="ko-KR"/>
        </w:rPr>
        <w:t xml:space="preserve"> </w:t>
      </w:r>
      <w:r>
        <w:rPr>
          <w:lang w:eastAsia="ko-KR"/>
        </w:rPr>
        <w:t>함께하기를</w:t>
      </w:r>
      <w:r>
        <w:rPr>
          <w:lang w:eastAsia="ko-KR"/>
        </w:rPr>
        <w:t xml:space="preserve"> </w:t>
      </w:r>
      <w:r>
        <w:rPr>
          <w:lang w:eastAsia="ko-KR"/>
        </w:rPr>
        <w:t>원하십니다</w:t>
      </w:r>
      <w:r>
        <w:rPr>
          <w:lang w:eastAsia="ko-KR"/>
        </w:rPr>
        <w:t>.</w:t>
      </w:r>
    </w:p>
    <w:p w14:paraId="195239A8" w14:textId="5D53C052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그리스도께서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죽으신</w:t>
      </w:r>
      <w:r>
        <w:rPr>
          <w:lang w:eastAsia="ko-KR"/>
        </w:rPr>
        <w:t xml:space="preserve"> </w:t>
      </w:r>
      <w:r>
        <w:rPr>
          <w:lang w:eastAsia="ko-KR"/>
        </w:rPr>
        <w:t>목적도</w:t>
      </w:r>
      <w:r>
        <w:rPr>
          <w:lang w:eastAsia="ko-KR"/>
        </w:rPr>
        <w:t xml:space="preserve">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그분과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살게</w:t>
      </w:r>
      <w:r>
        <w:rPr>
          <w:lang w:eastAsia="ko-KR"/>
        </w:rPr>
        <w:t xml:space="preserve"> </w:t>
      </w:r>
      <w:r>
        <w:rPr>
          <w:lang w:eastAsia="ko-KR"/>
        </w:rPr>
        <w:t>하려는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 w:rsidR="00FF0948" w:rsidRPr="00FF0948">
        <w:rPr>
          <w:lang w:eastAsia="ko-KR"/>
        </w:rPr>
        <w:t>그리스도께서 우리를 위하여 죽으신 것은, 우리가 깨어 있든지 자고 있든지, 그리스도와 함께 살게 하시려는 것입</w:t>
      </w:r>
      <w:r w:rsidR="00FF0948">
        <w:rPr>
          <w:rFonts w:hint="eastAsia"/>
          <w:lang w:eastAsia="ko-KR"/>
        </w:rPr>
        <w:t>니다 (</w:t>
      </w:r>
      <w:proofErr w:type="spellStart"/>
      <w:r w:rsidR="00FF0948">
        <w:rPr>
          <w:rFonts w:hint="eastAsia"/>
          <w:lang w:eastAsia="ko-KR"/>
        </w:rPr>
        <w:t>살전</w:t>
      </w:r>
      <w:proofErr w:type="spellEnd"/>
      <w:r w:rsidR="00FF0948">
        <w:rPr>
          <w:rFonts w:hint="eastAsia"/>
          <w:lang w:eastAsia="ko-KR"/>
        </w:rPr>
        <w:t xml:space="preserve"> 5:10).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죽음을</w:t>
      </w:r>
      <w:r>
        <w:rPr>
          <w:lang w:eastAsia="ko-KR"/>
        </w:rPr>
        <w:t xml:space="preserve"> </w:t>
      </w:r>
      <w:r>
        <w:rPr>
          <w:lang w:eastAsia="ko-KR"/>
        </w:rPr>
        <w:t>생각할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“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세상을</w:t>
      </w:r>
      <w:r>
        <w:rPr>
          <w:lang w:eastAsia="ko-KR"/>
        </w:rPr>
        <w:t xml:space="preserve"> </w:t>
      </w:r>
      <w:r>
        <w:rPr>
          <w:lang w:eastAsia="ko-KR"/>
        </w:rPr>
        <w:t>떠난다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것만</w:t>
      </w:r>
      <w:r>
        <w:rPr>
          <w:lang w:eastAsia="ko-KR"/>
        </w:rPr>
        <w:t xml:space="preserve"> </w:t>
      </w:r>
      <w:r>
        <w:rPr>
          <w:lang w:eastAsia="ko-KR"/>
        </w:rPr>
        <w:t>생각할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“</w:t>
      </w:r>
      <w:r>
        <w:rPr>
          <w:lang w:eastAsia="ko-KR"/>
        </w:rPr>
        <w:t>주님과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있게</w:t>
      </w:r>
      <w:r>
        <w:rPr>
          <w:lang w:eastAsia="ko-KR"/>
        </w:rPr>
        <w:t xml:space="preserve"> </w:t>
      </w:r>
      <w:r>
        <w:rPr>
          <w:lang w:eastAsia="ko-KR"/>
        </w:rPr>
        <w:t>된다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소망을</w:t>
      </w:r>
      <w:r>
        <w:rPr>
          <w:lang w:eastAsia="ko-KR"/>
        </w:rPr>
        <w:t xml:space="preserve"> </w:t>
      </w:r>
      <w:r>
        <w:rPr>
          <w:lang w:eastAsia="ko-KR"/>
        </w:rPr>
        <w:t>바라보아야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 w:rsidR="00A801DB">
        <w:rPr>
          <w:rFonts w:hint="eastAsia"/>
          <w:lang w:eastAsia="ko-KR"/>
        </w:rPr>
        <w:t xml:space="preserve">해찬형제님 할머니가 돌아가셨지만 지금은 고통이 없이 주님과 함께 계십니다. </w:t>
      </w:r>
      <w:r>
        <w:rPr>
          <w:lang w:eastAsia="ko-KR"/>
        </w:rPr>
        <w:t>신자의</w:t>
      </w:r>
      <w:r>
        <w:rPr>
          <w:lang w:eastAsia="ko-KR"/>
        </w:rPr>
        <w:t xml:space="preserve"> </w:t>
      </w:r>
      <w:r>
        <w:rPr>
          <w:lang w:eastAsia="ko-KR"/>
        </w:rPr>
        <w:t>마지막</w:t>
      </w:r>
      <w:r>
        <w:rPr>
          <w:lang w:eastAsia="ko-KR"/>
        </w:rPr>
        <w:t xml:space="preserve"> </w:t>
      </w:r>
      <w:r>
        <w:rPr>
          <w:lang w:eastAsia="ko-KR"/>
        </w:rPr>
        <w:t>목적지는</w:t>
      </w:r>
      <w:r w:rsidR="00640E64">
        <w:rPr>
          <w:rFonts w:hint="eastAsia"/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계신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>천국</w:t>
      </w:r>
      <w:r>
        <w:rPr>
          <w:lang w:eastAsia="ko-KR"/>
        </w:rPr>
        <w:t>입니다</w:t>
      </w:r>
      <w:r>
        <w:rPr>
          <w:lang w:eastAsia="ko-KR"/>
        </w:rPr>
        <w:t>.</w:t>
      </w:r>
    </w:p>
    <w:p w14:paraId="027A8F38" w14:textId="02FE76C2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또한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소망을</w:t>
      </w:r>
      <w:r>
        <w:rPr>
          <w:lang w:eastAsia="ko-KR"/>
        </w:rPr>
        <w:t xml:space="preserve"> </w:t>
      </w:r>
      <w:r>
        <w:rPr>
          <w:lang w:eastAsia="ko-KR"/>
        </w:rPr>
        <w:t>장래에만</w:t>
      </w:r>
      <w:r>
        <w:rPr>
          <w:lang w:eastAsia="ko-KR"/>
        </w:rPr>
        <w:t xml:space="preserve"> </w:t>
      </w:r>
      <w:r>
        <w:rPr>
          <w:lang w:eastAsia="ko-KR"/>
        </w:rPr>
        <w:t>기다리는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승천하신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성령을</w:t>
      </w:r>
      <w:r>
        <w:rPr>
          <w:lang w:eastAsia="ko-KR"/>
        </w:rPr>
        <w:t xml:space="preserve"> </w:t>
      </w:r>
      <w:r>
        <w:rPr>
          <w:lang w:eastAsia="ko-KR"/>
        </w:rPr>
        <w:t>보내셨고</w:t>
      </w:r>
      <w:r>
        <w:rPr>
          <w:lang w:eastAsia="ko-KR"/>
        </w:rPr>
        <w:t xml:space="preserve">, </w:t>
      </w:r>
      <w:r>
        <w:rPr>
          <w:lang w:eastAsia="ko-KR"/>
        </w:rPr>
        <w:t>성령을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지금도</w:t>
      </w:r>
      <w:r>
        <w:rPr>
          <w:lang w:eastAsia="ko-KR"/>
        </w:rPr>
        <w:t xml:space="preserve"> </w:t>
      </w:r>
      <w:r>
        <w:rPr>
          <w:lang w:eastAsia="ko-KR"/>
        </w:rPr>
        <w:t>우리와</w:t>
      </w:r>
      <w:r>
        <w:rPr>
          <w:lang w:eastAsia="ko-KR"/>
        </w:rPr>
        <w:t xml:space="preserve"> </w:t>
      </w:r>
      <w:r>
        <w:rPr>
          <w:lang w:eastAsia="ko-KR"/>
        </w:rPr>
        <w:t>함께하십니다</w:t>
      </w:r>
      <w:r>
        <w:rPr>
          <w:lang w:eastAsia="ko-KR"/>
        </w:rPr>
        <w:t xml:space="preserve">. </w:t>
      </w:r>
      <w:r>
        <w:rPr>
          <w:lang w:eastAsia="ko-KR"/>
        </w:rPr>
        <w:t>완전한</w:t>
      </w:r>
      <w:r>
        <w:rPr>
          <w:lang w:eastAsia="ko-KR"/>
        </w:rPr>
        <w:t xml:space="preserve"> </w:t>
      </w:r>
      <w:r>
        <w:rPr>
          <w:lang w:eastAsia="ko-KR"/>
        </w:rPr>
        <w:t>천국은</w:t>
      </w:r>
      <w:r>
        <w:rPr>
          <w:lang w:eastAsia="ko-KR"/>
        </w:rPr>
        <w:t xml:space="preserve"> </w:t>
      </w:r>
      <w:r>
        <w:rPr>
          <w:lang w:eastAsia="ko-KR"/>
        </w:rPr>
        <w:t>장차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>우리가 가게 되지만</w:t>
      </w:r>
      <w:r>
        <w:rPr>
          <w:lang w:eastAsia="ko-KR"/>
        </w:rPr>
        <w:t xml:space="preserve">, </w:t>
      </w:r>
      <w:r>
        <w:rPr>
          <w:lang w:eastAsia="ko-KR"/>
        </w:rPr>
        <w:t>예수님과</w:t>
      </w:r>
      <w:r>
        <w:rPr>
          <w:lang w:eastAsia="ko-KR"/>
        </w:rPr>
        <w:t xml:space="preserve"> </w:t>
      </w:r>
      <w:r>
        <w:rPr>
          <w:lang w:eastAsia="ko-KR"/>
        </w:rPr>
        <w:lastRenderedPageBreak/>
        <w:t>동행하며</w:t>
      </w:r>
      <w:r>
        <w:rPr>
          <w:lang w:eastAsia="ko-KR"/>
        </w:rPr>
        <w:t xml:space="preserve">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임재를</w:t>
      </w:r>
      <w:r>
        <w:rPr>
          <w:lang w:eastAsia="ko-KR"/>
        </w:rPr>
        <w:t xml:space="preserve"> </w:t>
      </w:r>
      <w:r>
        <w:rPr>
          <w:lang w:eastAsia="ko-KR"/>
        </w:rPr>
        <w:t>누리는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 xml:space="preserve">천국의 </w:t>
      </w:r>
      <w:r>
        <w:rPr>
          <w:lang w:eastAsia="ko-KR"/>
        </w:rPr>
        <w:t>삶은</w:t>
      </w:r>
      <w:r>
        <w:rPr>
          <w:lang w:eastAsia="ko-KR"/>
        </w:rPr>
        <w:t xml:space="preserve"> </w:t>
      </w:r>
      <w:r>
        <w:rPr>
          <w:lang w:eastAsia="ko-KR"/>
        </w:rPr>
        <w:t>지금</w:t>
      </w:r>
      <w:r>
        <w:rPr>
          <w:lang w:eastAsia="ko-KR"/>
        </w:rPr>
        <w:t xml:space="preserve"> </w:t>
      </w:r>
      <w:r>
        <w:rPr>
          <w:lang w:eastAsia="ko-KR"/>
        </w:rPr>
        <w:t>여기서</w:t>
      </w:r>
      <w:r>
        <w:rPr>
          <w:lang w:eastAsia="ko-KR"/>
        </w:rPr>
        <w:t xml:space="preserve"> </w:t>
      </w:r>
      <w:r>
        <w:rPr>
          <w:lang w:eastAsia="ko-KR"/>
        </w:rPr>
        <w:t>시작됩니다</w:t>
      </w:r>
      <w:r>
        <w:rPr>
          <w:lang w:eastAsia="ko-KR"/>
        </w:rPr>
        <w:t xml:space="preserve">. </w:t>
      </w:r>
      <w:r>
        <w:rPr>
          <w:lang w:eastAsia="ko-KR"/>
        </w:rPr>
        <w:t>그래서</w:t>
      </w:r>
      <w:r>
        <w:rPr>
          <w:lang w:eastAsia="ko-KR"/>
        </w:rPr>
        <w:t xml:space="preserve"> </w:t>
      </w:r>
      <w:r>
        <w:rPr>
          <w:lang w:eastAsia="ko-KR"/>
        </w:rPr>
        <w:t>예수님과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사는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땅에서도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>
        <w:rPr>
          <w:lang w:eastAsia="ko-KR"/>
        </w:rPr>
        <w:t xml:space="preserve"> </w:t>
      </w:r>
      <w:r>
        <w:rPr>
          <w:lang w:eastAsia="ko-KR"/>
        </w:rPr>
        <w:t>나라의</w:t>
      </w:r>
      <w:r>
        <w:rPr>
          <w:lang w:eastAsia="ko-KR"/>
        </w:rPr>
        <w:t xml:space="preserve"> </w:t>
      </w:r>
      <w:r>
        <w:rPr>
          <w:lang w:eastAsia="ko-KR"/>
        </w:rPr>
        <w:t>기쁨과</w:t>
      </w:r>
      <w:r>
        <w:rPr>
          <w:lang w:eastAsia="ko-KR"/>
        </w:rPr>
        <w:t xml:space="preserve"> </w:t>
      </w:r>
      <w:r w:rsidR="00A801DB">
        <w:rPr>
          <w:rFonts w:hint="eastAsia"/>
          <w:lang w:eastAsia="ko-KR"/>
        </w:rPr>
        <w:t xml:space="preserve">참 </w:t>
      </w:r>
      <w:r>
        <w:rPr>
          <w:lang w:eastAsia="ko-KR"/>
        </w:rPr>
        <w:t>평안을</w:t>
      </w:r>
      <w:r w:rsidR="00A801DB">
        <w:rPr>
          <w:rFonts w:hint="eastAsia"/>
          <w:lang w:eastAsia="ko-KR"/>
        </w:rPr>
        <w:t xml:space="preserve"> </w:t>
      </w:r>
      <w:r>
        <w:rPr>
          <w:lang w:eastAsia="ko-KR"/>
        </w:rPr>
        <w:t>경험</w:t>
      </w:r>
      <w:r w:rsidR="00A801DB">
        <w:rPr>
          <w:rFonts w:hint="eastAsia"/>
          <w:lang w:eastAsia="ko-KR"/>
        </w:rPr>
        <w:t>할 수 있습</w:t>
      </w:r>
      <w:r>
        <w:rPr>
          <w:lang w:eastAsia="ko-KR"/>
        </w:rPr>
        <w:t>니다</w:t>
      </w:r>
      <w:r>
        <w:rPr>
          <w:lang w:eastAsia="ko-KR"/>
        </w:rPr>
        <w:t>.</w:t>
      </w:r>
    </w:p>
    <w:p w14:paraId="2F582B22" w14:textId="77777777" w:rsidR="005F2AA3" w:rsidRDefault="00A572F4">
      <w:pPr>
        <w:pStyle w:val="Heading1"/>
        <w:spacing w:before="160" w:after="80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길입니다</w:t>
      </w:r>
      <w:r>
        <w:rPr>
          <w:lang w:eastAsia="ko-KR"/>
        </w:rPr>
        <w:t xml:space="preserve"> (4–6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647B7D1C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내가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어디로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가는지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그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길을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너희가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아느니라</w:t>
      </w:r>
      <w:proofErr w:type="spellEnd"/>
      <w:r>
        <w:rPr>
          <w:b/>
          <w:lang w:eastAsia="ko-KR"/>
        </w:rPr>
        <w:t>.”</w:t>
      </w:r>
    </w:p>
    <w:p w14:paraId="707B7921" w14:textId="6573D30D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4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제자들에게</w:t>
      </w:r>
      <w:r>
        <w:rPr>
          <w:lang w:eastAsia="ko-KR"/>
        </w:rPr>
        <w:t xml:space="preserve"> “</w:t>
      </w:r>
      <w:r>
        <w:rPr>
          <w:lang w:eastAsia="ko-KR"/>
        </w:rPr>
        <w:t>너희가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안다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말씀하십니다</w:t>
      </w:r>
      <w:r>
        <w:rPr>
          <w:lang w:eastAsia="ko-KR"/>
        </w:rPr>
        <w:t xml:space="preserve">. </w:t>
      </w:r>
      <w:r>
        <w:rPr>
          <w:lang w:eastAsia="ko-KR"/>
        </w:rPr>
        <w:t>제자들이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완전히</w:t>
      </w:r>
      <w:r>
        <w:rPr>
          <w:lang w:eastAsia="ko-KR"/>
        </w:rPr>
        <w:t xml:space="preserve"> </w:t>
      </w:r>
      <w:r>
        <w:rPr>
          <w:lang w:eastAsia="ko-KR"/>
        </w:rPr>
        <w:t>이해했다는</w:t>
      </w:r>
      <w:r>
        <w:rPr>
          <w:lang w:eastAsia="ko-KR"/>
        </w:rPr>
        <w:t xml:space="preserve"> </w:t>
      </w:r>
      <w:r>
        <w:rPr>
          <w:lang w:eastAsia="ko-KR"/>
        </w:rPr>
        <w:t>뜻은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>.</w:t>
      </w:r>
      <w:r w:rsidR="00BF2A1B">
        <w:rPr>
          <w:rFonts w:hint="eastAsia"/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도마는</w:t>
      </w:r>
      <w:r>
        <w:rPr>
          <w:lang w:eastAsia="ko-KR"/>
        </w:rPr>
        <w:t xml:space="preserve"> </w:t>
      </w:r>
      <w:r>
        <w:rPr>
          <w:lang w:eastAsia="ko-KR"/>
        </w:rPr>
        <w:t>곧바로</w:t>
      </w:r>
      <w:r>
        <w:rPr>
          <w:lang w:eastAsia="ko-KR"/>
        </w:rPr>
        <w:t xml:space="preserve"> “</w:t>
      </w:r>
      <w:r>
        <w:rPr>
          <w:lang w:eastAsia="ko-KR"/>
        </w:rPr>
        <w:t>주여</w:t>
      </w:r>
      <w:r>
        <w:rPr>
          <w:lang w:eastAsia="ko-KR"/>
        </w:rPr>
        <w:t xml:space="preserve"> </w:t>
      </w:r>
      <w:r>
        <w:rPr>
          <w:lang w:eastAsia="ko-KR"/>
        </w:rPr>
        <w:t>주께서</w:t>
      </w:r>
      <w:r>
        <w:rPr>
          <w:lang w:eastAsia="ko-KR"/>
        </w:rPr>
        <w:t xml:space="preserve"> </w:t>
      </w:r>
      <w:r>
        <w:rPr>
          <w:lang w:eastAsia="ko-KR"/>
        </w:rPr>
        <w:t>어디로</w:t>
      </w:r>
      <w:r>
        <w:rPr>
          <w:lang w:eastAsia="ko-KR"/>
        </w:rPr>
        <w:t xml:space="preserve"> </w:t>
      </w:r>
      <w:r>
        <w:rPr>
          <w:lang w:eastAsia="ko-KR"/>
        </w:rPr>
        <w:t>가시는지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알지</w:t>
      </w:r>
      <w:r>
        <w:rPr>
          <w:lang w:eastAsia="ko-KR"/>
        </w:rPr>
        <w:t xml:space="preserve"> </w:t>
      </w:r>
      <w:r>
        <w:rPr>
          <w:lang w:eastAsia="ko-KR"/>
        </w:rPr>
        <w:t>못하거늘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어찌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알겠사옵나이까</w:t>
      </w:r>
      <w:proofErr w:type="spellEnd"/>
      <w:r>
        <w:rPr>
          <w:lang w:eastAsia="ko-KR"/>
        </w:rPr>
        <w:t>?”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묻습니다</w:t>
      </w:r>
      <w:r>
        <w:rPr>
          <w:lang w:eastAsia="ko-KR"/>
        </w:rPr>
        <w:t xml:space="preserve">. </w:t>
      </w:r>
      <w:r>
        <w:rPr>
          <w:lang w:eastAsia="ko-KR"/>
        </w:rPr>
        <w:t>도마는</w:t>
      </w:r>
      <w:r>
        <w:rPr>
          <w:lang w:eastAsia="ko-KR"/>
        </w:rPr>
        <w:t xml:space="preserve"> “</w:t>
      </w:r>
      <w:r>
        <w:rPr>
          <w:lang w:eastAsia="ko-KR"/>
        </w:rPr>
        <w:t>길</w:t>
      </w:r>
      <w:r>
        <w:rPr>
          <w:lang w:eastAsia="ko-KR"/>
        </w:rPr>
        <w:t>”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어떤</w:t>
      </w:r>
      <w:r>
        <w:rPr>
          <w:lang w:eastAsia="ko-KR"/>
        </w:rPr>
        <w:t xml:space="preserve"> </w:t>
      </w:r>
      <w:r>
        <w:rPr>
          <w:lang w:eastAsia="ko-KR"/>
        </w:rPr>
        <w:t>장소로</w:t>
      </w:r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경로나</w:t>
      </w:r>
      <w:r>
        <w:rPr>
          <w:lang w:eastAsia="ko-KR"/>
        </w:rPr>
        <w:t xml:space="preserve"> </w:t>
      </w:r>
      <w:r>
        <w:rPr>
          <w:lang w:eastAsia="ko-KR"/>
        </w:rPr>
        <w:t>방향으로</w:t>
      </w:r>
      <w:r>
        <w:rPr>
          <w:lang w:eastAsia="ko-KR"/>
        </w:rPr>
        <w:t xml:space="preserve"> </w:t>
      </w:r>
      <w:r>
        <w:rPr>
          <w:lang w:eastAsia="ko-KR"/>
        </w:rPr>
        <w:t>생각했습니다</w:t>
      </w:r>
      <w:r>
        <w:rPr>
          <w:lang w:eastAsia="ko-KR"/>
        </w:rPr>
        <w:t>.</w:t>
      </w:r>
    </w:p>
    <w:p w14:paraId="4BE2DEA6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깊습니다</w:t>
      </w:r>
      <w:r>
        <w:rPr>
          <w:lang w:eastAsia="ko-KR"/>
        </w:rPr>
        <w:t xml:space="preserve">. </w:t>
      </w:r>
      <w:r>
        <w:rPr>
          <w:lang w:eastAsia="ko-KR"/>
        </w:rPr>
        <w:t>제자들이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있기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사실상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왜냐하면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길은</w:t>
      </w:r>
      <w:r>
        <w:rPr>
          <w:lang w:eastAsia="ko-KR"/>
        </w:rPr>
        <w:t xml:space="preserve"> </w:t>
      </w:r>
      <w:r>
        <w:rPr>
          <w:lang w:eastAsia="ko-KR"/>
        </w:rPr>
        <w:t>어떤</w:t>
      </w:r>
      <w:r>
        <w:rPr>
          <w:lang w:eastAsia="ko-KR"/>
        </w:rPr>
        <w:t xml:space="preserve"> </w:t>
      </w:r>
      <w:r>
        <w:rPr>
          <w:lang w:eastAsia="ko-KR"/>
        </w:rPr>
        <w:t>지도에</w:t>
      </w:r>
      <w:r>
        <w:rPr>
          <w:lang w:eastAsia="ko-KR"/>
        </w:rPr>
        <w:t xml:space="preserve"> </w:t>
      </w:r>
      <w:r>
        <w:rPr>
          <w:lang w:eastAsia="ko-KR"/>
        </w:rPr>
        <w:t>표시된</w:t>
      </w:r>
      <w:r>
        <w:rPr>
          <w:lang w:eastAsia="ko-KR"/>
        </w:rPr>
        <w:t xml:space="preserve"> </w:t>
      </w:r>
      <w:r>
        <w:rPr>
          <w:lang w:eastAsia="ko-KR"/>
        </w:rPr>
        <w:t>길이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자신이기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 xml:space="preserve">. </w:t>
      </w:r>
      <w:r>
        <w:rPr>
          <w:lang w:eastAsia="ko-KR"/>
        </w:rPr>
        <w:t>그래서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도마의</w:t>
      </w:r>
      <w:r>
        <w:rPr>
          <w:lang w:eastAsia="ko-KR"/>
        </w:rPr>
        <w:t xml:space="preserve"> </w:t>
      </w:r>
      <w:r>
        <w:rPr>
          <w:lang w:eastAsia="ko-KR"/>
        </w:rPr>
        <w:t>질문에</w:t>
      </w:r>
      <w:r>
        <w:rPr>
          <w:lang w:eastAsia="ko-KR"/>
        </w:rPr>
        <w:t xml:space="preserve"> </w:t>
      </w:r>
      <w:r>
        <w:rPr>
          <w:lang w:eastAsia="ko-KR"/>
        </w:rPr>
        <w:t>요한복음</w:t>
      </w:r>
      <w:r>
        <w:rPr>
          <w:lang w:eastAsia="ko-KR"/>
        </w:rPr>
        <w:t xml:space="preserve"> </w:t>
      </w:r>
      <w:r>
        <w:rPr>
          <w:lang w:eastAsia="ko-KR"/>
        </w:rPr>
        <w:t>전체에서도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유명한</w:t>
      </w:r>
      <w:r>
        <w:rPr>
          <w:lang w:eastAsia="ko-KR"/>
        </w:rPr>
        <w:t xml:space="preserve">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가운데</w:t>
      </w:r>
      <w:r>
        <w:rPr>
          <w:lang w:eastAsia="ko-KR"/>
        </w:rPr>
        <w:t xml:space="preserve"> </w:t>
      </w:r>
      <w:r>
        <w:rPr>
          <w:lang w:eastAsia="ko-KR"/>
        </w:rPr>
        <w:t>하나로</w:t>
      </w:r>
      <w:r>
        <w:rPr>
          <w:lang w:eastAsia="ko-KR"/>
        </w:rPr>
        <w:t xml:space="preserve"> </w:t>
      </w:r>
      <w:r>
        <w:rPr>
          <w:lang w:eastAsia="ko-KR"/>
        </w:rPr>
        <w:t>대답하십니다</w:t>
      </w:r>
      <w:r>
        <w:rPr>
          <w:lang w:eastAsia="ko-KR"/>
        </w:rPr>
        <w:t>.</w:t>
      </w:r>
    </w:p>
    <w:p w14:paraId="5984634A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내가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곧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길이요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진리요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생명이니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나로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말미암지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않고는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아버지께로</w:t>
      </w:r>
      <w:proofErr w:type="spellEnd"/>
      <w:r>
        <w:rPr>
          <w:b/>
          <w:lang w:eastAsia="ko-KR"/>
        </w:rPr>
        <w:t xml:space="preserve"> </w:t>
      </w:r>
      <w:r>
        <w:rPr>
          <w:b/>
          <w:lang w:eastAsia="ko-KR"/>
        </w:rPr>
        <w:t>올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자가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없느니라</w:t>
      </w:r>
      <w:proofErr w:type="spellEnd"/>
      <w:r>
        <w:rPr>
          <w:b/>
          <w:lang w:eastAsia="ko-KR"/>
        </w:rPr>
        <w:t>.” (</w:t>
      </w:r>
      <w:r>
        <w:rPr>
          <w:b/>
          <w:lang w:eastAsia="ko-KR"/>
        </w:rPr>
        <w:t>요</w:t>
      </w:r>
      <w:r>
        <w:rPr>
          <w:b/>
          <w:lang w:eastAsia="ko-KR"/>
        </w:rPr>
        <w:t xml:space="preserve"> 14:6)</w:t>
      </w:r>
    </w:p>
    <w:p w14:paraId="46E1F7AE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요한복음에는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정체성을</w:t>
      </w:r>
      <w:r>
        <w:rPr>
          <w:lang w:eastAsia="ko-KR"/>
        </w:rPr>
        <w:t xml:space="preserve"> </w:t>
      </w:r>
      <w:r>
        <w:rPr>
          <w:lang w:eastAsia="ko-KR"/>
        </w:rPr>
        <w:t>드러내는</w:t>
      </w:r>
      <w:r>
        <w:rPr>
          <w:lang w:eastAsia="ko-KR"/>
        </w:rPr>
        <w:t xml:space="preserve"> </w:t>
      </w:r>
      <w:r>
        <w:rPr>
          <w:lang w:eastAsia="ko-KR"/>
        </w:rPr>
        <w:t>여러</w:t>
      </w:r>
      <w:r>
        <w:rPr>
          <w:lang w:eastAsia="ko-KR"/>
        </w:rPr>
        <w:t xml:space="preserve"> “</w:t>
      </w:r>
      <w:r>
        <w:rPr>
          <w:lang w:eastAsia="ko-KR"/>
        </w:rPr>
        <w:t>나는</w:t>
      </w:r>
      <w:r>
        <w:rPr>
          <w:lang w:eastAsia="ko-KR"/>
        </w:rPr>
        <w:t xml:space="preserve"> …</w:t>
      </w:r>
      <w:r>
        <w:rPr>
          <w:lang w:eastAsia="ko-KR"/>
        </w:rPr>
        <w:t>이다</w:t>
      </w:r>
      <w:r>
        <w:rPr>
          <w:lang w:eastAsia="ko-KR"/>
        </w:rPr>
        <w:t xml:space="preserve">” </w:t>
      </w:r>
      <w:r>
        <w:rPr>
          <w:lang w:eastAsia="ko-KR"/>
        </w:rPr>
        <w:t>선언이</w:t>
      </w:r>
      <w:r>
        <w:rPr>
          <w:lang w:eastAsia="ko-KR"/>
        </w:rPr>
        <w:t xml:space="preserve"> </w:t>
      </w:r>
      <w:r>
        <w:rPr>
          <w:lang w:eastAsia="ko-KR"/>
        </w:rPr>
        <w:t>나옵니다</w:t>
      </w:r>
      <w:r>
        <w:rPr>
          <w:lang w:eastAsia="ko-KR"/>
        </w:rPr>
        <w:t>.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생명의</w:t>
      </w:r>
      <w:r>
        <w:rPr>
          <w:lang w:eastAsia="ko-KR"/>
        </w:rPr>
        <w:t xml:space="preserve"> </w:t>
      </w:r>
      <w:r>
        <w:rPr>
          <w:lang w:eastAsia="ko-KR"/>
        </w:rPr>
        <w:t>떡이다</w:t>
      </w:r>
      <w:r>
        <w:rPr>
          <w:lang w:eastAsia="ko-KR"/>
        </w:rPr>
        <w:t>”,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세상의</w:t>
      </w:r>
      <w:r>
        <w:rPr>
          <w:lang w:eastAsia="ko-KR"/>
        </w:rPr>
        <w:t xml:space="preserve"> </w:t>
      </w:r>
      <w:r>
        <w:rPr>
          <w:lang w:eastAsia="ko-KR"/>
        </w:rPr>
        <w:t>빛이다</w:t>
      </w:r>
      <w:r>
        <w:rPr>
          <w:lang w:eastAsia="ko-KR"/>
        </w:rPr>
        <w:t>”,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양의</w:t>
      </w:r>
      <w:r>
        <w:rPr>
          <w:lang w:eastAsia="ko-KR"/>
        </w:rPr>
        <w:t xml:space="preserve"> </w:t>
      </w:r>
      <w:r>
        <w:rPr>
          <w:lang w:eastAsia="ko-KR"/>
        </w:rPr>
        <w:t>문이다</w:t>
      </w:r>
      <w:r>
        <w:rPr>
          <w:lang w:eastAsia="ko-KR"/>
        </w:rPr>
        <w:t>”,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선한</w:t>
      </w:r>
      <w:r>
        <w:rPr>
          <w:lang w:eastAsia="ko-KR"/>
        </w:rPr>
        <w:t xml:space="preserve"> </w:t>
      </w:r>
      <w:r>
        <w:rPr>
          <w:lang w:eastAsia="ko-KR"/>
        </w:rPr>
        <w:t>목자다</w:t>
      </w:r>
      <w:r>
        <w:rPr>
          <w:lang w:eastAsia="ko-KR"/>
        </w:rPr>
        <w:t>”,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부활이요</w:t>
      </w:r>
      <w:r>
        <w:rPr>
          <w:lang w:eastAsia="ko-KR"/>
        </w:rPr>
        <w:t xml:space="preserve"> </w:t>
      </w:r>
      <w:r>
        <w:rPr>
          <w:lang w:eastAsia="ko-KR"/>
        </w:rPr>
        <w:t>생명이다</w:t>
      </w:r>
      <w:r>
        <w:rPr>
          <w:lang w:eastAsia="ko-KR"/>
        </w:rPr>
        <w:t xml:space="preserve">.”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여기서는</w:t>
      </w:r>
      <w:r>
        <w:rPr>
          <w:lang w:eastAsia="ko-KR"/>
        </w:rPr>
        <w:t xml:space="preserve">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길이요</w:t>
      </w:r>
      <w:r>
        <w:rPr>
          <w:lang w:eastAsia="ko-KR"/>
        </w:rPr>
        <w:t xml:space="preserve"> </w:t>
      </w:r>
      <w:r>
        <w:rPr>
          <w:lang w:eastAsia="ko-KR"/>
        </w:rPr>
        <w:t>진리요</w:t>
      </w:r>
      <w:r>
        <w:rPr>
          <w:lang w:eastAsia="ko-KR"/>
        </w:rPr>
        <w:t xml:space="preserve"> </w:t>
      </w:r>
      <w:r>
        <w:rPr>
          <w:lang w:eastAsia="ko-KR"/>
        </w:rPr>
        <w:t>생명이다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말씀하십니다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“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하나</w:t>
      </w:r>
      <w:r>
        <w:rPr>
          <w:lang w:eastAsia="ko-KR"/>
        </w:rPr>
        <w:t xml:space="preserve"> </w:t>
      </w:r>
      <w:r>
        <w:rPr>
          <w:lang w:eastAsia="ko-KR"/>
        </w:rPr>
        <w:t>가르쳐</w:t>
      </w:r>
      <w:r>
        <w:rPr>
          <w:lang w:eastAsia="ko-KR"/>
        </w:rPr>
        <w:t xml:space="preserve"> </w:t>
      </w:r>
      <w:r>
        <w:rPr>
          <w:lang w:eastAsia="ko-KR"/>
        </w:rPr>
        <w:t>주겠다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하지</w:t>
      </w:r>
      <w:r>
        <w:rPr>
          <w:lang w:eastAsia="ko-KR"/>
        </w:rPr>
        <w:t xml:space="preserve"> </w:t>
      </w:r>
      <w:r>
        <w:rPr>
          <w:lang w:eastAsia="ko-KR"/>
        </w:rPr>
        <w:t>않으셨습니다</w:t>
      </w:r>
      <w:r>
        <w:rPr>
          <w:lang w:eastAsia="ko-KR"/>
        </w:rPr>
        <w:t>. “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길이다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말씀하셨습니다</w:t>
      </w:r>
      <w:r>
        <w:rPr>
          <w:lang w:eastAsia="ko-KR"/>
        </w:rPr>
        <w:t>.</w:t>
      </w:r>
    </w:p>
    <w:p w14:paraId="65E7BA55" w14:textId="77777777" w:rsidR="005F2AA3" w:rsidRDefault="00A572F4">
      <w:pPr>
        <w:pStyle w:val="Heading2"/>
        <w:spacing w:before="120" w:after="40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길이십니다</w:t>
      </w:r>
    </w:p>
    <w:p w14:paraId="05E42CD8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예수님만이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길이</w:t>
      </w:r>
      <w:r>
        <w:rPr>
          <w:lang w:eastAsia="ko-KR"/>
        </w:rPr>
        <w:t xml:space="preserve"> </w:t>
      </w:r>
      <w:r>
        <w:rPr>
          <w:lang w:eastAsia="ko-KR"/>
        </w:rPr>
        <w:t>되십니까</w:t>
      </w:r>
      <w:r>
        <w:rPr>
          <w:lang w:eastAsia="ko-KR"/>
        </w:rPr>
        <w:t xml:space="preserve">? </w:t>
      </w:r>
      <w:r>
        <w:rPr>
          <w:lang w:eastAsia="ko-KR"/>
        </w:rPr>
        <w:t>인간의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근본적인</w:t>
      </w:r>
      <w:r>
        <w:rPr>
          <w:lang w:eastAsia="ko-KR"/>
        </w:rPr>
        <w:t xml:space="preserve"> </w:t>
      </w:r>
      <w:r>
        <w:rPr>
          <w:lang w:eastAsia="ko-KR"/>
        </w:rPr>
        <w:t>문제가</w:t>
      </w:r>
      <w:r>
        <w:rPr>
          <w:lang w:eastAsia="ko-KR"/>
        </w:rPr>
        <w:t xml:space="preserve"> </w:t>
      </w:r>
      <w:r>
        <w:rPr>
          <w:lang w:eastAsia="ko-KR"/>
        </w:rPr>
        <w:t>죄이기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 xml:space="preserve">. </w:t>
      </w:r>
      <w:r>
        <w:rPr>
          <w:lang w:eastAsia="ko-KR"/>
        </w:rPr>
        <w:t>죄는</w:t>
      </w:r>
      <w:r>
        <w:rPr>
          <w:lang w:eastAsia="ko-KR"/>
        </w:rPr>
        <w:t xml:space="preserve"> </w:t>
      </w:r>
      <w:r>
        <w:rPr>
          <w:lang w:eastAsia="ko-KR"/>
        </w:rPr>
        <w:t>단순한</w:t>
      </w:r>
      <w:r>
        <w:rPr>
          <w:lang w:eastAsia="ko-KR"/>
        </w:rPr>
        <w:t xml:space="preserve"> </w:t>
      </w:r>
      <w:r>
        <w:rPr>
          <w:lang w:eastAsia="ko-KR"/>
        </w:rPr>
        <w:t>실수나</w:t>
      </w:r>
      <w:r>
        <w:rPr>
          <w:lang w:eastAsia="ko-KR"/>
        </w:rPr>
        <w:t xml:space="preserve"> </w:t>
      </w:r>
      <w:r>
        <w:rPr>
          <w:lang w:eastAsia="ko-KR"/>
        </w:rPr>
        <w:t>부족함이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거룩하신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인간</w:t>
      </w:r>
      <w:r>
        <w:rPr>
          <w:lang w:eastAsia="ko-KR"/>
        </w:rPr>
        <w:t xml:space="preserve"> </w:t>
      </w:r>
      <w:r>
        <w:rPr>
          <w:lang w:eastAsia="ko-KR"/>
        </w:rPr>
        <w:t>사이를</w:t>
      </w:r>
      <w:r>
        <w:rPr>
          <w:lang w:eastAsia="ko-KR"/>
        </w:rPr>
        <w:t xml:space="preserve"> </w:t>
      </w:r>
      <w:r>
        <w:rPr>
          <w:lang w:eastAsia="ko-KR"/>
        </w:rPr>
        <w:t>가로막는</w:t>
      </w:r>
      <w:r>
        <w:rPr>
          <w:lang w:eastAsia="ko-KR"/>
        </w:rPr>
        <w:t xml:space="preserve"> </w:t>
      </w:r>
      <w:r>
        <w:rPr>
          <w:lang w:eastAsia="ko-KR"/>
        </w:rPr>
        <w:t>문제입니다</w:t>
      </w:r>
      <w:r>
        <w:rPr>
          <w:lang w:eastAsia="ko-KR"/>
        </w:rPr>
        <w:t xml:space="preserve">.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죄의</w:t>
      </w:r>
      <w:r>
        <w:rPr>
          <w:lang w:eastAsia="ko-KR"/>
        </w:rPr>
        <w:t xml:space="preserve"> </w:t>
      </w:r>
      <w:r>
        <w:rPr>
          <w:lang w:eastAsia="ko-KR"/>
        </w:rPr>
        <w:t>문제가</w:t>
      </w:r>
      <w:r>
        <w:rPr>
          <w:lang w:eastAsia="ko-KR"/>
        </w:rPr>
        <w:t xml:space="preserve"> </w:t>
      </w:r>
      <w:r>
        <w:rPr>
          <w:lang w:eastAsia="ko-KR"/>
        </w:rPr>
        <w:t>해결되지</w:t>
      </w:r>
      <w:r>
        <w:rPr>
          <w:lang w:eastAsia="ko-KR"/>
        </w:rPr>
        <w:t xml:space="preserve"> </w:t>
      </w:r>
      <w:r>
        <w:rPr>
          <w:lang w:eastAsia="ko-KR"/>
        </w:rPr>
        <w:t>않고는</w:t>
      </w:r>
      <w:r>
        <w:rPr>
          <w:lang w:eastAsia="ko-KR"/>
        </w:rPr>
        <w:t xml:space="preserve"> </w:t>
      </w:r>
      <w:r>
        <w:rPr>
          <w:lang w:eastAsia="ko-KR"/>
        </w:rPr>
        <w:t>아무도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나아갈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>.</w:t>
      </w:r>
    </w:p>
    <w:p w14:paraId="1D990568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대신</w:t>
      </w:r>
      <w:r>
        <w:rPr>
          <w:lang w:eastAsia="ko-KR"/>
        </w:rPr>
        <w:t xml:space="preserve"> </w:t>
      </w:r>
      <w:r>
        <w:rPr>
          <w:lang w:eastAsia="ko-KR"/>
        </w:rPr>
        <w:t>지시고</w:t>
      </w:r>
      <w:r>
        <w:rPr>
          <w:lang w:eastAsia="ko-KR"/>
        </w:rPr>
        <w:t xml:space="preserve"> </w:t>
      </w:r>
      <w:r>
        <w:rPr>
          <w:lang w:eastAsia="ko-KR"/>
        </w:rPr>
        <w:t>십자가에서</w:t>
      </w:r>
      <w:r>
        <w:rPr>
          <w:lang w:eastAsia="ko-KR"/>
        </w:rPr>
        <w:t xml:space="preserve"> </w:t>
      </w:r>
      <w:r>
        <w:rPr>
          <w:lang w:eastAsia="ko-KR"/>
        </w:rPr>
        <w:t>죽으셨습니다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부활하셨습니다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십자가는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우리</w:t>
      </w:r>
      <w:r>
        <w:rPr>
          <w:lang w:eastAsia="ko-KR"/>
        </w:rPr>
        <w:t xml:space="preserve"> </w:t>
      </w:r>
      <w:r>
        <w:rPr>
          <w:lang w:eastAsia="ko-KR"/>
        </w:rPr>
        <w:t>사이를</w:t>
      </w:r>
      <w:r>
        <w:rPr>
          <w:lang w:eastAsia="ko-KR"/>
        </w:rPr>
        <w:t xml:space="preserve"> </w:t>
      </w:r>
      <w:r>
        <w:rPr>
          <w:lang w:eastAsia="ko-KR"/>
        </w:rPr>
        <w:t>가로막던</w:t>
      </w:r>
      <w:r>
        <w:rPr>
          <w:lang w:eastAsia="ko-KR"/>
        </w:rPr>
        <w:t xml:space="preserve"> </w:t>
      </w:r>
      <w:r>
        <w:rPr>
          <w:lang w:eastAsia="ko-KR"/>
        </w:rPr>
        <w:t>죄의</w:t>
      </w:r>
      <w:r>
        <w:rPr>
          <w:lang w:eastAsia="ko-KR"/>
        </w:rPr>
        <w:t xml:space="preserve"> </w:t>
      </w:r>
      <w:r>
        <w:rPr>
          <w:lang w:eastAsia="ko-KR"/>
        </w:rPr>
        <w:t>장벽을</w:t>
      </w:r>
      <w:r>
        <w:rPr>
          <w:lang w:eastAsia="ko-KR"/>
        </w:rPr>
        <w:t xml:space="preserve"> </w:t>
      </w:r>
      <w:r>
        <w:rPr>
          <w:lang w:eastAsia="ko-KR"/>
        </w:rPr>
        <w:t>제거했습니다</w:t>
      </w:r>
      <w:r>
        <w:rPr>
          <w:lang w:eastAsia="ko-KR"/>
        </w:rPr>
        <w:t xml:space="preserve">. </w:t>
      </w:r>
      <w:r>
        <w:rPr>
          <w:lang w:eastAsia="ko-KR"/>
        </w:rPr>
        <w:t>히브리서</w:t>
      </w:r>
      <w:r>
        <w:rPr>
          <w:lang w:eastAsia="ko-KR"/>
        </w:rPr>
        <w:t xml:space="preserve"> 10</w:t>
      </w:r>
      <w:r>
        <w:rPr>
          <w:lang w:eastAsia="ko-KR"/>
        </w:rPr>
        <w:t>장</w:t>
      </w:r>
      <w:r>
        <w:rPr>
          <w:lang w:eastAsia="ko-KR"/>
        </w:rPr>
        <w:t xml:space="preserve"> 20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“</w:t>
      </w:r>
      <w:r>
        <w:rPr>
          <w:lang w:eastAsia="ko-KR"/>
        </w:rPr>
        <w:t>새롭고</w:t>
      </w:r>
      <w:r>
        <w:rPr>
          <w:lang w:eastAsia="ko-KR"/>
        </w:rPr>
        <w:t xml:space="preserve"> </w:t>
      </w:r>
      <w:r>
        <w:rPr>
          <w:lang w:eastAsia="ko-KR"/>
        </w:rPr>
        <w:t>산</w:t>
      </w:r>
      <w:r>
        <w:rPr>
          <w:lang w:eastAsia="ko-KR"/>
        </w:rPr>
        <w:t xml:space="preserve"> </w:t>
      </w:r>
      <w:r>
        <w:rPr>
          <w:lang w:eastAsia="ko-KR"/>
        </w:rPr>
        <w:t>길</w:t>
      </w:r>
      <w:r>
        <w:rPr>
          <w:lang w:eastAsia="ko-KR"/>
        </w:rPr>
        <w:t>”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열어</w:t>
      </w:r>
      <w:r>
        <w:rPr>
          <w:lang w:eastAsia="ko-KR"/>
        </w:rPr>
        <w:t xml:space="preserve"> </w:t>
      </w:r>
      <w:r>
        <w:rPr>
          <w:lang w:eastAsia="ko-KR"/>
        </w:rPr>
        <w:t>주셨다고</w:t>
      </w:r>
      <w:r>
        <w:rPr>
          <w:lang w:eastAsia="ko-KR"/>
        </w:rPr>
        <w:t xml:space="preserve"> </w:t>
      </w:r>
      <w:r>
        <w:rPr>
          <w:lang w:eastAsia="ko-KR"/>
        </w:rPr>
        <w:t>말씀합니다</w:t>
      </w:r>
      <w:r>
        <w:rPr>
          <w:lang w:eastAsia="ko-KR"/>
        </w:rPr>
        <w:t xml:space="preserve">. </w:t>
      </w:r>
      <w:proofErr w:type="spellStart"/>
      <w:r>
        <w:rPr>
          <w:lang w:eastAsia="ko-KR"/>
        </w:rPr>
        <w:t>디모데전서</w:t>
      </w:r>
      <w:proofErr w:type="spellEnd"/>
      <w:r>
        <w:rPr>
          <w:lang w:eastAsia="ko-KR"/>
        </w:rPr>
        <w:t xml:space="preserve"> 2</w:t>
      </w:r>
      <w:r>
        <w:rPr>
          <w:lang w:eastAsia="ko-KR"/>
        </w:rPr>
        <w:t>장</w:t>
      </w:r>
      <w:r>
        <w:rPr>
          <w:lang w:eastAsia="ko-KR"/>
        </w:rPr>
        <w:t xml:space="preserve"> 5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사람</w:t>
      </w:r>
      <w:r>
        <w:rPr>
          <w:lang w:eastAsia="ko-KR"/>
        </w:rPr>
        <w:t xml:space="preserve"> </w:t>
      </w:r>
      <w:r>
        <w:rPr>
          <w:lang w:eastAsia="ko-KR"/>
        </w:rPr>
        <w:t>사이의</w:t>
      </w:r>
      <w:r>
        <w:rPr>
          <w:lang w:eastAsia="ko-KR"/>
        </w:rPr>
        <w:t xml:space="preserve"> </w:t>
      </w:r>
      <w:r>
        <w:rPr>
          <w:lang w:eastAsia="ko-KR"/>
        </w:rPr>
        <w:t>중보자도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분이시며</w:t>
      </w:r>
      <w:r>
        <w:rPr>
          <w:lang w:eastAsia="ko-KR"/>
        </w:rPr>
        <w:t xml:space="preserve"> </w:t>
      </w:r>
      <w:r>
        <w:rPr>
          <w:lang w:eastAsia="ko-KR"/>
        </w:rPr>
        <w:t>곧</w:t>
      </w:r>
      <w:r>
        <w:rPr>
          <w:lang w:eastAsia="ko-KR"/>
        </w:rPr>
        <w:t xml:space="preserve"> </w:t>
      </w:r>
      <w:r>
        <w:rPr>
          <w:lang w:eastAsia="ko-KR"/>
        </w:rPr>
        <w:t>사람이신</w:t>
      </w:r>
      <w:r>
        <w:rPr>
          <w:lang w:eastAsia="ko-KR"/>
        </w:rPr>
        <w:t xml:space="preserve"> </w:t>
      </w:r>
      <w:r>
        <w:rPr>
          <w:lang w:eastAsia="ko-KR"/>
        </w:rPr>
        <w:t>그리스도</w:t>
      </w:r>
      <w:r>
        <w:rPr>
          <w:lang w:eastAsia="ko-KR"/>
        </w:rPr>
        <w:t xml:space="preserve"> </w:t>
      </w:r>
      <w:r>
        <w:rPr>
          <w:lang w:eastAsia="ko-KR"/>
        </w:rPr>
        <w:t>예수라고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.</w:t>
      </w:r>
    </w:p>
    <w:p w14:paraId="12711D55" w14:textId="4EB5C471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유일한</w:t>
      </w:r>
      <w:r>
        <w:rPr>
          <w:lang w:eastAsia="ko-KR"/>
        </w:rPr>
        <w:t xml:space="preserve"> </w:t>
      </w:r>
      <w:r>
        <w:rPr>
          <w:lang w:eastAsia="ko-KR"/>
        </w:rPr>
        <w:t>중보자가</w:t>
      </w:r>
      <w:r>
        <w:rPr>
          <w:lang w:eastAsia="ko-KR"/>
        </w:rPr>
        <w:t xml:space="preserve"> </w:t>
      </w:r>
      <w:r>
        <w:rPr>
          <w:lang w:eastAsia="ko-KR"/>
        </w:rPr>
        <w:t>되실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이유는</w:t>
      </w:r>
      <w:r>
        <w:rPr>
          <w:lang w:eastAsia="ko-KR"/>
        </w:rPr>
        <w:t xml:space="preserve"> </w:t>
      </w:r>
      <w:r>
        <w:rPr>
          <w:lang w:eastAsia="ko-KR"/>
        </w:rPr>
        <w:t>그분이</w:t>
      </w:r>
      <w:r>
        <w:rPr>
          <w:lang w:eastAsia="ko-KR"/>
        </w:rPr>
        <w:t xml:space="preserve"> </w:t>
      </w:r>
      <w:r>
        <w:rPr>
          <w:lang w:eastAsia="ko-KR"/>
        </w:rPr>
        <w:t>참</w:t>
      </w:r>
      <w:r>
        <w:rPr>
          <w:lang w:eastAsia="ko-KR"/>
        </w:rPr>
        <w:t xml:space="preserve"> </w:t>
      </w:r>
      <w:r>
        <w:rPr>
          <w:lang w:eastAsia="ko-KR"/>
        </w:rPr>
        <w:t>하나님이시며</w:t>
      </w:r>
      <w:r>
        <w:rPr>
          <w:lang w:eastAsia="ko-KR"/>
        </w:rPr>
        <w:t xml:space="preserve"> </w:t>
      </w:r>
      <w:r>
        <w:rPr>
          <w:lang w:eastAsia="ko-KR"/>
        </w:rPr>
        <w:t>동시에</w:t>
      </w:r>
      <w:r>
        <w:rPr>
          <w:lang w:eastAsia="ko-KR"/>
        </w:rPr>
        <w:t xml:space="preserve"> </w:t>
      </w:r>
      <w:r>
        <w:rPr>
          <w:lang w:eastAsia="ko-KR"/>
        </w:rPr>
        <w:t>참</w:t>
      </w:r>
      <w:r>
        <w:rPr>
          <w:lang w:eastAsia="ko-KR"/>
        </w:rPr>
        <w:t xml:space="preserve"> </w:t>
      </w:r>
      <w:r>
        <w:rPr>
          <w:lang w:eastAsia="ko-KR"/>
        </w:rPr>
        <w:t>인간이시기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 xml:space="preserve">. </w:t>
      </w:r>
      <w:r>
        <w:rPr>
          <w:lang w:eastAsia="ko-KR"/>
        </w:rPr>
        <w:t>죄가</w:t>
      </w:r>
      <w:r>
        <w:rPr>
          <w:lang w:eastAsia="ko-KR"/>
        </w:rPr>
        <w:t xml:space="preserve"> </w:t>
      </w:r>
      <w:r>
        <w:rPr>
          <w:lang w:eastAsia="ko-KR"/>
        </w:rPr>
        <w:t>없으신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아들이</w:t>
      </w:r>
      <w:r>
        <w:rPr>
          <w:lang w:eastAsia="ko-KR"/>
        </w:rPr>
        <w:t xml:space="preserve"> </w:t>
      </w:r>
      <w:r>
        <w:rPr>
          <w:lang w:eastAsia="ko-KR"/>
        </w:rPr>
        <w:t>인간이</w:t>
      </w:r>
      <w:r>
        <w:rPr>
          <w:lang w:eastAsia="ko-KR"/>
        </w:rPr>
        <w:t xml:space="preserve"> </w:t>
      </w:r>
      <w:r>
        <w:rPr>
          <w:lang w:eastAsia="ko-KR"/>
        </w:rPr>
        <w:t>되셔서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담당하셨습니다</w:t>
      </w:r>
      <w:r>
        <w:rPr>
          <w:lang w:eastAsia="ko-KR"/>
        </w:rPr>
        <w:t xml:space="preserve">. </w:t>
      </w:r>
      <w:r w:rsidR="00BF2A1B">
        <w:rPr>
          <w:rFonts w:hint="eastAsia"/>
          <w:lang w:eastAsia="ko-KR"/>
        </w:rPr>
        <w:t xml:space="preserve">그래서 우리는 </w:t>
      </w:r>
      <w:r w:rsidR="00BF2A1B">
        <w:rPr>
          <w:rFonts w:hint="eastAsia"/>
          <w:lang w:eastAsia="ko-KR"/>
        </w:rPr>
        <w:lastRenderedPageBreak/>
        <w:t xml:space="preserve">이 예수님을 의지해서 하나님께 나갈 때 하나님은 우리 죄가 하나도 없는 것으로 여겨 주십니다. 왜냐면 </w:t>
      </w:r>
      <w:proofErr w:type="spellStart"/>
      <w:r w:rsidR="00BF2A1B">
        <w:rPr>
          <w:rFonts w:hint="eastAsia"/>
          <w:lang w:eastAsia="ko-KR"/>
        </w:rPr>
        <w:t>죄없는</w:t>
      </w:r>
      <w:proofErr w:type="spellEnd"/>
      <w:r w:rsidR="00BF2A1B">
        <w:rPr>
          <w:rFonts w:hint="eastAsia"/>
          <w:lang w:eastAsia="ko-KR"/>
        </w:rPr>
        <w:t xml:space="preserve"> 성자 하나님의 피가 우리의 죄를 완전히 사하셨기 때문입니다.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죽음에서</w:t>
      </w:r>
      <w:r>
        <w:rPr>
          <w:lang w:eastAsia="ko-KR"/>
        </w:rPr>
        <w:t xml:space="preserve"> </w:t>
      </w:r>
      <w:r>
        <w:rPr>
          <w:lang w:eastAsia="ko-KR"/>
        </w:rPr>
        <w:t>부활하심으로</w:t>
      </w:r>
      <w:r w:rsidR="00BF2A1B">
        <w:rPr>
          <w:rFonts w:hint="eastAsia"/>
          <w:lang w:eastAsia="ko-KR"/>
        </w:rPr>
        <w:t xml:space="preserve"> 예수님은 인류를 지배해오던 </w:t>
      </w:r>
      <w:r>
        <w:rPr>
          <w:lang w:eastAsia="ko-KR"/>
        </w:rPr>
        <w:t>죄와</w:t>
      </w:r>
      <w:r>
        <w:rPr>
          <w:lang w:eastAsia="ko-KR"/>
        </w:rPr>
        <w:t xml:space="preserve"> </w:t>
      </w:r>
      <w:r>
        <w:rPr>
          <w:lang w:eastAsia="ko-KR"/>
        </w:rPr>
        <w:t>사망의</w:t>
      </w:r>
      <w:r>
        <w:rPr>
          <w:lang w:eastAsia="ko-KR"/>
        </w:rPr>
        <w:t xml:space="preserve"> </w:t>
      </w:r>
      <w:r>
        <w:rPr>
          <w:lang w:eastAsia="ko-KR"/>
        </w:rPr>
        <w:t>권세를</w:t>
      </w:r>
      <w:r>
        <w:rPr>
          <w:lang w:eastAsia="ko-KR"/>
        </w:rPr>
        <w:t xml:space="preserve"> </w:t>
      </w:r>
      <w:r w:rsidR="00BF2A1B">
        <w:rPr>
          <w:rFonts w:hint="eastAsia"/>
          <w:lang w:eastAsia="ko-KR"/>
        </w:rPr>
        <w:t>완전히 파하</w:t>
      </w:r>
      <w:r>
        <w:rPr>
          <w:lang w:eastAsia="ko-KR"/>
        </w:rPr>
        <w:t>셨습니다</w:t>
      </w:r>
      <w:r>
        <w:rPr>
          <w:lang w:eastAsia="ko-KR"/>
        </w:rPr>
        <w:t xml:space="preserve">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선행이나</w:t>
      </w:r>
      <w:r>
        <w:rPr>
          <w:lang w:eastAsia="ko-KR"/>
        </w:rPr>
        <w:t xml:space="preserve"> </w:t>
      </w:r>
      <w:r>
        <w:rPr>
          <w:lang w:eastAsia="ko-KR"/>
        </w:rPr>
        <w:t>공로로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나아가는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예수</w:t>
      </w:r>
      <w:r>
        <w:rPr>
          <w:lang w:eastAsia="ko-KR"/>
        </w:rPr>
        <w:t xml:space="preserve"> </w:t>
      </w:r>
      <w:r>
        <w:rPr>
          <w:lang w:eastAsia="ko-KR"/>
        </w:rPr>
        <w:t>그리스도를</w:t>
      </w:r>
      <w:r>
        <w:rPr>
          <w:lang w:eastAsia="ko-KR"/>
        </w:rPr>
        <w:t xml:space="preserve"> </w:t>
      </w:r>
      <w:r>
        <w:rPr>
          <w:lang w:eastAsia="ko-KR"/>
        </w:rPr>
        <w:t>의지하여</w:t>
      </w:r>
      <w:r>
        <w:rPr>
          <w:lang w:eastAsia="ko-KR"/>
        </w:rPr>
        <w:t xml:space="preserve"> </w:t>
      </w:r>
      <w:r>
        <w:rPr>
          <w:lang w:eastAsia="ko-KR"/>
        </w:rPr>
        <w:t>나아갑니다</w:t>
      </w:r>
      <w:r>
        <w:rPr>
          <w:lang w:eastAsia="ko-KR"/>
        </w:rPr>
        <w:t>.</w:t>
      </w:r>
    </w:p>
    <w:p w14:paraId="187F0259" w14:textId="09F85822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세상은</w:t>
      </w:r>
      <w:r>
        <w:rPr>
          <w:lang w:eastAsia="ko-KR"/>
        </w:rPr>
        <w:t xml:space="preserve"> </w:t>
      </w:r>
      <w:r>
        <w:rPr>
          <w:lang w:eastAsia="ko-KR"/>
        </w:rPr>
        <w:t>행복과</w:t>
      </w:r>
      <w:r>
        <w:rPr>
          <w:lang w:eastAsia="ko-KR"/>
        </w:rPr>
        <w:t xml:space="preserve"> </w:t>
      </w:r>
      <w:r>
        <w:rPr>
          <w:lang w:eastAsia="ko-KR"/>
        </w:rPr>
        <w:t>구원에</w:t>
      </w:r>
      <w:r>
        <w:rPr>
          <w:lang w:eastAsia="ko-KR"/>
        </w:rPr>
        <w:t xml:space="preserve"> </w:t>
      </w:r>
      <w:r>
        <w:rPr>
          <w:lang w:eastAsia="ko-KR"/>
        </w:rPr>
        <w:t>이르는</w:t>
      </w:r>
      <w:r>
        <w:rPr>
          <w:lang w:eastAsia="ko-KR"/>
        </w:rPr>
        <w:t xml:space="preserve"> </w:t>
      </w:r>
      <w:r>
        <w:rPr>
          <w:lang w:eastAsia="ko-KR"/>
        </w:rPr>
        <w:t>여러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제시합니다</w:t>
      </w:r>
      <w:r>
        <w:rPr>
          <w:lang w:eastAsia="ko-KR"/>
        </w:rPr>
        <w:t xml:space="preserve">. </w:t>
      </w:r>
      <w:r>
        <w:rPr>
          <w:lang w:eastAsia="ko-KR"/>
        </w:rPr>
        <w:t>돈</w:t>
      </w:r>
      <w:r>
        <w:rPr>
          <w:lang w:eastAsia="ko-KR"/>
        </w:rPr>
        <w:t xml:space="preserve">, </w:t>
      </w:r>
      <w:r>
        <w:rPr>
          <w:lang w:eastAsia="ko-KR"/>
        </w:rPr>
        <w:t>성공</w:t>
      </w:r>
      <w:r>
        <w:rPr>
          <w:lang w:eastAsia="ko-KR"/>
        </w:rPr>
        <w:t xml:space="preserve">,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인정</w:t>
      </w:r>
      <w:r>
        <w:rPr>
          <w:lang w:eastAsia="ko-KR"/>
        </w:rPr>
        <w:t xml:space="preserve">,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직업</w:t>
      </w:r>
      <w:r>
        <w:rPr>
          <w:lang w:eastAsia="ko-KR"/>
        </w:rPr>
        <w:t xml:space="preserve">, </w:t>
      </w:r>
      <w:r>
        <w:rPr>
          <w:lang w:eastAsia="ko-KR"/>
        </w:rPr>
        <w:t>관계</w:t>
      </w:r>
      <w:r>
        <w:rPr>
          <w:lang w:eastAsia="ko-KR"/>
        </w:rPr>
        <w:t xml:space="preserve">, </w:t>
      </w:r>
      <w:r>
        <w:rPr>
          <w:lang w:eastAsia="ko-KR"/>
        </w:rPr>
        <w:t>물질이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행복하게</w:t>
      </w:r>
      <w:r>
        <w:rPr>
          <w:lang w:eastAsia="ko-KR"/>
        </w:rPr>
        <w:t xml:space="preserve"> </w:t>
      </w:r>
      <w:r>
        <w:rPr>
          <w:lang w:eastAsia="ko-KR"/>
        </w:rPr>
        <w:t>해</w:t>
      </w:r>
      <w:r>
        <w:rPr>
          <w:lang w:eastAsia="ko-KR"/>
        </w:rPr>
        <w:t xml:space="preserve"> </w:t>
      </w:r>
      <w:r>
        <w:rPr>
          <w:lang w:eastAsia="ko-KR"/>
        </w:rPr>
        <w:t>줄</w:t>
      </w:r>
      <w:r>
        <w:rPr>
          <w:lang w:eastAsia="ko-KR"/>
        </w:rPr>
        <w:t xml:space="preserve"> </w:t>
      </w:r>
      <w:r>
        <w:rPr>
          <w:lang w:eastAsia="ko-KR"/>
        </w:rPr>
        <w:t>것이라고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그것들은</w:t>
      </w:r>
      <w:r>
        <w:rPr>
          <w:lang w:eastAsia="ko-KR"/>
        </w:rPr>
        <w:t xml:space="preserve"> </w:t>
      </w:r>
      <w:r>
        <w:rPr>
          <w:lang w:eastAsia="ko-KR"/>
        </w:rPr>
        <w:t>잠시</w:t>
      </w:r>
      <w:r>
        <w:rPr>
          <w:lang w:eastAsia="ko-KR"/>
        </w:rPr>
        <w:t xml:space="preserve"> </w:t>
      </w:r>
      <w:r>
        <w:rPr>
          <w:lang w:eastAsia="ko-KR"/>
        </w:rPr>
        <w:t>도움을</w:t>
      </w:r>
      <w:r>
        <w:rPr>
          <w:lang w:eastAsia="ko-KR"/>
        </w:rPr>
        <w:t xml:space="preserve"> </w:t>
      </w:r>
      <w:r>
        <w:rPr>
          <w:lang w:eastAsia="ko-KR"/>
        </w:rPr>
        <w:t>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있어도</w:t>
      </w:r>
      <w:r>
        <w:rPr>
          <w:lang w:eastAsia="ko-KR"/>
        </w:rPr>
        <w:t xml:space="preserve"> </w:t>
      </w:r>
      <w:r>
        <w:rPr>
          <w:lang w:eastAsia="ko-KR"/>
        </w:rPr>
        <w:t>인간의</w:t>
      </w:r>
      <w:r>
        <w:rPr>
          <w:lang w:eastAsia="ko-KR"/>
        </w:rPr>
        <w:t xml:space="preserve"> </w:t>
      </w:r>
      <w:r>
        <w:rPr>
          <w:lang w:eastAsia="ko-KR"/>
        </w:rPr>
        <w:t>죄와</w:t>
      </w:r>
      <w:r>
        <w:rPr>
          <w:lang w:eastAsia="ko-KR"/>
        </w:rPr>
        <w:t xml:space="preserve"> </w:t>
      </w:r>
      <w:r>
        <w:rPr>
          <w:lang w:eastAsia="ko-KR"/>
        </w:rPr>
        <w:t>죽음의</w:t>
      </w:r>
      <w:r>
        <w:rPr>
          <w:lang w:eastAsia="ko-KR"/>
        </w:rPr>
        <w:t xml:space="preserve"> </w:t>
      </w:r>
      <w:r>
        <w:rPr>
          <w:lang w:eastAsia="ko-KR"/>
        </w:rPr>
        <w:t>문제를</w:t>
      </w:r>
      <w:r>
        <w:rPr>
          <w:lang w:eastAsia="ko-KR"/>
        </w:rPr>
        <w:t xml:space="preserve"> </w:t>
      </w:r>
      <w:r>
        <w:rPr>
          <w:lang w:eastAsia="ko-KR"/>
        </w:rPr>
        <w:t>해결하지는</w:t>
      </w:r>
      <w:r>
        <w:rPr>
          <w:lang w:eastAsia="ko-KR"/>
        </w:rPr>
        <w:t xml:space="preserve"> </w:t>
      </w:r>
      <w:r>
        <w:rPr>
          <w:lang w:eastAsia="ko-KR"/>
        </w:rPr>
        <w:t>못합니다</w:t>
      </w:r>
      <w:r>
        <w:rPr>
          <w:lang w:eastAsia="ko-KR"/>
        </w:rPr>
        <w:t xml:space="preserve">. </w:t>
      </w:r>
      <w:r>
        <w:rPr>
          <w:lang w:eastAsia="ko-KR"/>
        </w:rPr>
        <w:t>아무리</w:t>
      </w:r>
      <w:r>
        <w:rPr>
          <w:lang w:eastAsia="ko-KR"/>
        </w:rPr>
        <w:t xml:space="preserve"> </w:t>
      </w:r>
      <w:r>
        <w:rPr>
          <w:lang w:eastAsia="ko-KR"/>
        </w:rPr>
        <w:t>훌륭한</w:t>
      </w:r>
      <w:r>
        <w:rPr>
          <w:lang w:eastAsia="ko-KR"/>
        </w:rPr>
        <w:t xml:space="preserve"> </w:t>
      </w:r>
      <w:r>
        <w:rPr>
          <w:lang w:eastAsia="ko-KR"/>
        </w:rPr>
        <w:t>사람도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자신의</w:t>
      </w:r>
      <w:r>
        <w:rPr>
          <w:lang w:eastAsia="ko-KR"/>
        </w:rPr>
        <w:t xml:space="preserve"> </w:t>
      </w:r>
      <w:r>
        <w:rPr>
          <w:lang w:eastAsia="ko-KR"/>
        </w:rPr>
        <w:t>죽음을</w:t>
      </w:r>
      <w:r>
        <w:rPr>
          <w:lang w:eastAsia="ko-KR"/>
        </w:rPr>
        <w:t xml:space="preserve"> </w:t>
      </w:r>
      <w:r>
        <w:rPr>
          <w:lang w:eastAsia="ko-KR"/>
        </w:rPr>
        <w:t>이길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없고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영원한</w:t>
      </w:r>
      <w:r>
        <w:rPr>
          <w:lang w:eastAsia="ko-KR"/>
        </w:rPr>
        <w:t xml:space="preserve"> </w:t>
      </w:r>
      <w:r>
        <w:rPr>
          <w:lang w:eastAsia="ko-KR"/>
        </w:rPr>
        <w:t>생명을</w:t>
      </w:r>
      <w:r>
        <w:rPr>
          <w:lang w:eastAsia="ko-KR"/>
        </w:rPr>
        <w:t xml:space="preserve"> </w:t>
      </w:r>
      <w:r>
        <w:rPr>
          <w:lang w:eastAsia="ko-KR"/>
        </w:rPr>
        <w:t>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 xml:space="preserve">. </w:t>
      </w:r>
      <w:r w:rsidR="00640E64">
        <w:rPr>
          <w:rFonts w:hint="eastAsia"/>
          <w:lang w:eastAsia="ko-KR"/>
        </w:rPr>
        <w:t>내세에 관해 말하던 종교이 창시자들도 죽고</w:t>
      </w:r>
      <w:r w:rsidR="009C477B">
        <w:rPr>
          <w:rFonts w:hint="eastAsia"/>
          <w:lang w:eastAsia="ko-KR"/>
        </w:rPr>
        <w:t xml:space="preserve"> </w:t>
      </w:r>
      <w:r w:rsidR="00640E64">
        <w:rPr>
          <w:rFonts w:hint="eastAsia"/>
          <w:lang w:eastAsia="ko-KR"/>
        </w:rPr>
        <w:t xml:space="preserve">나면 모두 무소식입니다. 그러나 예수님은 성경대로 </w:t>
      </w:r>
      <w:proofErr w:type="spellStart"/>
      <w:r w:rsidR="00640E64">
        <w:rPr>
          <w:rFonts w:hint="eastAsia"/>
          <w:lang w:eastAsia="ko-KR"/>
        </w:rPr>
        <w:t>죽은지</w:t>
      </w:r>
      <w:proofErr w:type="spellEnd"/>
      <w:r w:rsidR="00640E64">
        <w:rPr>
          <w:rFonts w:hint="eastAsia"/>
          <w:lang w:eastAsia="ko-KR"/>
        </w:rPr>
        <w:t xml:space="preserve"> 3일만에 부활하셨습니다. </w:t>
      </w:r>
      <w:r w:rsidR="004B058E">
        <w:rPr>
          <w:rFonts w:hint="eastAsia"/>
          <w:lang w:eastAsia="ko-KR"/>
        </w:rPr>
        <w:t xml:space="preserve">이 예수님만이 죄와 죽음 문제를 해결하시고 우리는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인도하실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5B89DA36" w14:textId="77777777" w:rsidR="005F2AA3" w:rsidRDefault="00A572F4">
      <w:pPr>
        <w:pStyle w:val="Heading2"/>
        <w:spacing w:before="120" w:after="4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진리이십니다</w:t>
      </w:r>
    </w:p>
    <w:p w14:paraId="52852734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진리이시라는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거짓말을</w:t>
      </w:r>
      <w:r>
        <w:rPr>
          <w:lang w:eastAsia="ko-KR"/>
        </w:rPr>
        <w:t xml:space="preserve"> </w:t>
      </w:r>
      <w:r>
        <w:rPr>
          <w:lang w:eastAsia="ko-KR"/>
        </w:rPr>
        <w:t>하지</w:t>
      </w:r>
      <w:r>
        <w:rPr>
          <w:lang w:eastAsia="ko-KR"/>
        </w:rPr>
        <w:t xml:space="preserve"> </w:t>
      </w:r>
      <w:r>
        <w:rPr>
          <w:lang w:eastAsia="ko-KR"/>
        </w:rPr>
        <w:t>않으신다는</w:t>
      </w:r>
      <w:r>
        <w:rPr>
          <w:lang w:eastAsia="ko-KR"/>
        </w:rPr>
        <w:t xml:space="preserve"> </w:t>
      </w:r>
      <w:r>
        <w:rPr>
          <w:lang w:eastAsia="ko-KR"/>
        </w:rPr>
        <w:t>정도의</w:t>
      </w:r>
      <w:r>
        <w:rPr>
          <w:lang w:eastAsia="ko-KR"/>
        </w:rPr>
        <w:t xml:space="preserve"> </w:t>
      </w:r>
      <w:r>
        <w:rPr>
          <w:lang w:eastAsia="ko-KR"/>
        </w:rPr>
        <w:t>의미가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어떤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분이신지가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분명하게</w:t>
      </w:r>
      <w:r>
        <w:rPr>
          <w:lang w:eastAsia="ko-KR"/>
        </w:rPr>
        <w:t xml:space="preserve"> </w:t>
      </w:r>
      <w:r>
        <w:rPr>
          <w:lang w:eastAsia="ko-KR"/>
        </w:rPr>
        <w:t>나타난다는</w:t>
      </w:r>
      <w:r>
        <w:rPr>
          <w:lang w:eastAsia="ko-KR"/>
        </w:rPr>
        <w:t xml:space="preserve"> </w:t>
      </w:r>
      <w:r>
        <w:rPr>
          <w:lang w:eastAsia="ko-KR"/>
        </w:rPr>
        <w:t>뜻입니다</w:t>
      </w:r>
      <w:r>
        <w:rPr>
          <w:lang w:eastAsia="ko-KR"/>
        </w:rPr>
        <w:t xml:space="preserve">.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거룩하심</w:t>
      </w:r>
      <w:r>
        <w:rPr>
          <w:lang w:eastAsia="ko-KR"/>
        </w:rPr>
        <w:t xml:space="preserve">, </w:t>
      </w:r>
      <w:r>
        <w:rPr>
          <w:lang w:eastAsia="ko-KR"/>
        </w:rPr>
        <w:t>사랑</w:t>
      </w:r>
      <w:r>
        <w:rPr>
          <w:lang w:eastAsia="ko-KR"/>
        </w:rPr>
        <w:t xml:space="preserve">, </w:t>
      </w:r>
      <w:r>
        <w:rPr>
          <w:lang w:eastAsia="ko-KR"/>
        </w:rPr>
        <w:t>자비</w:t>
      </w:r>
      <w:r>
        <w:rPr>
          <w:lang w:eastAsia="ko-KR"/>
        </w:rPr>
        <w:t xml:space="preserve">, </w:t>
      </w:r>
      <w:r>
        <w:rPr>
          <w:lang w:eastAsia="ko-KR"/>
        </w:rPr>
        <w:t>공의</w:t>
      </w:r>
      <w:r>
        <w:rPr>
          <w:lang w:eastAsia="ko-KR"/>
        </w:rPr>
        <w:t xml:space="preserve">, </w:t>
      </w:r>
      <w:r>
        <w:rPr>
          <w:lang w:eastAsia="ko-KR"/>
        </w:rPr>
        <w:t>은혜</w:t>
      </w:r>
      <w:r>
        <w:rPr>
          <w:lang w:eastAsia="ko-KR"/>
        </w:rPr>
        <w:t xml:space="preserve">, </w:t>
      </w:r>
      <w:r>
        <w:rPr>
          <w:lang w:eastAsia="ko-KR"/>
        </w:rPr>
        <w:t>인간을</w:t>
      </w:r>
      <w:r>
        <w:rPr>
          <w:lang w:eastAsia="ko-KR"/>
        </w:rPr>
        <w:t xml:space="preserve"> </w:t>
      </w:r>
      <w:r>
        <w:rPr>
          <w:lang w:eastAsia="ko-KR"/>
        </w:rPr>
        <w:t>향한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뜻이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드러납니다</w:t>
      </w:r>
      <w:r>
        <w:rPr>
          <w:lang w:eastAsia="ko-KR"/>
        </w:rPr>
        <w:t>.</w:t>
      </w:r>
    </w:p>
    <w:p w14:paraId="593DCAB5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나를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본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자는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아버지를</w:t>
      </w:r>
      <w:r>
        <w:rPr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보았거늘</w:t>
      </w:r>
      <w:proofErr w:type="spellEnd"/>
      <w:r>
        <w:rPr>
          <w:b/>
          <w:lang w:eastAsia="ko-KR"/>
        </w:rPr>
        <w:t>.” (</w:t>
      </w:r>
      <w:r>
        <w:rPr>
          <w:b/>
          <w:lang w:eastAsia="ko-KR"/>
        </w:rPr>
        <w:t>요</w:t>
      </w:r>
      <w:r>
        <w:rPr>
          <w:b/>
          <w:lang w:eastAsia="ko-KR"/>
        </w:rPr>
        <w:t xml:space="preserve"> 14:9)</w:t>
      </w:r>
    </w:p>
    <w:p w14:paraId="32967345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싶다면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보아야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말씀과</w:t>
      </w:r>
      <w:r>
        <w:rPr>
          <w:lang w:eastAsia="ko-KR"/>
        </w:rPr>
        <w:t xml:space="preserve"> </w:t>
      </w:r>
      <w:r>
        <w:rPr>
          <w:lang w:eastAsia="ko-KR"/>
        </w:rPr>
        <w:t>삶</w:t>
      </w:r>
      <w:r>
        <w:rPr>
          <w:lang w:eastAsia="ko-KR"/>
        </w:rPr>
        <w:t xml:space="preserve">, </w:t>
      </w:r>
      <w:r>
        <w:rPr>
          <w:lang w:eastAsia="ko-KR"/>
        </w:rPr>
        <w:t>십자가와</w:t>
      </w:r>
      <w:r>
        <w:rPr>
          <w:lang w:eastAsia="ko-KR"/>
        </w:rPr>
        <w:t xml:space="preserve"> </w:t>
      </w:r>
      <w:r>
        <w:rPr>
          <w:lang w:eastAsia="ko-KR"/>
        </w:rPr>
        <w:t>부활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성품이</w:t>
      </w:r>
      <w:r>
        <w:rPr>
          <w:lang w:eastAsia="ko-KR"/>
        </w:rPr>
        <w:t xml:space="preserve"> </w:t>
      </w:r>
      <w:r>
        <w:rPr>
          <w:lang w:eastAsia="ko-KR"/>
        </w:rPr>
        <w:t>드러납니다</w:t>
      </w:r>
      <w:r>
        <w:rPr>
          <w:lang w:eastAsia="ko-KR"/>
        </w:rPr>
        <w:t xml:space="preserve">. </w:t>
      </w:r>
      <w:r>
        <w:rPr>
          <w:lang w:eastAsia="ko-KR"/>
        </w:rPr>
        <w:t>특히</w:t>
      </w:r>
      <w:r>
        <w:rPr>
          <w:lang w:eastAsia="ko-KR"/>
        </w:rPr>
        <w:t xml:space="preserve"> </w:t>
      </w:r>
      <w:r>
        <w:rPr>
          <w:lang w:eastAsia="ko-KR"/>
        </w:rPr>
        <w:t>십자가는</w:t>
      </w:r>
      <w:r>
        <w:rPr>
          <w:lang w:eastAsia="ko-KR"/>
        </w:rPr>
        <w:t xml:space="preserve">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심각하게</w:t>
      </w:r>
      <w:r>
        <w:rPr>
          <w:lang w:eastAsia="ko-KR"/>
        </w:rPr>
        <w:t xml:space="preserve"> </w:t>
      </w:r>
      <w:r>
        <w:rPr>
          <w:lang w:eastAsia="ko-KR"/>
        </w:rPr>
        <w:t>여기시는지</w:t>
      </w:r>
      <w:r>
        <w:rPr>
          <w:lang w:eastAsia="ko-KR"/>
        </w:rPr>
        <w:t xml:space="preserve">, </w:t>
      </w:r>
      <w:r>
        <w:rPr>
          <w:lang w:eastAsia="ko-KR"/>
        </w:rPr>
        <w:t>동시에</w:t>
      </w:r>
      <w:r>
        <w:rPr>
          <w:lang w:eastAsia="ko-KR"/>
        </w:rPr>
        <w:t xml:space="preserve"> </w:t>
      </w:r>
      <w:r>
        <w:rPr>
          <w:lang w:eastAsia="ko-KR"/>
        </w:rPr>
        <w:t>죄인을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사랑하시는지를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줍니다</w:t>
      </w:r>
      <w:r>
        <w:rPr>
          <w:lang w:eastAsia="ko-KR"/>
        </w:rPr>
        <w:t xml:space="preserve">.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궁극적인</w:t>
      </w:r>
      <w:r>
        <w:rPr>
          <w:lang w:eastAsia="ko-KR"/>
        </w:rPr>
        <w:t xml:space="preserve"> </w:t>
      </w:r>
      <w:r>
        <w:rPr>
          <w:lang w:eastAsia="ko-KR"/>
        </w:rPr>
        <w:t>계시가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안에</w:t>
      </w:r>
      <w:r>
        <w:rPr>
          <w:lang w:eastAsia="ko-KR"/>
        </w:rPr>
        <w:t xml:space="preserve"> </w:t>
      </w:r>
      <w:r>
        <w:rPr>
          <w:lang w:eastAsia="ko-KR"/>
        </w:rPr>
        <w:t>있기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진리이십니다</w:t>
      </w:r>
      <w:r>
        <w:rPr>
          <w:lang w:eastAsia="ko-KR"/>
        </w:rPr>
        <w:t>.</w:t>
      </w:r>
    </w:p>
    <w:p w14:paraId="50D0FF06" w14:textId="77777777" w:rsidR="005F2AA3" w:rsidRDefault="00A572F4">
      <w:pPr>
        <w:pStyle w:val="Heading2"/>
        <w:spacing w:before="120" w:after="4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생명이십니다</w:t>
      </w:r>
    </w:p>
    <w:p w14:paraId="7CD464AA" w14:textId="579C3C7F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성경은</w:t>
      </w:r>
      <w:r>
        <w:rPr>
          <w:lang w:eastAsia="ko-KR"/>
        </w:rPr>
        <w:t xml:space="preserve"> </w:t>
      </w:r>
      <w:r>
        <w:rPr>
          <w:lang w:eastAsia="ko-KR"/>
        </w:rPr>
        <w:t>죄로</w:t>
      </w:r>
      <w:r>
        <w:rPr>
          <w:lang w:eastAsia="ko-KR"/>
        </w:rPr>
        <w:t xml:space="preserve"> </w:t>
      </w:r>
      <w:r>
        <w:rPr>
          <w:lang w:eastAsia="ko-KR"/>
        </w:rPr>
        <w:t>인해</w:t>
      </w:r>
      <w:r>
        <w:rPr>
          <w:lang w:eastAsia="ko-KR"/>
        </w:rPr>
        <w:t xml:space="preserve"> </w:t>
      </w:r>
      <w:r>
        <w:rPr>
          <w:lang w:eastAsia="ko-KR"/>
        </w:rPr>
        <w:t>인간이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단절되어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겉으로</w:t>
      </w:r>
      <w:r>
        <w:rPr>
          <w:lang w:eastAsia="ko-KR"/>
        </w:rPr>
        <w:t xml:space="preserve"> </w:t>
      </w:r>
      <w:r>
        <w:rPr>
          <w:lang w:eastAsia="ko-KR"/>
        </w:rPr>
        <w:t>살아</w:t>
      </w:r>
      <w:r>
        <w:rPr>
          <w:lang w:eastAsia="ko-KR"/>
        </w:rPr>
        <w:t xml:space="preserve"> </w:t>
      </w:r>
      <w:r>
        <w:rPr>
          <w:lang w:eastAsia="ko-KR"/>
        </w:rPr>
        <w:t>있어도</w:t>
      </w:r>
      <w:r>
        <w:rPr>
          <w:lang w:eastAsia="ko-KR"/>
        </w:rPr>
        <w:t xml:space="preserve"> </w:t>
      </w:r>
      <w:r>
        <w:rPr>
          <w:lang w:eastAsia="ko-KR"/>
        </w:rPr>
        <w:t>하나님과의</w:t>
      </w:r>
      <w:r>
        <w:rPr>
          <w:lang w:eastAsia="ko-KR"/>
        </w:rPr>
        <w:t xml:space="preserve"> </w:t>
      </w:r>
      <w:r>
        <w:rPr>
          <w:lang w:eastAsia="ko-KR"/>
        </w:rPr>
        <w:t>관계가</w:t>
      </w:r>
      <w:r>
        <w:rPr>
          <w:lang w:eastAsia="ko-KR"/>
        </w:rPr>
        <w:t xml:space="preserve"> </w:t>
      </w:r>
      <w:r>
        <w:rPr>
          <w:lang w:eastAsia="ko-KR"/>
        </w:rPr>
        <w:t>끊어져</w:t>
      </w:r>
      <w:r>
        <w:rPr>
          <w:lang w:eastAsia="ko-KR"/>
        </w:rPr>
        <w:t xml:space="preserve"> </w:t>
      </w:r>
      <w:r>
        <w:rPr>
          <w:lang w:eastAsia="ko-KR"/>
        </w:rPr>
        <w:t>있다면</w:t>
      </w:r>
      <w:r>
        <w:rPr>
          <w:lang w:eastAsia="ko-KR"/>
        </w:rPr>
        <w:t xml:space="preserve"> </w:t>
      </w:r>
      <w:r>
        <w:rPr>
          <w:lang w:eastAsia="ko-KR"/>
        </w:rPr>
        <w:t>영적으로</w:t>
      </w:r>
      <w:r>
        <w:rPr>
          <w:lang w:eastAsia="ko-KR"/>
        </w:rPr>
        <w:t xml:space="preserve"> </w:t>
      </w:r>
      <w:r>
        <w:rPr>
          <w:lang w:eastAsia="ko-KR"/>
        </w:rPr>
        <w:t>죽은</w:t>
      </w:r>
      <w:r>
        <w:rPr>
          <w:lang w:eastAsia="ko-KR"/>
        </w:rPr>
        <w:t xml:space="preserve"> </w:t>
      </w:r>
      <w:r>
        <w:rPr>
          <w:lang w:eastAsia="ko-KR"/>
        </w:rPr>
        <w:t>상태입니다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그런</w:t>
      </w:r>
      <w:r>
        <w:rPr>
          <w:lang w:eastAsia="ko-KR"/>
        </w:rPr>
        <w:t xml:space="preserve">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생명을</w:t>
      </w:r>
      <w:r>
        <w:rPr>
          <w:lang w:eastAsia="ko-KR"/>
        </w:rPr>
        <w:t xml:space="preserve"> </w:t>
      </w:r>
      <w:r>
        <w:rPr>
          <w:lang w:eastAsia="ko-KR"/>
        </w:rPr>
        <w:t>주시는</w:t>
      </w:r>
      <w:r>
        <w:rPr>
          <w:lang w:eastAsia="ko-KR"/>
        </w:rPr>
        <w:t xml:space="preserve"> </w:t>
      </w:r>
      <w:r>
        <w:rPr>
          <w:lang w:eastAsia="ko-KR"/>
        </w:rPr>
        <w:t>분입니다</w:t>
      </w:r>
      <w:r>
        <w:rPr>
          <w:lang w:eastAsia="ko-KR"/>
        </w:rPr>
        <w:t>.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용서하시고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관계를</w:t>
      </w:r>
      <w:r>
        <w:rPr>
          <w:lang w:eastAsia="ko-KR"/>
        </w:rPr>
        <w:t xml:space="preserve"> </w:t>
      </w:r>
      <w:r>
        <w:rPr>
          <w:lang w:eastAsia="ko-KR"/>
        </w:rPr>
        <w:t>맺게</w:t>
      </w:r>
      <w:r>
        <w:rPr>
          <w:lang w:eastAsia="ko-KR"/>
        </w:rPr>
        <w:t xml:space="preserve"> </w:t>
      </w:r>
      <w:r>
        <w:rPr>
          <w:lang w:eastAsia="ko-KR"/>
        </w:rPr>
        <w:t>하시며</w:t>
      </w:r>
      <w:r>
        <w:rPr>
          <w:lang w:eastAsia="ko-KR"/>
        </w:rPr>
        <w:t xml:space="preserve"> </w:t>
      </w:r>
      <w:r>
        <w:rPr>
          <w:lang w:eastAsia="ko-KR"/>
        </w:rPr>
        <w:t>영원한</w:t>
      </w:r>
      <w:r>
        <w:rPr>
          <w:lang w:eastAsia="ko-KR"/>
        </w:rPr>
        <w:t xml:space="preserve"> </w:t>
      </w:r>
      <w:r>
        <w:rPr>
          <w:lang w:eastAsia="ko-KR"/>
        </w:rPr>
        <w:t>생명을</w:t>
      </w:r>
      <w:r>
        <w:rPr>
          <w:lang w:eastAsia="ko-KR"/>
        </w:rPr>
        <w:t xml:space="preserve"> </w:t>
      </w:r>
      <w:r>
        <w:rPr>
          <w:lang w:eastAsia="ko-KR"/>
        </w:rPr>
        <w:t>주십니다</w:t>
      </w:r>
      <w:r>
        <w:rPr>
          <w:lang w:eastAsia="ko-KR"/>
        </w:rPr>
        <w:t>.</w:t>
      </w:r>
      <w:r w:rsidR="00CD2D62" w:rsidRPr="00CD2D62">
        <w:rPr>
          <w:rFonts w:hint="eastAsia"/>
          <w:lang w:eastAsia="ko-KR"/>
        </w:rPr>
        <w:t xml:space="preserve"> </w:t>
      </w:r>
      <w:r w:rsidR="00CD2D62">
        <w:rPr>
          <w:rFonts w:hint="eastAsia"/>
          <w:lang w:eastAsia="ko-KR"/>
        </w:rPr>
        <w:t xml:space="preserve">여기서 말하는 생명이란 원어는 </w:t>
      </w:r>
      <w:proofErr w:type="spellStart"/>
      <w:r w:rsidR="00CD2D62">
        <w:rPr>
          <w:rFonts w:hint="eastAsia"/>
          <w:lang w:eastAsia="ko-KR"/>
        </w:rPr>
        <w:t>조에입니다</w:t>
      </w:r>
      <w:proofErr w:type="spellEnd"/>
      <w:r w:rsidR="00CD2D62">
        <w:rPr>
          <w:rFonts w:hint="eastAsia"/>
          <w:lang w:eastAsia="ko-KR"/>
        </w:rPr>
        <w:t xml:space="preserve">. 그것은 참 </w:t>
      </w:r>
      <w:proofErr w:type="spellStart"/>
      <w:r w:rsidR="00CD2D62">
        <w:rPr>
          <w:rFonts w:hint="eastAsia"/>
          <w:lang w:eastAsia="ko-KR"/>
        </w:rPr>
        <w:t>향복</w:t>
      </w:r>
      <w:proofErr w:type="spellEnd"/>
      <w:r w:rsidR="00CD2D62">
        <w:rPr>
          <w:rFonts w:hint="eastAsia"/>
          <w:lang w:eastAsia="ko-KR"/>
        </w:rPr>
        <w:t xml:space="preserve"> </w:t>
      </w:r>
      <w:proofErr w:type="spellStart"/>
      <w:r w:rsidR="00CD2D62">
        <w:rPr>
          <w:rFonts w:hint="eastAsia"/>
          <w:lang w:eastAsia="ko-KR"/>
        </w:rPr>
        <w:t>참만족</w:t>
      </w:r>
      <w:proofErr w:type="spellEnd"/>
      <w:r w:rsidR="00CD2D62">
        <w:rPr>
          <w:rFonts w:hint="eastAsia"/>
          <w:lang w:eastAsia="ko-KR"/>
        </w:rPr>
        <w:t xml:space="preserve"> 참 평강이 충만함 삶을 말합니다.</w:t>
      </w:r>
    </w:p>
    <w:p w14:paraId="7B26C5A4" w14:textId="1FC9B7F2" w:rsidR="005F2AA3" w:rsidRDefault="00A572F4" w:rsidP="00CD2D62">
      <w:pPr>
        <w:rPr>
          <w:lang w:eastAsia="ko-KR"/>
        </w:rPr>
      </w:pP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생명은</w:t>
      </w:r>
      <w:r>
        <w:rPr>
          <w:lang w:eastAsia="ko-KR"/>
        </w:rPr>
        <w:t xml:space="preserve"> </w:t>
      </w:r>
      <w:r>
        <w:rPr>
          <w:lang w:eastAsia="ko-KR"/>
        </w:rPr>
        <w:t>죽은</w:t>
      </w:r>
      <w:r>
        <w:rPr>
          <w:lang w:eastAsia="ko-KR"/>
        </w:rPr>
        <w:t xml:space="preserve"> </w:t>
      </w:r>
      <w:r>
        <w:rPr>
          <w:lang w:eastAsia="ko-KR"/>
        </w:rPr>
        <w:t>후에만</w:t>
      </w:r>
      <w:r>
        <w:rPr>
          <w:lang w:eastAsia="ko-KR"/>
        </w:rPr>
        <w:t xml:space="preserve"> </w:t>
      </w:r>
      <w:r>
        <w:rPr>
          <w:lang w:eastAsia="ko-KR"/>
        </w:rPr>
        <w:t>시작되는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지금부터</w:t>
      </w:r>
      <w:r>
        <w:rPr>
          <w:lang w:eastAsia="ko-KR"/>
        </w:rPr>
        <w:t xml:space="preserve">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살아가는</w:t>
      </w:r>
      <w:r>
        <w:rPr>
          <w:lang w:eastAsia="ko-KR"/>
        </w:rPr>
        <w:t xml:space="preserve"> </w:t>
      </w:r>
      <w:r>
        <w:rPr>
          <w:lang w:eastAsia="ko-KR"/>
        </w:rPr>
        <w:t>새로운</w:t>
      </w:r>
      <w:r>
        <w:rPr>
          <w:lang w:eastAsia="ko-KR"/>
        </w:rPr>
        <w:t xml:space="preserve"> </w:t>
      </w:r>
      <w:r>
        <w:rPr>
          <w:lang w:eastAsia="ko-KR"/>
        </w:rPr>
        <w:t>생명을</w:t>
      </w:r>
      <w:r>
        <w:rPr>
          <w:lang w:eastAsia="ko-KR"/>
        </w:rPr>
        <w:t xml:space="preserve"> </w:t>
      </w:r>
      <w:r>
        <w:rPr>
          <w:lang w:eastAsia="ko-KR"/>
        </w:rPr>
        <w:t>시작합니다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임재</w:t>
      </w:r>
      <w:r>
        <w:rPr>
          <w:lang w:eastAsia="ko-KR"/>
        </w:rPr>
        <w:t xml:space="preserve"> </w:t>
      </w:r>
      <w:r>
        <w:rPr>
          <w:lang w:eastAsia="ko-KR"/>
        </w:rPr>
        <w:t>속에서</w:t>
      </w:r>
      <w:r>
        <w:rPr>
          <w:lang w:eastAsia="ko-KR"/>
        </w:rPr>
        <w:t xml:space="preserve"> </w:t>
      </w:r>
      <w:r>
        <w:rPr>
          <w:lang w:eastAsia="ko-KR"/>
        </w:rPr>
        <w:t>참된</w:t>
      </w:r>
      <w:r>
        <w:rPr>
          <w:lang w:eastAsia="ko-KR"/>
        </w:rPr>
        <w:t xml:space="preserve"> </w:t>
      </w:r>
      <w:r>
        <w:rPr>
          <w:lang w:eastAsia="ko-KR"/>
        </w:rPr>
        <w:t>기쁨과</w:t>
      </w:r>
      <w:r>
        <w:rPr>
          <w:lang w:eastAsia="ko-KR"/>
        </w:rPr>
        <w:t xml:space="preserve"> </w:t>
      </w:r>
      <w:r>
        <w:rPr>
          <w:lang w:eastAsia="ko-KR"/>
        </w:rPr>
        <w:t>평안과</w:t>
      </w:r>
      <w:r>
        <w:rPr>
          <w:lang w:eastAsia="ko-KR"/>
        </w:rPr>
        <w:t xml:space="preserve"> </w:t>
      </w:r>
      <w:r>
        <w:rPr>
          <w:lang w:eastAsia="ko-KR"/>
        </w:rPr>
        <w:t>목적을</w:t>
      </w:r>
      <w:r>
        <w:rPr>
          <w:lang w:eastAsia="ko-KR"/>
        </w:rPr>
        <w:t xml:space="preserve"> </w:t>
      </w:r>
      <w:r>
        <w:rPr>
          <w:lang w:eastAsia="ko-KR"/>
        </w:rPr>
        <w:t>발견합니다</w:t>
      </w:r>
      <w:r>
        <w:rPr>
          <w:lang w:eastAsia="ko-KR"/>
        </w:rPr>
        <w:t xml:space="preserve">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“</w:t>
      </w:r>
      <w:r>
        <w:rPr>
          <w:lang w:eastAsia="ko-KR"/>
        </w:rPr>
        <w:t>길이요</w:t>
      </w:r>
      <w:r>
        <w:rPr>
          <w:lang w:eastAsia="ko-KR"/>
        </w:rPr>
        <w:t xml:space="preserve"> </w:t>
      </w:r>
      <w:r>
        <w:rPr>
          <w:lang w:eastAsia="ko-KR"/>
        </w:rPr>
        <w:t>진리요</w:t>
      </w:r>
      <w:r>
        <w:rPr>
          <w:lang w:eastAsia="ko-KR"/>
        </w:rPr>
        <w:t xml:space="preserve"> </w:t>
      </w:r>
      <w:r>
        <w:rPr>
          <w:lang w:eastAsia="ko-KR"/>
        </w:rPr>
        <w:t>생명</w:t>
      </w:r>
      <w:r>
        <w:rPr>
          <w:lang w:eastAsia="ko-KR"/>
        </w:rPr>
        <w:t>”</w:t>
      </w:r>
      <w:r>
        <w:rPr>
          <w:lang w:eastAsia="ko-KR"/>
        </w:rPr>
        <w:t>이라는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하나로</w:t>
      </w:r>
      <w:r>
        <w:rPr>
          <w:lang w:eastAsia="ko-KR"/>
        </w:rPr>
        <w:t xml:space="preserve"> </w:t>
      </w:r>
      <w:r>
        <w:rPr>
          <w:lang w:eastAsia="ko-KR"/>
        </w:rPr>
        <w:t>연결됩니다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lastRenderedPageBreak/>
        <w:t>아버지께로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인도하는</w:t>
      </w:r>
      <w:r>
        <w:rPr>
          <w:lang w:eastAsia="ko-KR"/>
        </w:rPr>
        <w:t xml:space="preserve"> </w:t>
      </w:r>
      <w:r>
        <w:rPr>
          <w:lang w:eastAsia="ko-KR"/>
        </w:rPr>
        <w:t>길이시며</w:t>
      </w:r>
      <w:r>
        <w:rPr>
          <w:lang w:eastAsia="ko-KR"/>
        </w:rPr>
        <w:t xml:space="preserve">, </w:t>
      </w:r>
      <w:r>
        <w:rPr>
          <w:lang w:eastAsia="ko-KR"/>
        </w:rPr>
        <w:t>아버지를</w:t>
      </w:r>
      <w:r>
        <w:rPr>
          <w:lang w:eastAsia="ko-KR"/>
        </w:rPr>
        <w:t xml:space="preserve"> </w:t>
      </w:r>
      <w:r>
        <w:rPr>
          <w:lang w:eastAsia="ko-KR"/>
        </w:rPr>
        <w:t>참되게</w:t>
      </w:r>
      <w:r>
        <w:rPr>
          <w:lang w:eastAsia="ko-KR"/>
        </w:rPr>
        <w:t xml:space="preserve"> </w:t>
      </w:r>
      <w:r>
        <w:rPr>
          <w:lang w:eastAsia="ko-KR"/>
        </w:rPr>
        <w:t>알게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진리이시며</w:t>
      </w:r>
      <w:r>
        <w:rPr>
          <w:lang w:eastAsia="ko-KR"/>
        </w:rPr>
        <w:t xml:space="preserve">, </w:t>
      </w:r>
      <w:r>
        <w:rPr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살게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생명이십니다</w:t>
      </w:r>
      <w:r>
        <w:rPr>
          <w:lang w:eastAsia="ko-KR"/>
        </w:rPr>
        <w:t>.</w:t>
      </w:r>
    </w:p>
    <w:p w14:paraId="19791666" w14:textId="2E893A43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그래서</w:t>
      </w:r>
      <w:r>
        <w:rPr>
          <w:lang w:eastAsia="ko-KR"/>
        </w:rPr>
        <w:t xml:space="preserve"> 6</w:t>
      </w:r>
      <w:r>
        <w:rPr>
          <w:lang w:eastAsia="ko-KR"/>
        </w:rPr>
        <w:t>절</w:t>
      </w:r>
      <w:r>
        <w:rPr>
          <w:lang w:eastAsia="ko-KR"/>
        </w:rPr>
        <w:t xml:space="preserve"> </w:t>
      </w:r>
      <w:r>
        <w:rPr>
          <w:lang w:eastAsia="ko-KR"/>
        </w:rPr>
        <w:t>후반부는</w:t>
      </w:r>
      <w:r>
        <w:rPr>
          <w:lang w:eastAsia="ko-KR"/>
        </w:rPr>
        <w:t xml:space="preserve"> </w:t>
      </w:r>
      <w:r>
        <w:rPr>
          <w:lang w:eastAsia="ko-KR"/>
        </w:rPr>
        <w:t>매우</w:t>
      </w:r>
      <w:r>
        <w:rPr>
          <w:lang w:eastAsia="ko-KR"/>
        </w:rPr>
        <w:t xml:space="preserve"> </w:t>
      </w:r>
      <w:r>
        <w:rPr>
          <w:lang w:eastAsia="ko-KR"/>
        </w:rPr>
        <w:t>분명합니다</w:t>
      </w:r>
      <w:r>
        <w:rPr>
          <w:lang w:eastAsia="ko-KR"/>
        </w:rPr>
        <w:t>. “</w:t>
      </w:r>
      <w:r>
        <w:rPr>
          <w:lang w:eastAsia="ko-KR"/>
        </w:rPr>
        <w:t>나로</w:t>
      </w:r>
      <w:r>
        <w:rPr>
          <w:lang w:eastAsia="ko-KR"/>
        </w:rPr>
        <w:t xml:space="preserve"> </w:t>
      </w:r>
      <w:r>
        <w:rPr>
          <w:lang w:eastAsia="ko-KR"/>
        </w:rPr>
        <w:t>말미암지</w:t>
      </w:r>
      <w:r>
        <w:rPr>
          <w:lang w:eastAsia="ko-KR"/>
        </w:rPr>
        <w:t xml:space="preserve"> </w:t>
      </w:r>
      <w:r>
        <w:rPr>
          <w:lang w:eastAsia="ko-KR"/>
        </w:rPr>
        <w:t>않고는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아버지께로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올</w:t>
      </w:r>
      <w:r>
        <w:rPr>
          <w:lang w:eastAsia="ko-KR"/>
        </w:rPr>
        <w:t xml:space="preserve"> </w:t>
      </w:r>
      <w:r>
        <w:rPr>
          <w:lang w:eastAsia="ko-KR"/>
        </w:rPr>
        <w:t>자가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없느니라</w:t>
      </w:r>
      <w:proofErr w:type="spellEnd"/>
      <w:r>
        <w:rPr>
          <w:lang w:eastAsia="ko-KR"/>
        </w:rPr>
        <w:t xml:space="preserve">.” </w:t>
      </w:r>
      <w:r>
        <w:rPr>
          <w:lang w:eastAsia="ko-KR"/>
        </w:rPr>
        <w:t>이것은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수많은</w:t>
      </w:r>
      <w:r>
        <w:rPr>
          <w:lang w:eastAsia="ko-KR"/>
        </w:rPr>
        <w:t xml:space="preserve"> </w:t>
      </w:r>
      <w:r>
        <w:rPr>
          <w:lang w:eastAsia="ko-KR"/>
        </w:rPr>
        <w:t>선택지</w:t>
      </w:r>
      <w:r>
        <w:rPr>
          <w:lang w:eastAsia="ko-KR"/>
        </w:rPr>
        <w:t xml:space="preserve"> </w:t>
      </w:r>
      <w:r>
        <w:rPr>
          <w:lang w:eastAsia="ko-KR"/>
        </w:rPr>
        <w:t>가운데</w:t>
      </w:r>
      <w:r>
        <w:rPr>
          <w:lang w:eastAsia="ko-KR"/>
        </w:rPr>
        <w:t xml:space="preserve"> </w:t>
      </w:r>
      <w:r>
        <w:rPr>
          <w:lang w:eastAsia="ko-KR"/>
        </w:rPr>
        <w:t>하나로</w:t>
      </w:r>
      <w:r>
        <w:rPr>
          <w:lang w:eastAsia="ko-KR"/>
        </w:rPr>
        <w:t xml:space="preserve"> </w:t>
      </w:r>
      <w:r>
        <w:rPr>
          <w:lang w:eastAsia="ko-KR"/>
        </w:rPr>
        <w:t>소개하신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나아가는</w:t>
      </w:r>
      <w:r>
        <w:rPr>
          <w:lang w:eastAsia="ko-KR"/>
        </w:rPr>
        <w:t xml:space="preserve"> </w:t>
      </w:r>
      <w:r w:rsidR="00F92CD1">
        <w:rPr>
          <w:rFonts w:hint="eastAsia"/>
          <w:lang w:eastAsia="ko-KR"/>
        </w:rPr>
        <w:t xml:space="preserve">유일한 </w:t>
      </w:r>
      <w:r>
        <w:rPr>
          <w:lang w:eastAsia="ko-KR"/>
        </w:rPr>
        <w:t>구원의</w:t>
      </w:r>
      <w:r w:rsidR="00F92CD1">
        <w:rPr>
          <w:rFonts w:hint="eastAsia"/>
          <w:lang w:eastAsia="ko-KR"/>
        </w:rPr>
        <w:t xml:space="preserve"> </w:t>
      </w:r>
      <w:r>
        <w:rPr>
          <w:lang w:eastAsia="ko-KR"/>
        </w:rPr>
        <w:t>예수</w:t>
      </w:r>
      <w:r>
        <w:rPr>
          <w:lang w:eastAsia="ko-KR"/>
        </w:rPr>
        <w:t xml:space="preserve"> </w:t>
      </w:r>
      <w:r>
        <w:rPr>
          <w:lang w:eastAsia="ko-KR"/>
        </w:rPr>
        <w:t>그리스도</w:t>
      </w:r>
      <w:r w:rsidR="00BF2A1B">
        <w:rPr>
          <w:rFonts w:hint="eastAsia"/>
          <w:lang w:eastAsia="ko-KR"/>
        </w:rPr>
        <w:t xml:space="preserve">를 믿는 믿음에 </w:t>
      </w:r>
      <w:r>
        <w:rPr>
          <w:lang w:eastAsia="ko-KR"/>
        </w:rPr>
        <w:t>달려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555CF73C" w14:textId="77777777" w:rsidR="005F2AA3" w:rsidRDefault="00A572F4">
      <w:pPr>
        <w:pStyle w:val="Heading1"/>
        <w:spacing w:before="160" w:after="80"/>
        <w:rPr>
          <w:lang w:eastAsia="ko-KR"/>
        </w:rPr>
      </w:pPr>
      <w:r>
        <w:rPr>
          <w:lang w:eastAsia="ko-KR"/>
        </w:rPr>
        <w:t>결론</w:t>
      </w:r>
      <w:r>
        <w:rPr>
          <w:lang w:eastAsia="ko-KR"/>
        </w:rPr>
        <w:t xml:space="preserve">: </w:t>
      </w:r>
      <w:r>
        <w:rPr>
          <w:lang w:eastAsia="ko-KR"/>
        </w:rPr>
        <w:t>앞길을</w:t>
      </w:r>
      <w:r>
        <w:rPr>
          <w:lang w:eastAsia="ko-KR"/>
        </w:rPr>
        <w:t xml:space="preserve"> </w:t>
      </w:r>
      <w:r>
        <w:rPr>
          <w:lang w:eastAsia="ko-KR"/>
        </w:rPr>
        <w:t>몰라도</w:t>
      </w:r>
      <w:r>
        <w:rPr>
          <w:lang w:eastAsia="ko-KR"/>
        </w:rPr>
        <w:t xml:space="preserve"> </w:t>
      </w:r>
      <w:r>
        <w:rPr>
          <w:lang w:eastAsia="ko-KR"/>
        </w:rPr>
        <w:t>길이신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알면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</w:p>
    <w:p w14:paraId="6A858AC4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제자들은</w:t>
      </w:r>
      <w:r>
        <w:rPr>
          <w:lang w:eastAsia="ko-KR"/>
        </w:rPr>
        <w:t xml:space="preserve"> </w:t>
      </w:r>
      <w:r>
        <w:rPr>
          <w:lang w:eastAsia="ko-KR"/>
        </w:rPr>
        <w:t>앞으로</w:t>
      </w:r>
      <w:r>
        <w:rPr>
          <w:lang w:eastAsia="ko-KR"/>
        </w:rPr>
        <w:t xml:space="preserve"> </w:t>
      </w:r>
      <w:r>
        <w:rPr>
          <w:lang w:eastAsia="ko-KR"/>
        </w:rPr>
        <w:t>무슨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일어날지</w:t>
      </w:r>
      <w:r>
        <w:rPr>
          <w:lang w:eastAsia="ko-KR"/>
        </w:rPr>
        <w:t xml:space="preserve"> </w:t>
      </w:r>
      <w:r>
        <w:rPr>
          <w:lang w:eastAsia="ko-KR"/>
        </w:rPr>
        <w:t>몰랐습니다</w:t>
      </w:r>
      <w:r>
        <w:rPr>
          <w:lang w:eastAsia="ko-KR"/>
        </w:rPr>
        <w:t xml:space="preserve">. </w:t>
      </w:r>
      <w:r>
        <w:rPr>
          <w:lang w:eastAsia="ko-KR"/>
        </w:rPr>
        <w:t>자신들의</w:t>
      </w:r>
      <w:r>
        <w:rPr>
          <w:lang w:eastAsia="ko-KR"/>
        </w:rPr>
        <w:t xml:space="preserve"> </w:t>
      </w:r>
      <w:r>
        <w:rPr>
          <w:lang w:eastAsia="ko-KR"/>
        </w:rPr>
        <w:t>눈앞에</w:t>
      </w:r>
      <w:r>
        <w:rPr>
          <w:lang w:eastAsia="ko-KR"/>
        </w:rPr>
        <w:t xml:space="preserve"> </w:t>
      </w:r>
      <w:r>
        <w:rPr>
          <w:lang w:eastAsia="ko-KR"/>
        </w:rPr>
        <w:t>십자가가</w:t>
      </w:r>
      <w:r>
        <w:rPr>
          <w:lang w:eastAsia="ko-KR"/>
        </w:rPr>
        <w:t xml:space="preserve"> </w:t>
      </w:r>
      <w:r>
        <w:rPr>
          <w:lang w:eastAsia="ko-KR"/>
        </w:rPr>
        <w:t>기다리고</w:t>
      </w:r>
      <w:r>
        <w:rPr>
          <w:lang w:eastAsia="ko-KR"/>
        </w:rPr>
        <w:t xml:space="preserve"> </w:t>
      </w:r>
      <w:r>
        <w:rPr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십자가</w:t>
      </w:r>
      <w:r>
        <w:rPr>
          <w:lang w:eastAsia="ko-KR"/>
        </w:rPr>
        <w:t xml:space="preserve"> </w:t>
      </w:r>
      <w:r>
        <w:rPr>
          <w:lang w:eastAsia="ko-KR"/>
        </w:rPr>
        <w:t>뒤에</w:t>
      </w:r>
      <w:r>
        <w:rPr>
          <w:lang w:eastAsia="ko-KR"/>
        </w:rPr>
        <w:t xml:space="preserve"> </w:t>
      </w:r>
      <w:r>
        <w:rPr>
          <w:lang w:eastAsia="ko-KR"/>
        </w:rPr>
        <w:t>부활과</w:t>
      </w:r>
      <w:r>
        <w:rPr>
          <w:lang w:eastAsia="ko-KR"/>
        </w:rPr>
        <w:t xml:space="preserve"> </w:t>
      </w:r>
      <w:r>
        <w:rPr>
          <w:lang w:eastAsia="ko-KR"/>
        </w:rPr>
        <w:t>성령의</w:t>
      </w:r>
      <w:r>
        <w:rPr>
          <w:lang w:eastAsia="ko-KR"/>
        </w:rPr>
        <w:t xml:space="preserve"> </w:t>
      </w:r>
      <w:r>
        <w:rPr>
          <w:lang w:eastAsia="ko-KR"/>
        </w:rPr>
        <w:t>역사가</w:t>
      </w:r>
      <w:r>
        <w:rPr>
          <w:lang w:eastAsia="ko-KR"/>
        </w:rPr>
        <w:t xml:space="preserve"> </w:t>
      </w:r>
      <w:r>
        <w:rPr>
          <w:lang w:eastAsia="ko-KR"/>
        </w:rPr>
        <w:t>이어질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 </w:t>
      </w:r>
      <w:r>
        <w:rPr>
          <w:lang w:eastAsia="ko-KR"/>
        </w:rPr>
        <w:t>충분히</w:t>
      </w:r>
      <w:r>
        <w:rPr>
          <w:lang w:eastAsia="ko-KR"/>
        </w:rPr>
        <w:t xml:space="preserve"> </w:t>
      </w:r>
      <w:r>
        <w:rPr>
          <w:lang w:eastAsia="ko-KR"/>
        </w:rPr>
        <w:t>이해하지</w:t>
      </w:r>
      <w:r>
        <w:rPr>
          <w:lang w:eastAsia="ko-KR"/>
        </w:rPr>
        <w:t xml:space="preserve"> </w:t>
      </w:r>
      <w:r>
        <w:rPr>
          <w:lang w:eastAsia="ko-KR"/>
        </w:rPr>
        <w:t>못했습니다</w:t>
      </w:r>
      <w:r>
        <w:rPr>
          <w:lang w:eastAsia="ko-KR"/>
        </w:rPr>
        <w:t xml:space="preserve">. 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>
        <w:rPr>
          <w:lang w:eastAsia="ko-KR"/>
        </w:rPr>
        <w:t>보기에는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떠나심이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소망의</w:t>
      </w:r>
      <w:r>
        <w:rPr>
          <w:lang w:eastAsia="ko-KR"/>
        </w:rPr>
        <w:t xml:space="preserve"> </w:t>
      </w:r>
      <w:r>
        <w:rPr>
          <w:lang w:eastAsia="ko-KR"/>
        </w:rPr>
        <w:t>끝처럼</w:t>
      </w:r>
      <w:r>
        <w:rPr>
          <w:lang w:eastAsia="ko-KR"/>
        </w:rPr>
        <w:t xml:space="preserve"> </w:t>
      </w:r>
      <w:r>
        <w:rPr>
          <w:lang w:eastAsia="ko-KR"/>
        </w:rPr>
        <w:t>보였습니다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관점에서</w:t>
      </w:r>
      <w:r>
        <w:rPr>
          <w:lang w:eastAsia="ko-KR"/>
        </w:rPr>
        <w:t xml:space="preserve"> </w:t>
      </w:r>
      <w:r>
        <w:rPr>
          <w:lang w:eastAsia="ko-KR"/>
        </w:rPr>
        <w:t>십자가는</w:t>
      </w:r>
      <w:r>
        <w:rPr>
          <w:lang w:eastAsia="ko-KR"/>
        </w:rPr>
        <w:t xml:space="preserve"> </w:t>
      </w:r>
      <w:r>
        <w:rPr>
          <w:lang w:eastAsia="ko-KR"/>
        </w:rPr>
        <w:t>끝이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길이</w:t>
      </w:r>
      <w:r>
        <w:rPr>
          <w:lang w:eastAsia="ko-KR"/>
        </w:rPr>
        <w:t xml:space="preserve"> </w:t>
      </w:r>
      <w:r>
        <w:rPr>
          <w:lang w:eastAsia="ko-KR"/>
        </w:rPr>
        <w:t>열리는</w:t>
      </w:r>
      <w:r>
        <w:rPr>
          <w:lang w:eastAsia="ko-KR"/>
        </w:rPr>
        <w:t xml:space="preserve"> </w:t>
      </w:r>
      <w:r>
        <w:rPr>
          <w:lang w:eastAsia="ko-KR"/>
        </w:rPr>
        <w:t>시작이었습니다</w:t>
      </w:r>
      <w:r>
        <w:rPr>
          <w:lang w:eastAsia="ko-KR"/>
        </w:rPr>
        <w:t>.</w:t>
      </w:r>
    </w:p>
    <w:p w14:paraId="20297678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우리도</w:t>
      </w:r>
      <w:r>
        <w:rPr>
          <w:lang w:eastAsia="ko-KR"/>
        </w:rPr>
        <w:t xml:space="preserve"> </w:t>
      </w:r>
      <w:r>
        <w:rPr>
          <w:lang w:eastAsia="ko-KR"/>
        </w:rPr>
        <w:t>살아가면서</w:t>
      </w:r>
      <w:r>
        <w:rPr>
          <w:lang w:eastAsia="ko-KR"/>
        </w:rPr>
        <w:t xml:space="preserve"> </w:t>
      </w:r>
      <w:r>
        <w:rPr>
          <w:lang w:eastAsia="ko-KR"/>
        </w:rPr>
        <w:t>지금</w:t>
      </w:r>
      <w:r>
        <w:rPr>
          <w:lang w:eastAsia="ko-KR"/>
        </w:rPr>
        <w:t xml:space="preserve"> </w:t>
      </w:r>
      <w:r>
        <w:rPr>
          <w:lang w:eastAsia="ko-KR"/>
        </w:rPr>
        <w:t>일어나는</w:t>
      </w:r>
      <w:r>
        <w:rPr>
          <w:lang w:eastAsia="ko-KR"/>
        </w:rPr>
        <w:t xml:space="preserve"> </w:t>
      </w:r>
      <w:r>
        <w:rPr>
          <w:lang w:eastAsia="ko-KR"/>
        </w:rPr>
        <w:t>일의</w:t>
      </w:r>
      <w:r>
        <w:rPr>
          <w:lang w:eastAsia="ko-KR"/>
        </w:rPr>
        <w:t xml:space="preserve"> </w:t>
      </w:r>
      <w:r>
        <w:rPr>
          <w:lang w:eastAsia="ko-KR"/>
        </w:rPr>
        <w:t>의미를</w:t>
      </w:r>
      <w:r>
        <w:rPr>
          <w:lang w:eastAsia="ko-KR"/>
        </w:rPr>
        <w:t xml:space="preserve"> </w:t>
      </w:r>
      <w:r>
        <w:rPr>
          <w:lang w:eastAsia="ko-KR"/>
        </w:rPr>
        <w:t>다</w:t>
      </w:r>
      <w:r>
        <w:rPr>
          <w:lang w:eastAsia="ko-KR"/>
        </w:rPr>
        <w:t xml:space="preserve"> </w:t>
      </w:r>
      <w:r>
        <w:rPr>
          <w:lang w:eastAsia="ko-KR"/>
        </w:rPr>
        <w:t>이해하지</w:t>
      </w:r>
      <w:r>
        <w:rPr>
          <w:lang w:eastAsia="ko-KR"/>
        </w:rPr>
        <w:t xml:space="preserve"> </w:t>
      </w:r>
      <w:r>
        <w:rPr>
          <w:lang w:eastAsia="ko-KR"/>
        </w:rPr>
        <w:t>못할</w:t>
      </w:r>
      <w:r>
        <w:rPr>
          <w:lang w:eastAsia="ko-KR"/>
        </w:rPr>
        <w:t xml:space="preserve"> </w:t>
      </w:r>
      <w:r>
        <w:rPr>
          <w:lang w:eastAsia="ko-KR"/>
        </w:rPr>
        <w:t>때가</w:t>
      </w:r>
      <w:r>
        <w:rPr>
          <w:lang w:eastAsia="ko-KR"/>
        </w:rPr>
        <w:t xml:space="preserve"> </w:t>
      </w:r>
      <w:r>
        <w:rPr>
          <w:lang w:eastAsia="ko-KR"/>
        </w:rPr>
        <w:t>많습니다</w:t>
      </w:r>
      <w:r>
        <w:rPr>
          <w:lang w:eastAsia="ko-KR"/>
        </w:rPr>
        <w:t>. “</w:t>
      </w: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이런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일어났습니까</w:t>
      </w:r>
      <w:r>
        <w:rPr>
          <w:lang w:eastAsia="ko-KR"/>
        </w:rPr>
        <w:t xml:space="preserve">? </w:t>
      </w:r>
      <w:r>
        <w:rPr>
          <w:lang w:eastAsia="ko-KR"/>
        </w:rPr>
        <w:t>앞으로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됩니까</w:t>
      </w:r>
      <w:r>
        <w:rPr>
          <w:lang w:eastAsia="ko-KR"/>
        </w:rPr>
        <w:t xml:space="preserve">?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인생은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되는</w:t>
      </w:r>
      <w:r>
        <w:rPr>
          <w:lang w:eastAsia="ko-KR"/>
        </w:rPr>
        <w:t xml:space="preserve"> </w:t>
      </w:r>
      <w:r>
        <w:rPr>
          <w:lang w:eastAsia="ko-KR"/>
        </w:rPr>
        <w:t>것입니까</w:t>
      </w:r>
      <w:r>
        <w:rPr>
          <w:lang w:eastAsia="ko-KR"/>
        </w:rPr>
        <w:t>?”</w:t>
      </w:r>
      <w:r>
        <w:rPr>
          <w:lang w:eastAsia="ko-KR"/>
        </w:rPr>
        <w:t>라는</w:t>
      </w:r>
      <w:r>
        <w:rPr>
          <w:lang w:eastAsia="ko-KR"/>
        </w:rPr>
        <w:t xml:space="preserve"> </w:t>
      </w:r>
      <w:r>
        <w:rPr>
          <w:lang w:eastAsia="ko-KR"/>
        </w:rPr>
        <w:t>질문을</w:t>
      </w:r>
      <w:r>
        <w:rPr>
          <w:lang w:eastAsia="ko-KR"/>
        </w:rPr>
        <w:t xml:space="preserve"> </w:t>
      </w:r>
      <w:r>
        <w:rPr>
          <w:lang w:eastAsia="ko-KR"/>
        </w:rPr>
        <w:t>하게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lang w:eastAsia="ko-KR"/>
        </w:rPr>
        <w:t>언제나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이유를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설명해</w:t>
      </w:r>
      <w:r>
        <w:rPr>
          <w:lang w:eastAsia="ko-KR"/>
        </w:rPr>
        <w:t xml:space="preserve"> </w:t>
      </w:r>
      <w:r>
        <w:rPr>
          <w:lang w:eastAsia="ko-KR"/>
        </w:rPr>
        <w:t>주시는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분명한</w:t>
      </w:r>
      <w:r>
        <w:rPr>
          <w:lang w:eastAsia="ko-KR"/>
        </w:rPr>
        <w:t xml:space="preserve"> </w:t>
      </w:r>
      <w:r>
        <w:rPr>
          <w:lang w:eastAsia="ko-KR"/>
        </w:rPr>
        <w:t>약속을</w:t>
      </w:r>
      <w:r>
        <w:rPr>
          <w:lang w:eastAsia="ko-KR"/>
        </w:rPr>
        <w:t xml:space="preserve"> </w:t>
      </w:r>
      <w:r>
        <w:rPr>
          <w:lang w:eastAsia="ko-KR"/>
        </w:rPr>
        <w:t>주십니다</w:t>
      </w:r>
      <w:r>
        <w:rPr>
          <w:lang w:eastAsia="ko-KR"/>
        </w:rPr>
        <w:t>.</w:t>
      </w:r>
    </w:p>
    <w:p w14:paraId="71B29755" w14:textId="77777777" w:rsidR="005F2AA3" w:rsidRDefault="00A572F4">
      <w:pPr>
        <w:spacing w:before="40" w:after="80"/>
        <w:ind w:left="312" w:right="198"/>
        <w:rPr>
          <w:lang w:eastAsia="ko-KR"/>
        </w:rPr>
      </w:pPr>
      <w:r>
        <w:rPr>
          <w:b/>
          <w:lang w:eastAsia="ko-KR"/>
        </w:rPr>
        <w:t>“</w:t>
      </w:r>
      <w:r>
        <w:rPr>
          <w:b/>
          <w:lang w:eastAsia="ko-KR"/>
        </w:rPr>
        <w:t>너희는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마음에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근심하지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말라</w:t>
      </w:r>
      <w:r>
        <w:rPr>
          <w:b/>
          <w:lang w:eastAsia="ko-KR"/>
        </w:rPr>
        <w:t xml:space="preserve">. </w:t>
      </w:r>
      <w:r>
        <w:rPr>
          <w:b/>
          <w:lang w:eastAsia="ko-KR"/>
        </w:rPr>
        <w:t>하나님을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믿으니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또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나를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믿으라</w:t>
      </w:r>
      <w:r>
        <w:rPr>
          <w:b/>
          <w:lang w:eastAsia="ko-KR"/>
        </w:rPr>
        <w:t>.”</w:t>
      </w:r>
    </w:p>
    <w:p w14:paraId="6B648B7E" w14:textId="77777777" w:rsidR="005F2AA3" w:rsidRDefault="00A572F4">
      <w:pPr>
        <w:ind w:firstLine="312"/>
        <w:rPr>
          <w:lang w:eastAsia="ko-KR"/>
        </w:rPr>
      </w:pP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소망은</w:t>
      </w:r>
      <w:r>
        <w:rPr>
          <w:lang w:eastAsia="ko-KR"/>
        </w:rPr>
        <w:t xml:space="preserve"> </w:t>
      </w:r>
      <w:r>
        <w:rPr>
          <w:lang w:eastAsia="ko-KR"/>
        </w:rPr>
        <w:t>상황이</w:t>
      </w:r>
      <w:r>
        <w:rPr>
          <w:lang w:eastAsia="ko-KR"/>
        </w:rPr>
        <w:t xml:space="preserve"> </w:t>
      </w:r>
      <w:r>
        <w:rPr>
          <w:lang w:eastAsia="ko-KR"/>
        </w:rPr>
        <w:t>항상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원하는</w:t>
      </w:r>
      <w:r>
        <w:rPr>
          <w:lang w:eastAsia="ko-KR"/>
        </w:rPr>
        <w:t xml:space="preserve"> </w:t>
      </w:r>
      <w:r>
        <w:rPr>
          <w:lang w:eastAsia="ko-KR"/>
        </w:rPr>
        <w:t>대로</w:t>
      </w:r>
      <w:r>
        <w:rPr>
          <w:lang w:eastAsia="ko-KR"/>
        </w:rPr>
        <w:t xml:space="preserve"> </w:t>
      </w:r>
      <w:r>
        <w:rPr>
          <w:lang w:eastAsia="ko-KR"/>
        </w:rPr>
        <w:t>풀리는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있지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소망은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자신에게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돌보시는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,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십자가의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가신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, </w:t>
      </w:r>
      <w:r>
        <w:rPr>
          <w:lang w:eastAsia="ko-KR"/>
        </w:rPr>
        <w:t>아버지의</w:t>
      </w:r>
      <w:r>
        <w:rPr>
          <w:lang w:eastAsia="ko-KR"/>
        </w:rPr>
        <w:t xml:space="preserve"> </w:t>
      </w:r>
      <w:r>
        <w:rPr>
          <w:lang w:eastAsia="ko-KR"/>
        </w:rPr>
        <w:t>집으로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데려가시는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, </w:t>
      </w:r>
      <w:r>
        <w:rPr>
          <w:lang w:eastAsia="ko-KR"/>
        </w:rPr>
        <w:t>지금도</w:t>
      </w:r>
      <w:r>
        <w:rPr>
          <w:lang w:eastAsia="ko-KR"/>
        </w:rPr>
        <w:t xml:space="preserve"> </w:t>
      </w:r>
      <w:r>
        <w:rPr>
          <w:lang w:eastAsia="ko-KR"/>
        </w:rPr>
        <w:t>성령으로</w:t>
      </w:r>
      <w:r>
        <w:rPr>
          <w:lang w:eastAsia="ko-KR"/>
        </w:rPr>
        <w:t xml:space="preserve"> </w:t>
      </w:r>
      <w:r>
        <w:rPr>
          <w:lang w:eastAsia="ko-KR"/>
        </w:rPr>
        <w:t>우리와</w:t>
      </w:r>
      <w:r>
        <w:rPr>
          <w:lang w:eastAsia="ko-KR"/>
        </w:rPr>
        <w:t xml:space="preserve"> </w:t>
      </w:r>
      <w:r>
        <w:rPr>
          <w:lang w:eastAsia="ko-KR"/>
        </w:rPr>
        <w:t>함께하시는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계십니다</w:t>
      </w:r>
      <w:r>
        <w:rPr>
          <w:lang w:eastAsia="ko-KR"/>
        </w:rPr>
        <w:t>.</w:t>
      </w:r>
    </w:p>
    <w:p w14:paraId="0B48451B" w14:textId="17E79210" w:rsidR="005F2AA3" w:rsidRDefault="00BF2A1B">
      <w:pPr>
        <w:ind w:firstLine="312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어떨 때는 </w:t>
      </w:r>
      <w:r w:rsidR="00A572F4">
        <w:rPr>
          <w:lang w:eastAsia="ko-KR"/>
        </w:rPr>
        <w:t>앞길이</w:t>
      </w:r>
      <w:r w:rsidR="00A572F4">
        <w:rPr>
          <w:lang w:eastAsia="ko-KR"/>
        </w:rPr>
        <w:t xml:space="preserve"> </w:t>
      </w:r>
      <w:r>
        <w:rPr>
          <w:rFonts w:hint="eastAsia"/>
          <w:lang w:eastAsia="ko-KR"/>
        </w:rPr>
        <w:t xml:space="preserve">잘 </w:t>
      </w:r>
      <w:r w:rsidR="00A572F4">
        <w:rPr>
          <w:lang w:eastAsia="ko-KR"/>
        </w:rPr>
        <w:t>보이지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않</w:t>
      </w:r>
      <w:r>
        <w:rPr>
          <w:rFonts w:hint="eastAsia"/>
          <w:lang w:eastAsia="ko-KR"/>
        </w:rPr>
        <w:t xml:space="preserve">습니다. 그러나 길이요 진리요 </w:t>
      </w:r>
      <w:proofErr w:type="spellStart"/>
      <w:r>
        <w:rPr>
          <w:rFonts w:hint="eastAsia"/>
          <w:lang w:eastAsia="ko-KR"/>
        </w:rPr>
        <w:t>생명되신</w:t>
      </w:r>
      <w:proofErr w:type="spellEnd"/>
      <w:r>
        <w:rPr>
          <w:rFonts w:hint="eastAsia"/>
          <w:lang w:eastAsia="ko-KR"/>
        </w:rPr>
        <w:t xml:space="preserve"> </w:t>
      </w:r>
      <w:r w:rsidR="00A572F4">
        <w:rPr>
          <w:lang w:eastAsia="ko-KR"/>
        </w:rPr>
        <w:t>예수님이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우리와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함께하</w:t>
      </w:r>
      <w:r>
        <w:rPr>
          <w:rFonts w:hint="eastAsia"/>
          <w:lang w:eastAsia="ko-KR"/>
        </w:rPr>
        <w:t>십니다. 이 예수님께 우리 모든 인생</w:t>
      </w:r>
      <w:r w:rsidR="004B058E"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짐을 내려놓고 맡기고 살길 기도합니다. </w:t>
      </w:r>
      <w:r w:rsidR="00A572F4">
        <w:rPr>
          <w:lang w:eastAsia="ko-KR"/>
        </w:rPr>
        <w:t>예수님께서</w:t>
      </w:r>
      <w:r>
        <w:rPr>
          <w:rFonts w:hint="eastAsia"/>
          <w:lang w:eastAsia="ko-KR"/>
        </w:rPr>
        <w:t xml:space="preserve"> </w:t>
      </w:r>
      <w:r w:rsidR="00A572F4">
        <w:rPr>
          <w:lang w:eastAsia="ko-KR"/>
        </w:rPr>
        <w:t>우리를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자기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곁으로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영접하여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영원히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함께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살게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하실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것이기</w:t>
      </w:r>
      <w:r w:rsidR="00A572F4">
        <w:rPr>
          <w:lang w:eastAsia="ko-KR"/>
        </w:rPr>
        <w:t xml:space="preserve"> </w:t>
      </w:r>
      <w:r w:rsidR="00A572F4">
        <w:rPr>
          <w:lang w:eastAsia="ko-KR"/>
        </w:rPr>
        <w:t>때문입니다</w:t>
      </w:r>
      <w:r w:rsidR="00A572F4">
        <w:rPr>
          <w:lang w:eastAsia="ko-KR"/>
        </w:rPr>
        <w:t>.</w:t>
      </w:r>
      <w:r w:rsidR="00113830">
        <w:rPr>
          <w:rFonts w:hint="eastAsia"/>
          <w:lang w:eastAsia="ko-KR"/>
        </w:rPr>
        <w:t xml:space="preserve"> 그래서 하나님의 약속의 말씀을 붙잡고 기도하시길 </w:t>
      </w:r>
      <w:r w:rsidR="00E477FF">
        <w:rPr>
          <w:rFonts w:hint="eastAsia"/>
          <w:lang w:eastAsia="ko-KR"/>
        </w:rPr>
        <w:t xml:space="preserve">원합니다. </w:t>
      </w:r>
    </w:p>
    <w:p w14:paraId="6E8FD8AC" w14:textId="77777777" w:rsidR="005F2AA3" w:rsidRDefault="00A572F4">
      <w:pPr>
        <w:pStyle w:val="Heading1"/>
        <w:spacing w:before="160" w:after="80"/>
      </w:pPr>
      <w:proofErr w:type="spellStart"/>
      <w:r>
        <w:t>결단과</w:t>
      </w:r>
      <w:proofErr w:type="spellEnd"/>
      <w:r>
        <w:t xml:space="preserve"> </w:t>
      </w:r>
      <w:proofErr w:type="spellStart"/>
      <w:r>
        <w:t>적용</w:t>
      </w:r>
      <w:proofErr w:type="spellEnd"/>
    </w:p>
    <w:p w14:paraId="1F7843B6" w14:textId="6FE97BBD" w:rsidR="005F2AA3" w:rsidRDefault="00A572F4">
      <w:pPr>
        <w:pStyle w:val="ListBullet"/>
        <w:spacing w:after="30"/>
        <w:ind w:left="397" w:hanging="142"/>
        <w:rPr>
          <w:lang w:eastAsia="ko-KR"/>
        </w:rPr>
      </w:pPr>
      <w:r>
        <w:rPr>
          <w:lang w:eastAsia="ko-KR"/>
        </w:rPr>
        <w:t>이번</w:t>
      </w:r>
      <w:r>
        <w:rPr>
          <w:lang w:eastAsia="ko-KR"/>
        </w:rPr>
        <w:t xml:space="preserve"> </w:t>
      </w:r>
      <w:r>
        <w:rPr>
          <w:lang w:eastAsia="ko-KR"/>
        </w:rPr>
        <w:t>주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근심하게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가지를</w:t>
      </w:r>
      <w:r>
        <w:rPr>
          <w:lang w:eastAsia="ko-KR"/>
        </w:rPr>
        <w:t xml:space="preserve"> </w:t>
      </w:r>
      <w:r>
        <w:rPr>
          <w:lang w:eastAsia="ko-KR"/>
        </w:rPr>
        <w:t>구체적으로</w:t>
      </w:r>
      <w:r>
        <w:rPr>
          <w:lang w:eastAsia="ko-KR"/>
        </w:rPr>
        <w:t xml:space="preserve"> </w:t>
      </w:r>
      <w:r>
        <w:rPr>
          <w:lang w:eastAsia="ko-KR"/>
        </w:rPr>
        <w:t>적고</w:t>
      </w:r>
      <w:r>
        <w:rPr>
          <w:lang w:eastAsia="ko-KR"/>
        </w:rPr>
        <w:t xml:space="preserve">, </w:t>
      </w:r>
      <w:r>
        <w:rPr>
          <w:lang w:eastAsia="ko-KR"/>
        </w:rPr>
        <w:t>매일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맡기며</w:t>
      </w:r>
      <w:r>
        <w:rPr>
          <w:lang w:eastAsia="ko-KR"/>
        </w:rPr>
        <w:t xml:space="preserve"> </w:t>
      </w:r>
      <w:r>
        <w:rPr>
          <w:lang w:eastAsia="ko-KR"/>
        </w:rPr>
        <w:t>기도합시다</w:t>
      </w:r>
      <w:r>
        <w:rPr>
          <w:lang w:eastAsia="ko-KR"/>
        </w:rPr>
        <w:t xml:space="preserve">. </w:t>
      </w:r>
      <w:r w:rsidR="003E6CF9">
        <w:rPr>
          <w:rFonts w:hint="eastAsia"/>
          <w:lang w:eastAsia="ko-KR"/>
        </w:rPr>
        <w:t xml:space="preserve">믿음은 </w:t>
      </w:r>
      <w:r w:rsidR="00FC5DF1">
        <w:rPr>
          <w:rFonts w:hint="eastAsia"/>
          <w:lang w:eastAsia="ko-KR"/>
        </w:rPr>
        <w:t xml:space="preserve">실제로 예수님께 내 문제를 맡기도 </w:t>
      </w:r>
      <w:r w:rsidR="003E6CF9">
        <w:rPr>
          <w:rFonts w:hint="eastAsia"/>
          <w:lang w:eastAsia="ko-KR"/>
        </w:rPr>
        <w:t xml:space="preserve">문제속에서 하나님의 약속의 말씀을 붙잡고 기도하는 것입니다. </w:t>
      </w:r>
    </w:p>
    <w:p w14:paraId="63436BBC" w14:textId="3340EE62" w:rsidR="005F2AA3" w:rsidRDefault="003E6CF9">
      <w:pPr>
        <w:pStyle w:val="ListBullet"/>
        <w:spacing w:after="30"/>
        <w:ind w:left="397" w:hanging="142"/>
        <w:rPr>
          <w:lang w:eastAsia="ko-KR"/>
        </w:rPr>
      </w:pPr>
      <w:r>
        <w:rPr>
          <w:rFonts w:hint="eastAsia"/>
          <w:lang w:eastAsia="ko-KR"/>
        </w:rPr>
        <w:lastRenderedPageBreak/>
        <w:t>예수님과 같이 살기가 천국을 누리는 길입니다. 매시간 매일 주님께 묻고 순종하며 주님과 동행</w:t>
      </w:r>
      <w:r w:rsidR="004B058E">
        <w:rPr>
          <w:rFonts w:hint="eastAsia"/>
          <w:lang w:eastAsia="ko-KR"/>
        </w:rPr>
        <w:t>하는 시간을 늘려갑시다. 그것이 천국을 누리는 삶입니다</w:t>
      </w:r>
    </w:p>
    <w:p w14:paraId="1CD0AA1C" w14:textId="77777777" w:rsidR="005F2AA3" w:rsidRDefault="00A572F4">
      <w:pPr>
        <w:pStyle w:val="ListBullet"/>
        <w:spacing w:after="30"/>
        <w:ind w:left="397" w:hanging="142"/>
        <w:rPr>
          <w:lang w:eastAsia="ko-KR"/>
        </w:rPr>
      </w:pPr>
      <w:r>
        <w:rPr>
          <w:lang w:eastAsia="ko-KR"/>
        </w:rPr>
        <w:t>아직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자신의</w:t>
      </w:r>
      <w:r>
        <w:rPr>
          <w:lang w:eastAsia="ko-KR"/>
        </w:rPr>
        <w:t xml:space="preserve"> </w:t>
      </w:r>
      <w:r>
        <w:rPr>
          <w:lang w:eastAsia="ko-KR"/>
        </w:rPr>
        <w:t>구주로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있다면</w:t>
      </w:r>
      <w:r>
        <w:rPr>
          <w:lang w:eastAsia="ko-KR"/>
        </w:rPr>
        <w:t xml:space="preserve">, </w:t>
      </w:r>
      <w:r>
        <w:rPr>
          <w:lang w:eastAsia="ko-KR"/>
        </w:rPr>
        <w:t>길이요</w:t>
      </w:r>
      <w:r>
        <w:rPr>
          <w:lang w:eastAsia="ko-KR"/>
        </w:rPr>
        <w:t xml:space="preserve"> </w:t>
      </w:r>
      <w:r>
        <w:rPr>
          <w:lang w:eastAsia="ko-KR"/>
        </w:rPr>
        <w:t>진리요</w:t>
      </w:r>
      <w:r>
        <w:rPr>
          <w:lang w:eastAsia="ko-KR"/>
        </w:rPr>
        <w:t xml:space="preserve"> </w:t>
      </w:r>
      <w:r>
        <w:rPr>
          <w:lang w:eastAsia="ko-KR"/>
        </w:rPr>
        <w:t>생명이신</w:t>
      </w:r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나아갑시다</w:t>
      </w:r>
      <w:r>
        <w:rPr>
          <w:lang w:eastAsia="ko-KR"/>
        </w:rPr>
        <w:t xml:space="preserve">.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선행이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십자가와</w:t>
      </w:r>
      <w:r>
        <w:rPr>
          <w:lang w:eastAsia="ko-KR"/>
        </w:rPr>
        <w:t xml:space="preserve"> </w:t>
      </w:r>
      <w:r>
        <w:rPr>
          <w:lang w:eastAsia="ko-KR"/>
        </w:rPr>
        <w:t>부활을</w:t>
      </w:r>
      <w:r>
        <w:rPr>
          <w:lang w:eastAsia="ko-KR"/>
        </w:rPr>
        <w:t xml:space="preserve"> </w:t>
      </w:r>
      <w:r>
        <w:rPr>
          <w:lang w:eastAsia="ko-KR"/>
        </w:rPr>
        <w:t>의지하여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나아갑시다</w:t>
      </w:r>
      <w:r>
        <w:rPr>
          <w:lang w:eastAsia="ko-KR"/>
        </w:rPr>
        <w:t>.</w:t>
      </w:r>
    </w:p>
    <w:sectPr w:rsidR="005F2AA3" w:rsidSect="00034616">
      <w:footerReference w:type="default" r:id="rId8"/>
      <w:pgSz w:w="12240" w:h="15840"/>
      <w:pgMar w:top="794" w:right="907" w:bottom="794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BBCD7A6" w14:textId="77777777" w:rsidR="00A572F4" w:rsidRDefault="00A572F4">
      <w:pPr>
        <w:spacing w:after="0" w:line="240" w:lineRule="auto"/>
      </w:pPr>
      <w:r>
        <w:separator/>
      </w:r>
    </w:p>
  </w:endnote>
  <w:endnote w:type="continuationSeparator" w:id="0">
    <w:p w14:paraId="283B2DF7" w14:textId="77777777" w:rsidR="00A572F4" w:rsidRDefault="00A5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2B279F" w14:textId="77777777" w:rsidR="005F2AA3" w:rsidRDefault="00A572F4">
    <w:pPr>
      <w:pStyle w:val="Footer"/>
      <w:jc w:val="center"/>
    </w:pPr>
    <w:r>
      <w:fldChar w:fldCharType="begin"/>
    </w:r>
    <w:r>
      <w:instrText xml:space="preserve"> PAGE </w:instrText>
    </w:r>
    <w:r w:rsidR="00075CD0">
      <w:fldChar w:fldCharType="separate"/>
    </w:r>
    <w:r w:rsidR="00075CD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75266AC" w14:textId="77777777" w:rsidR="00A572F4" w:rsidRDefault="00A572F4">
      <w:pPr>
        <w:spacing w:after="0" w:line="240" w:lineRule="auto"/>
      </w:pPr>
      <w:r>
        <w:separator/>
      </w:r>
    </w:p>
  </w:footnote>
  <w:footnote w:type="continuationSeparator" w:id="0">
    <w:p w14:paraId="363A1149" w14:textId="77777777" w:rsidR="00A572F4" w:rsidRDefault="00A57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08879191">
    <w:abstractNumId w:val="8"/>
  </w:num>
  <w:num w:numId="2" w16cid:durableId="287975922">
    <w:abstractNumId w:val="6"/>
  </w:num>
  <w:num w:numId="3" w16cid:durableId="502548649">
    <w:abstractNumId w:val="5"/>
  </w:num>
  <w:num w:numId="4" w16cid:durableId="1961495032">
    <w:abstractNumId w:val="4"/>
  </w:num>
  <w:num w:numId="5" w16cid:durableId="1599631725">
    <w:abstractNumId w:val="7"/>
  </w:num>
  <w:num w:numId="6" w16cid:durableId="675889392">
    <w:abstractNumId w:val="3"/>
  </w:num>
  <w:num w:numId="7" w16cid:durableId="2065176008">
    <w:abstractNumId w:val="2"/>
  </w:num>
  <w:num w:numId="8" w16cid:durableId="1265991395">
    <w:abstractNumId w:val="1"/>
  </w:num>
  <w:num w:numId="9" w16cid:durableId="192283296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5CD0"/>
    <w:rsid w:val="00113830"/>
    <w:rsid w:val="0015074B"/>
    <w:rsid w:val="002246A3"/>
    <w:rsid w:val="0029639D"/>
    <w:rsid w:val="00326F90"/>
    <w:rsid w:val="003E6CF9"/>
    <w:rsid w:val="004B058E"/>
    <w:rsid w:val="00504CF3"/>
    <w:rsid w:val="005F2AA3"/>
    <w:rsid w:val="00640E64"/>
    <w:rsid w:val="006B5EDC"/>
    <w:rsid w:val="007905BC"/>
    <w:rsid w:val="00807797"/>
    <w:rsid w:val="00927DEC"/>
    <w:rsid w:val="009C477B"/>
    <w:rsid w:val="00A572F4"/>
    <w:rsid w:val="00A801DB"/>
    <w:rsid w:val="00AA1D8D"/>
    <w:rsid w:val="00B1548B"/>
    <w:rsid w:val="00B47730"/>
    <w:rsid w:val="00B6579A"/>
    <w:rsid w:val="00BB2432"/>
    <w:rsid w:val="00BF2A1B"/>
    <w:rsid w:val="00C56EFC"/>
    <w:rsid w:val="00CB0664"/>
    <w:rsid w:val="00CD2D62"/>
    <w:rsid w:val="00DE26E1"/>
    <w:rsid w:val="00E477FF"/>
    <w:rsid w:val="00EC2C81"/>
    <w:rsid w:val="00F64526"/>
    <w:rsid w:val="00F92CD1"/>
    <w:rsid w:val="00FC5DF1"/>
    <w:rsid w:val="00FC693F"/>
    <w:rsid w:val="00FF01AF"/>
    <w:rsid w:val="00FF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18DBC2"/>
  <w14:defaultImageDpi w14:val="300"/>
  <w15:docId w15:val="{CC2A0FD8-47B4-4C4D-B946-4F761C92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 w:line="283" w:lineRule="auto"/>
    </w:pPr>
    <w:rPr>
      <w:rFonts w:ascii="Malgun Gothic" w:eastAsia="Malgun Gothic" w:hAnsi="Malgun Gothic"/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근심하지 말라, 내가 곧 길이다</vt:lpstr>
    </vt:vector>
  </TitlesOfParts>
  <Manager/>
  <Company/>
  <LinksUpToDate>false</LinksUpToDate>
  <CharactersWithSpaces>8606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근심하지 말라, 내가 곧 길이다</dc:title>
  <dc:subject>요한복음 14:1–6 설교문</dc:subject>
  <dc:creator>Dong Bae Lee</dc:creator>
  <cp:keywords/>
  <dc:description>generated by python-docx</dc:description>
  <cp:lastModifiedBy>Isaac Lee</cp:lastModifiedBy>
  <cp:revision>2</cp:revision>
  <dcterms:created xsi:type="dcterms:W3CDTF">2026-10-03T22:18:00Z</dcterms:created>
  <dcterms:modified xsi:type="dcterms:W3CDTF">2026-10-03T22:18:00Z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2026-10-03T20:11:40Z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b429d738-a924-4c19-b4c4-f9322837fdae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